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660DD" w14:textId="2F89C7E7" w:rsidR="00792417" w:rsidRPr="00220634" w:rsidRDefault="00792417" w:rsidP="00220634">
      <w:bookmarkStart w:id="0" w:name="_Toc207023389"/>
      <w:r w:rsidRPr="00220634">
        <mc:AlternateContent>
          <mc:Choice Requires="wpg">
            <w:drawing>
              <wp:anchor distT="0" distB="0" distL="114300" distR="114300" simplePos="0" relativeHeight="251658245" behindDoc="1" locked="0" layoutInCell="1" allowOverlap="1" wp14:anchorId="1EE10A75" wp14:editId="00664250">
                <wp:simplePos x="0" y="0"/>
                <wp:positionH relativeFrom="column">
                  <wp:posOffset>-182880</wp:posOffset>
                </wp:positionH>
                <wp:positionV relativeFrom="paragraph">
                  <wp:posOffset>-99060</wp:posOffset>
                </wp:positionV>
                <wp:extent cx="5759450" cy="8152129"/>
                <wp:effectExtent l="0" t="0" r="0" b="1905"/>
                <wp:wrapNone/>
                <wp:docPr id="47729" name="Group 47729"/>
                <wp:cNvGraphicFramePr/>
                <a:graphic xmlns:a="http://schemas.openxmlformats.org/drawingml/2006/main">
                  <a:graphicData uri="http://schemas.microsoft.com/office/word/2010/wordprocessingGroup">
                    <wpg:wgp>
                      <wpg:cNvGrpSpPr/>
                      <wpg:grpSpPr>
                        <a:xfrm>
                          <a:off x="0" y="0"/>
                          <a:ext cx="5759450" cy="8152129"/>
                          <a:chOff x="0" y="0"/>
                          <a:chExt cx="5759450" cy="8152129"/>
                        </a:xfrm>
                      </wpg:grpSpPr>
                      <pic:pic xmlns:pic="http://schemas.openxmlformats.org/drawingml/2006/picture">
                        <pic:nvPicPr>
                          <pic:cNvPr id="3682" name="Picture 3682"/>
                          <pic:cNvPicPr/>
                        </pic:nvPicPr>
                        <pic:blipFill>
                          <a:blip r:embed="rId11"/>
                          <a:stretch>
                            <a:fillRect/>
                          </a:stretch>
                        </pic:blipFill>
                        <pic:spPr>
                          <a:xfrm>
                            <a:off x="0" y="12064"/>
                            <a:ext cx="5759450" cy="8140065"/>
                          </a:xfrm>
                          <a:prstGeom prst="rect">
                            <a:avLst/>
                          </a:prstGeom>
                        </pic:spPr>
                      </pic:pic>
                      <wps:wsp>
                        <wps:cNvPr id="3683" name="Rectangle 3683"/>
                        <wps:cNvSpPr/>
                        <wps:spPr>
                          <a:xfrm>
                            <a:off x="3201035" y="703632"/>
                            <a:ext cx="57536" cy="163963"/>
                          </a:xfrm>
                          <a:prstGeom prst="rect">
                            <a:avLst/>
                          </a:prstGeom>
                          <a:ln>
                            <a:noFill/>
                          </a:ln>
                        </wps:spPr>
                        <wps:txbx>
                          <w:txbxContent>
                            <w:p w14:paraId="53CEBCF6" w14:textId="77777777" w:rsidR="00EE771D" w:rsidRDefault="00EE771D" w:rsidP="00EE771D">
                              <w:r>
                                <w:rPr>
                                  <w:rFonts w:ascii="Verdana" w:eastAsia="Verdana" w:hAnsi="Verdana" w:cs="Verdana"/>
                                  <w:b/>
                                  <w:sz w:val="20"/>
                                </w:rPr>
                                <w:t xml:space="preserve"> </w:t>
                              </w:r>
                            </w:p>
                          </w:txbxContent>
                        </wps:txbx>
                        <wps:bodyPr horzOverflow="overflow" vert="horz" lIns="0" tIns="0" rIns="0" bIns="0" rtlCol="0">
                          <a:noAutofit/>
                        </wps:bodyPr>
                      </wps:wsp>
                      <wps:wsp>
                        <wps:cNvPr id="3684" name="Rectangle 3684"/>
                        <wps:cNvSpPr/>
                        <wps:spPr>
                          <a:xfrm>
                            <a:off x="305" y="831648"/>
                            <a:ext cx="57536" cy="163963"/>
                          </a:xfrm>
                          <a:prstGeom prst="rect">
                            <a:avLst/>
                          </a:prstGeom>
                          <a:ln>
                            <a:noFill/>
                          </a:ln>
                        </wps:spPr>
                        <wps:txbx>
                          <w:txbxContent>
                            <w:p w14:paraId="12431936" w14:textId="77777777" w:rsidR="00EE771D" w:rsidRDefault="00EE771D" w:rsidP="00EE771D">
                              <w:r>
                                <w:rPr>
                                  <w:rFonts w:ascii="Verdana" w:eastAsia="Verdana" w:hAnsi="Verdana" w:cs="Verdana"/>
                                  <w:b/>
                                  <w:sz w:val="20"/>
                                </w:rPr>
                                <w:t xml:space="preserve"> </w:t>
                              </w:r>
                            </w:p>
                          </w:txbxContent>
                        </wps:txbx>
                        <wps:bodyPr horzOverflow="overflow" vert="horz" lIns="0" tIns="0" rIns="0" bIns="0" rtlCol="0">
                          <a:noAutofit/>
                        </wps:bodyPr>
                      </wps:wsp>
                      <wps:wsp>
                        <wps:cNvPr id="3685" name="Rectangle 3685"/>
                        <wps:cNvSpPr/>
                        <wps:spPr>
                          <a:xfrm>
                            <a:off x="305" y="985572"/>
                            <a:ext cx="57536" cy="163963"/>
                          </a:xfrm>
                          <a:prstGeom prst="rect">
                            <a:avLst/>
                          </a:prstGeom>
                          <a:ln>
                            <a:noFill/>
                          </a:ln>
                        </wps:spPr>
                        <wps:txbx>
                          <w:txbxContent>
                            <w:p w14:paraId="0DCCF6F0" w14:textId="77777777" w:rsidR="00EE771D" w:rsidRDefault="00EE771D" w:rsidP="00EE771D">
                              <w:r>
                                <w:rPr>
                                  <w:rFonts w:ascii="Verdana" w:eastAsia="Verdana" w:hAnsi="Verdana" w:cs="Verdana"/>
                                  <w:b/>
                                  <w:sz w:val="20"/>
                                </w:rPr>
                                <w:t xml:space="preserve"> </w:t>
                              </w:r>
                            </w:p>
                          </w:txbxContent>
                        </wps:txbx>
                        <wps:bodyPr horzOverflow="overflow" vert="horz" lIns="0" tIns="0" rIns="0" bIns="0" rtlCol="0">
                          <a:noAutofit/>
                        </wps:bodyPr>
                      </wps:wsp>
                      <wps:wsp>
                        <wps:cNvPr id="3686" name="Rectangle 3686"/>
                        <wps:cNvSpPr/>
                        <wps:spPr>
                          <a:xfrm>
                            <a:off x="305" y="1141020"/>
                            <a:ext cx="57536" cy="163963"/>
                          </a:xfrm>
                          <a:prstGeom prst="rect">
                            <a:avLst/>
                          </a:prstGeom>
                          <a:ln>
                            <a:noFill/>
                          </a:ln>
                        </wps:spPr>
                        <wps:txbx>
                          <w:txbxContent>
                            <w:p w14:paraId="68F3F866" w14:textId="77777777" w:rsidR="00EE771D" w:rsidRDefault="00EE771D" w:rsidP="00EE771D">
                              <w:r>
                                <w:rPr>
                                  <w:rFonts w:ascii="Verdana" w:eastAsia="Verdana" w:hAnsi="Verdana" w:cs="Verdana"/>
                                  <w:b/>
                                  <w:sz w:val="20"/>
                                </w:rPr>
                                <w:t xml:space="preserve"> </w:t>
                              </w:r>
                            </w:p>
                          </w:txbxContent>
                        </wps:txbx>
                        <wps:bodyPr horzOverflow="overflow" vert="horz" lIns="0" tIns="0" rIns="0" bIns="0" rtlCol="0">
                          <a:noAutofit/>
                        </wps:bodyPr>
                      </wps:wsp>
                      <wps:wsp>
                        <wps:cNvPr id="3687" name="Rectangle 3687"/>
                        <wps:cNvSpPr/>
                        <wps:spPr>
                          <a:xfrm>
                            <a:off x="305" y="1352042"/>
                            <a:ext cx="42144" cy="189937"/>
                          </a:xfrm>
                          <a:prstGeom prst="rect">
                            <a:avLst/>
                          </a:prstGeom>
                          <a:ln>
                            <a:noFill/>
                          </a:ln>
                        </wps:spPr>
                        <wps:txbx>
                          <w:txbxContent>
                            <w:p w14:paraId="322FB14D" w14:textId="77777777" w:rsidR="00EE771D" w:rsidRDefault="00EE771D" w:rsidP="00EE771D">
                              <w:r>
                                <w:rPr>
                                  <w:rFonts w:cs="Calibri"/>
                                </w:rPr>
                                <w:t xml:space="preserve"> </w:t>
                              </w:r>
                            </w:p>
                          </w:txbxContent>
                        </wps:txbx>
                        <wps:bodyPr horzOverflow="overflow" vert="horz" lIns="0" tIns="0" rIns="0" bIns="0" rtlCol="0">
                          <a:noAutofit/>
                        </wps:bodyPr>
                      </wps:wsp>
                      <wps:wsp>
                        <wps:cNvPr id="3688" name="Rectangle 3688"/>
                        <wps:cNvSpPr/>
                        <wps:spPr>
                          <a:xfrm>
                            <a:off x="1829435" y="1305179"/>
                            <a:ext cx="60925" cy="274582"/>
                          </a:xfrm>
                          <a:prstGeom prst="rect">
                            <a:avLst/>
                          </a:prstGeom>
                          <a:ln>
                            <a:noFill/>
                          </a:ln>
                        </wps:spPr>
                        <wps:txbx>
                          <w:txbxContent>
                            <w:p w14:paraId="3AAE51B4" w14:textId="77777777" w:rsidR="00EE771D" w:rsidRDefault="00EE771D" w:rsidP="00EE771D">
                              <w:r>
                                <w:rPr>
                                  <w:rFonts w:cs="Calibri"/>
                                  <w:color w:val="BF8F00"/>
                                  <w:sz w:val="32"/>
                                </w:rPr>
                                <w:t xml:space="preserve"> </w:t>
                              </w:r>
                            </w:p>
                          </w:txbxContent>
                        </wps:txbx>
                        <wps:bodyPr horzOverflow="overflow" vert="horz" lIns="0" tIns="0" rIns="0" bIns="0" rtlCol="0">
                          <a:noAutofit/>
                        </wps:bodyPr>
                      </wps:wsp>
                      <wps:wsp>
                        <wps:cNvPr id="3689" name="Shape 3689"/>
                        <wps:cNvSpPr/>
                        <wps:spPr>
                          <a:xfrm>
                            <a:off x="0" y="0"/>
                            <a:ext cx="3190240" cy="782320"/>
                          </a:xfrm>
                          <a:custGeom>
                            <a:avLst/>
                            <a:gdLst/>
                            <a:ahLst/>
                            <a:cxnLst/>
                            <a:rect l="0" t="0" r="0" b="0"/>
                            <a:pathLst>
                              <a:path w="3190240" h="782320">
                                <a:moveTo>
                                  <a:pt x="130391" y="0"/>
                                </a:moveTo>
                                <a:lnTo>
                                  <a:pt x="3059811" y="0"/>
                                </a:lnTo>
                                <a:cubicBezTo>
                                  <a:pt x="3131820" y="0"/>
                                  <a:pt x="3190240" y="58420"/>
                                  <a:pt x="3190240" y="130428"/>
                                </a:cubicBezTo>
                                <a:lnTo>
                                  <a:pt x="3190240" y="651890"/>
                                </a:lnTo>
                                <a:cubicBezTo>
                                  <a:pt x="3190240" y="723900"/>
                                  <a:pt x="3131820" y="782320"/>
                                  <a:pt x="3059811" y="782320"/>
                                </a:cubicBezTo>
                                <a:lnTo>
                                  <a:pt x="130391" y="782320"/>
                                </a:lnTo>
                                <a:cubicBezTo>
                                  <a:pt x="58382" y="782320"/>
                                  <a:pt x="0" y="723900"/>
                                  <a:pt x="0" y="651890"/>
                                </a:cubicBezTo>
                                <a:lnTo>
                                  <a:pt x="0" y="130428"/>
                                </a:lnTo>
                                <a:cubicBezTo>
                                  <a:pt x="0" y="58420"/>
                                  <a:pt x="58382" y="0"/>
                                  <a:pt x="130391" y="0"/>
                                </a:cubicBezTo>
                                <a:close/>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3690" name="Shape 3690"/>
                        <wps:cNvSpPr/>
                        <wps:spPr>
                          <a:xfrm>
                            <a:off x="0" y="0"/>
                            <a:ext cx="3190240" cy="782320"/>
                          </a:xfrm>
                          <a:custGeom>
                            <a:avLst/>
                            <a:gdLst/>
                            <a:ahLst/>
                            <a:cxnLst/>
                            <a:rect l="0" t="0" r="0" b="0"/>
                            <a:pathLst>
                              <a:path w="3190240" h="782320">
                                <a:moveTo>
                                  <a:pt x="0" y="130428"/>
                                </a:moveTo>
                                <a:cubicBezTo>
                                  <a:pt x="0" y="58420"/>
                                  <a:pt x="58382" y="0"/>
                                  <a:pt x="130391" y="0"/>
                                </a:cubicBezTo>
                                <a:lnTo>
                                  <a:pt x="3059811" y="0"/>
                                </a:lnTo>
                                <a:cubicBezTo>
                                  <a:pt x="3131820" y="0"/>
                                  <a:pt x="3190240" y="58420"/>
                                  <a:pt x="3190240" y="130428"/>
                                </a:cubicBezTo>
                                <a:lnTo>
                                  <a:pt x="3190240" y="651890"/>
                                </a:lnTo>
                                <a:cubicBezTo>
                                  <a:pt x="3190240" y="723900"/>
                                  <a:pt x="3131820" y="782320"/>
                                  <a:pt x="3059811" y="782320"/>
                                </a:cubicBezTo>
                                <a:lnTo>
                                  <a:pt x="130391" y="782320"/>
                                </a:lnTo>
                                <a:cubicBezTo>
                                  <a:pt x="58382" y="782320"/>
                                  <a:pt x="0" y="723900"/>
                                  <a:pt x="0" y="651890"/>
                                </a:cubicBezTo>
                                <a:close/>
                              </a:path>
                            </a:pathLst>
                          </a:custGeom>
                          <a:ln w="12700" cap="flat">
                            <a:miter lim="127000"/>
                          </a:ln>
                        </wps:spPr>
                        <wps:style>
                          <a:lnRef idx="1">
                            <a:srgbClr val="FFF2CC"/>
                          </a:lnRef>
                          <a:fillRef idx="0">
                            <a:srgbClr val="000000">
                              <a:alpha val="0"/>
                            </a:srgbClr>
                          </a:fillRef>
                          <a:effectRef idx="0">
                            <a:scrgbClr r="0" g="0" b="0"/>
                          </a:effectRef>
                          <a:fontRef idx="none"/>
                        </wps:style>
                        <wps:bodyPr/>
                      </wps:wsp>
                      <wps:wsp>
                        <wps:cNvPr id="3691" name="Rectangle 3691"/>
                        <wps:cNvSpPr/>
                        <wps:spPr>
                          <a:xfrm>
                            <a:off x="239522" y="175514"/>
                            <a:ext cx="1232570" cy="619359"/>
                          </a:xfrm>
                          <a:prstGeom prst="rect">
                            <a:avLst/>
                          </a:prstGeom>
                          <a:ln>
                            <a:noFill/>
                          </a:ln>
                        </wps:spPr>
                        <wps:txbx>
                          <w:txbxContent>
                            <w:p w14:paraId="1727D67C" w14:textId="67CAB1AA" w:rsidR="00EE771D" w:rsidRDefault="00EE771D" w:rsidP="00EE771D">
                              <w:r>
                                <w:rPr>
                                  <w:rFonts w:cs="Calibri"/>
                                  <w:b/>
                                  <w:color w:val="FFFFFF"/>
                                  <w:sz w:val="72"/>
                                </w:rPr>
                                <w:t>202</w:t>
                              </w:r>
                              <w:r w:rsidR="00080CBA">
                                <w:rPr>
                                  <w:rFonts w:cs="Calibri"/>
                                  <w:b/>
                                  <w:color w:val="FFFFFF"/>
                                  <w:sz w:val="72"/>
                                </w:rPr>
                                <w:t>5</w:t>
                              </w:r>
                            </w:p>
                          </w:txbxContent>
                        </wps:txbx>
                        <wps:bodyPr horzOverflow="overflow" vert="horz" lIns="0" tIns="0" rIns="0" bIns="0" rtlCol="0">
                          <a:noAutofit/>
                        </wps:bodyPr>
                      </wps:wsp>
                      <wps:wsp>
                        <wps:cNvPr id="3692" name="Rectangle 3692"/>
                        <wps:cNvSpPr/>
                        <wps:spPr>
                          <a:xfrm>
                            <a:off x="1585214" y="175514"/>
                            <a:ext cx="186071" cy="619359"/>
                          </a:xfrm>
                          <a:prstGeom prst="rect">
                            <a:avLst/>
                          </a:prstGeom>
                          <a:ln>
                            <a:noFill/>
                          </a:ln>
                        </wps:spPr>
                        <wps:txbx>
                          <w:txbxContent>
                            <w:p w14:paraId="5E6FB1F3" w14:textId="77777777" w:rsidR="00EE771D" w:rsidRDefault="00EE771D" w:rsidP="00EE771D">
                              <w:r>
                                <w:rPr>
                                  <w:rFonts w:cs="Calibri"/>
                                  <w:b/>
                                  <w:color w:val="FFFFFF"/>
                                  <w:sz w:val="72"/>
                                </w:rPr>
                                <w:t>-</w:t>
                              </w:r>
                            </w:p>
                          </w:txbxContent>
                        </wps:txbx>
                        <wps:bodyPr horzOverflow="overflow" vert="horz" lIns="0" tIns="0" rIns="0" bIns="0" rtlCol="0">
                          <a:noAutofit/>
                        </wps:bodyPr>
                      </wps:wsp>
                      <wps:wsp>
                        <wps:cNvPr id="3693" name="Rectangle 3693"/>
                        <wps:cNvSpPr/>
                        <wps:spPr>
                          <a:xfrm>
                            <a:off x="1957670" y="162961"/>
                            <a:ext cx="1232570" cy="619359"/>
                          </a:xfrm>
                          <a:prstGeom prst="rect">
                            <a:avLst/>
                          </a:prstGeom>
                          <a:ln>
                            <a:noFill/>
                          </a:ln>
                        </wps:spPr>
                        <wps:txbx>
                          <w:txbxContent>
                            <w:p w14:paraId="78CF6226" w14:textId="5E8F2D13" w:rsidR="00EE771D" w:rsidRDefault="00EE771D" w:rsidP="00EE771D">
                              <w:r>
                                <w:rPr>
                                  <w:rFonts w:cs="Calibri"/>
                                  <w:b/>
                                  <w:color w:val="FFFFFF"/>
                                  <w:sz w:val="72"/>
                                </w:rPr>
                                <w:t>202</w:t>
                              </w:r>
                              <w:r w:rsidR="00080CBA">
                                <w:rPr>
                                  <w:rFonts w:cs="Calibri"/>
                                  <w:b/>
                                  <w:color w:val="FFFFFF"/>
                                  <w:sz w:val="72"/>
                                </w:rPr>
                                <w:t>6</w:t>
                              </w:r>
                            </w:p>
                          </w:txbxContent>
                        </wps:txbx>
                        <wps:bodyPr horzOverflow="overflow" vert="horz" lIns="0" tIns="0" rIns="0" bIns="0" rtlCol="0">
                          <a:noAutofit/>
                        </wps:bodyPr>
                      </wps:wsp>
                      <wps:wsp>
                        <wps:cNvPr id="3694" name="Rectangle 3694"/>
                        <wps:cNvSpPr/>
                        <wps:spPr>
                          <a:xfrm>
                            <a:off x="2591435" y="183134"/>
                            <a:ext cx="137425" cy="619359"/>
                          </a:xfrm>
                          <a:prstGeom prst="rect">
                            <a:avLst/>
                          </a:prstGeom>
                          <a:ln>
                            <a:noFill/>
                          </a:ln>
                        </wps:spPr>
                        <wps:txbx>
                          <w:txbxContent>
                            <w:p w14:paraId="4CB3ABFD" w14:textId="77777777" w:rsidR="00EE771D" w:rsidRDefault="00EE771D" w:rsidP="00EE771D">
                              <w:r>
                                <w:rPr>
                                  <w:rFonts w:cs="Calibri"/>
                                  <w:b/>
                                  <w:color w:val="FFFFFF"/>
                                  <w:sz w:val="72"/>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EE10A75" id="Group 47729" o:spid="_x0000_s1026" style="position:absolute;margin-left:-14.4pt;margin-top:-7.8pt;width:453.5pt;height:641.9pt;z-index:-251658235" coordsize="57594,815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J&#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7408H6d440G40vUo98Ev3XX78Tf3l/2q+RfHXwG8U+C5pfLs5NX09fmS6somf5f&#10;9tP4a+3KKAPzh33m3yN02z/nj89eheBfgL4n8a3UTyWcukab/FdXsW35f9hP4q+2di/3afQBz3gv&#10;wdpvgfQbfS9MjKQRj5mb78jf3m/2q6G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2" o:spid="_x0000_s1027" type="#_x0000_t75" style="position:absolute;top:120;width:57594;height:8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">
                  <v:imagedata r:id="rId12" o:title=""/>
                </v:shape>
                <v:rect id="Rectangle 3683" o:spid="_x0000_s1028" style="position:absolute;left:32010;top:7036;width:57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inset="0,0,0,0">
                    <w:txbxContent>
                      <w:p w14:paraId="53CEBCF6" w14:textId="77777777" w:rsidR="00EE771D" w:rsidRDefault="00EE771D" w:rsidP="00EE771D">
                        <w:r>
                          <w:rPr>
                            <w:rFonts w:ascii="Verdana" w:eastAsia="Verdana" w:hAnsi="Verdana" w:cs="Verdana"/>
                            <w:b/>
                            <w:sz w:val="20"/>
                          </w:rPr>
                          <w:t xml:space="preserve"> </w:t>
                        </w:r>
                      </w:p>
                    </w:txbxContent>
                  </v:textbox>
                </v:rect>
                <v:rect id="Rectangle 3684" o:spid="_x0000_s1029" style="position:absolute;left:3;top:8316;width:57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14:paraId="12431936" w14:textId="77777777" w:rsidR="00EE771D" w:rsidRDefault="00EE771D" w:rsidP="00EE771D">
                        <w:r>
                          <w:rPr>
                            <w:rFonts w:ascii="Verdana" w:eastAsia="Verdana" w:hAnsi="Verdana" w:cs="Verdana"/>
                            <w:b/>
                            <w:sz w:val="20"/>
                          </w:rPr>
                          <w:t xml:space="preserve"> </w:t>
                        </w:r>
                      </w:p>
                    </w:txbxContent>
                  </v:textbox>
                </v:rect>
                <v:rect id="Rectangle 3685" o:spid="_x0000_s1030" style="position:absolute;left:3;top:9855;width:57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14:paraId="0DCCF6F0" w14:textId="77777777" w:rsidR="00EE771D" w:rsidRDefault="00EE771D" w:rsidP="00EE771D">
                        <w:r>
                          <w:rPr>
                            <w:rFonts w:ascii="Verdana" w:eastAsia="Verdana" w:hAnsi="Verdana" w:cs="Verdana"/>
                            <w:b/>
                            <w:sz w:val="20"/>
                          </w:rPr>
                          <w:t xml:space="preserve"> </w:t>
                        </w:r>
                      </w:p>
                    </w:txbxContent>
                  </v:textbox>
                </v:rect>
                <v:rect id="Rectangle 3686" o:spid="_x0000_s1031" style="position:absolute;left:3;top:11410;width:57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14:paraId="68F3F866" w14:textId="77777777" w:rsidR="00EE771D" w:rsidRDefault="00EE771D" w:rsidP="00EE771D">
                        <w:r>
                          <w:rPr>
                            <w:rFonts w:ascii="Verdana" w:eastAsia="Verdana" w:hAnsi="Verdana" w:cs="Verdana"/>
                            <w:b/>
                            <w:sz w:val="20"/>
                          </w:rPr>
                          <w:t xml:space="preserve"> </w:t>
                        </w:r>
                      </w:p>
                    </w:txbxContent>
                  </v:textbox>
                </v:rect>
                <v:rect id="Rectangle 3687" o:spid="_x0000_s1032" style="position:absolute;left:3;top:135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14:paraId="322FB14D" w14:textId="77777777" w:rsidR="00EE771D" w:rsidRDefault="00EE771D" w:rsidP="00EE771D">
                        <w:r>
                          <w:rPr>
                            <w:rFonts w:cs="Calibri"/>
                          </w:rPr>
                          <w:t xml:space="preserve"> </w:t>
                        </w:r>
                      </w:p>
                    </w:txbxContent>
                  </v:textbox>
                </v:rect>
                <v:rect id="Rectangle 3688" o:spid="_x0000_s1033" style="position:absolute;left:18294;top:1305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14:paraId="3AAE51B4" w14:textId="77777777" w:rsidR="00EE771D" w:rsidRDefault="00EE771D" w:rsidP="00EE771D">
                        <w:r>
                          <w:rPr>
                            <w:rFonts w:cs="Calibri"/>
                            <w:color w:val="BF8F00"/>
                            <w:sz w:val="32"/>
                          </w:rPr>
                          <w:t xml:space="preserve"> </w:t>
                        </w:r>
                      </w:p>
                    </w:txbxContent>
                  </v:textbox>
                </v:rect>
                <v:shape id="Shape 3689" o:spid="_x0000_s1034" style="position:absolute;width:31902;height:7823;visibility:visible;mso-wrap-style:square;v-text-anchor:top" coordsize="319024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" path="m130391,l3059811,v72009,,130429,58420,130429,130428l3190240,651890v,72010,-58420,130430,-130429,130430l130391,782320c58382,782320,,723900,,651890l,130428c,58420,58382,,130391,xe" fillcolor="#ffd966" stroked="f" strokeweight="0">
                  <v:stroke miterlimit="83231f" joinstyle="miter"/>
                  <v:path arrowok="t" textboxrect="0,0,3190240,782320"/>
                </v:shape>
                <v:shape id="Shape 3690" o:spid="_x0000_s1035" style="position:absolute;width:31902;height:7823;visibility:visible;mso-wrap-style:square;v-text-anchor:top" coordsize="319024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" path="m,130428c,58420,58382,,130391,l3059811,v72009,,130429,58420,130429,130428l3190240,651890v,72010,-58420,130430,-130429,130430l130391,782320c58382,782320,,723900,,651890l,130428xe" filled="f" strokecolor="#fbedc6" strokeweight="1pt">
                  <v:stroke miterlimit="83231f" joinstyle="miter"/>
                  <v:path arrowok="t" textboxrect="0,0,3190240,782320"/>
                </v:shape>
                <v:rect id="Rectangle 3691" o:spid="_x0000_s1036" style="position:absolute;left:2395;top:1755;width:1232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1727D67C" w14:textId="67CAB1AA" w:rsidR="00EE771D" w:rsidRDefault="00EE771D" w:rsidP="00EE771D">
                        <w:r>
                          <w:rPr>
                            <w:rFonts w:cs="Calibri"/>
                            <w:b/>
                            <w:color w:val="FFFFFF"/>
                            <w:sz w:val="72"/>
                          </w:rPr>
                          <w:t>202</w:t>
                        </w:r>
                        <w:r w:rsidR="00080CBA">
                          <w:rPr>
                            <w:rFonts w:cs="Calibri"/>
                            <w:b/>
                            <w:color w:val="FFFFFF"/>
                            <w:sz w:val="72"/>
                          </w:rPr>
                          <w:t>5</w:t>
                        </w:r>
                      </w:p>
                    </w:txbxContent>
                  </v:textbox>
                </v:rect>
                <v:rect id="Rectangle 3692" o:spid="_x0000_s1037" style="position:absolute;left:15852;top:1755;width:1860;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14:paraId="5E6FB1F3" w14:textId="77777777" w:rsidR="00EE771D" w:rsidRDefault="00EE771D" w:rsidP="00EE771D">
                        <w:r>
                          <w:rPr>
                            <w:rFonts w:cs="Calibri"/>
                            <w:b/>
                            <w:color w:val="FFFFFF"/>
                            <w:sz w:val="72"/>
                          </w:rPr>
                          <w:t>-</w:t>
                        </w:r>
                      </w:p>
                    </w:txbxContent>
                  </v:textbox>
                </v:rect>
                <v:rect id="Rectangle 3693" o:spid="_x0000_s1038" style="position:absolute;left:19576;top:1629;width:12326;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14:paraId="78CF6226" w14:textId="5E8F2D13" w:rsidR="00EE771D" w:rsidRDefault="00EE771D" w:rsidP="00EE771D">
                        <w:r>
                          <w:rPr>
                            <w:rFonts w:cs="Calibri"/>
                            <w:b/>
                            <w:color w:val="FFFFFF"/>
                            <w:sz w:val="72"/>
                          </w:rPr>
                          <w:t>202</w:t>
                        </w:r>
                        <w:r w:rsidR="00080CBA">
                          <w:rPr>
                            <w:rFonts w:cs="Calibri"/>
                            <w:b/>
                            <w:color w:val="FFFFFF"/>
                            <w:sz w:val="72"/>
                          </w:rPr>
                          <w:t>6</w:t>
                        </w:r>
                      </w:p>
                    </w:txbxContent>
                  </v:textbox>
                </v:rect>
                <v:rect id="Rectangle 3694" o:spid="_x0000_s1039" style="position:absolute;left:25914;top:1831;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14:paraId="4CB3ABFD" w14:textId="77777777" w:rsidR="00EE771D" w:rsidRDefault="00EE771D" w:rsidP="00EE771D">
                        <w:r>
                          <w:rPr>
                            <w:rFonts w:cs="Calibri"/>
                            <w:b/>
                            <w:color w:val="FFFFFF"/>
                            <w:sz w:val="72"/>
                          </w:rPr>
                          <w:t xml:space="preserve"> </w:t>
                        </w:r>
                      </w:p>
                    </w:txbxContent>
                  </v:textbox>
                </v:rect>
              </v:group>
            </w:pict>
          </mc:Fallback>
        </mc:AlternateContent>
      </w:r>
      <w:bookmarkEnd w:id="0"/>
    </w:p>
    <w:p w14:paraId="3F2B1CBF" w14:textId="77777777" w:rsidR="00792417" w:rsidRDefault="00792417" w:rsidP="008D354E">
      <w:pPr>
        <w:pStyle w:val="Kop1"/>
      </w:pPr>
    </w:p>
    <w:p w14:paraId="70AD35BC" w14:textId="77777777" w:rsidR="00792417" w:rsidRDefault="00792417" w:rsidP="008D354E">
      <w:pPr>
        <w:pStyle w:val="Kop1"/>
      </w:pPr>
    </w:p>
    <w:p w14:paraId="78102101" w14:textId="690DCA00" w:rsidR="00792417" w:rsidRDefault="00792417" w:rsidP="008D354E">
      <w:pPr>
        <w:pStyle w:val="Kop1"/>
      </w:pPr>
    </w:p>
    <w:p w14:paraId="2C5DFCFA" w14:textId="77777777" w:rsidR="00792417" w:rsidRDefault="00792417" w:rsidP="008D354E">
      <w:pPr>
        <w:pStyle w:val="Kop1"/>
      </w:pPr>
    </w:p>
    <w:p w14:paraId="2E585145" w14:textId="705640EF" w:rsidR="00792417" w:rsidRDefault="00792417" w:rsidP="008D354E">
      <w:pPr>
        <w:pStyle w:val="Kop1"/>
      </w:pPr>
    </w:p>
    <w:p w14:paraId="685C9069" w14:textId="77777777" w:rsidR="00792417" w:rsidRDefault="00792417" w:rsidP="008D354E">
      <w:pPr>
        <w:pStyle w:val="Kop1"/>
      </w:pPr>
    </w:p>
    <w:p w14:paraId="6C8145C1" w14:textId="29469CCC" w:rsidR="00792417" w:rsidRDefault="00792417" w:rsidP="008D354E">
      <w:pPr>
        <w:pStyle w:val="Kop1"/>
      </w:pPr>
    </w:p>
    <w:p w14:paraId="4EF13C6A" w14:textId="77777777" w:rsidR="00792417" w:rsidRDefault="00792417" w:rsidP="008D354E">
      <w:pPr>
        <w:pStyle w:val="Kop1"/>
      </w:pPr>
    </w:p>
    <w:p w14:paraId="148D88D2" w14:textId="77777777" w:rsidR="00792417" w:rsidRDefault="00792417" w:rsidP="008D354E">
      <w:pPr>
        <w:pStyle w:val="Kop1"/>
      </w:pPr>
    </w:p>
    <w:p w14:paraId="23A65AC7" w14:textId="57AD3AE8" w:rsidR="00792417" w:rsidRDefault="00792417" w:rsidP="008D354E">
      <w:pPr>
        <w:pStyle w:val="Kop1"/>
      </w:pPr>
    </w:p>
    <w:p w14:paraId="02B99CFA" w14:textId="77777777" w:rsidR="00792417" w:rsidRDefault="00792417" w:rsidP="008D354E">
      <w:pPr>
        <w:pStyle w:val="Kop1"/>
      </w:pPr>
    </w:p>
    <w:p w14:paraId="7F1BABC7" w14:textId="77777777" w:rsidR="00792417" w:rsidRDefault="00792417" w:rsidP="008D354E">
      <w:pPr>
        <w:pStyle w:val="Kop1"/>
      </w:pPr>
    </w:p>
    <w:p w14:paraId="2464C9C0" w14:textId="77777777" w:rsidR="00220634" w:rsidRDefault="00220634" w:rsidP="008D354E">
      <w:pPr>
        <w:pStyle w:val="Kop1"/>
        <w:sectPr w:rsidR="00220634" w:rsidSect="00220634">
          <w:headerReference w:type="default" r:id="rId13"/>
          <w:footerReference w:type="default" r:id="rId14"/>
          <w:pgSz w:w="12240" w:h="15840"/>
          <w:pgMar w:top="1440" w:right="1800" w:bottom="1440" w:left="1800" w:header="720" w:footer="720" w:gutter="0"/>
          <w:pgNumType w:start="1"/>
          <w:cols w:space="720"/>
          <w:titlePg/>
          <w:docGrid w:linePitch="360"/>
        </w:sectPr>
      </w:pPr>
    </w:p>
    <w:p w14:paraId="24A2BC8B" w14:textId="2C3CEACA" w:rsidR="00220634" w:rsidRDefault="00220634" w:rsidP="008D354E">
      <w:pPr>
        <w:pStyle w:val="Kop1"/>
      </w:pPr>
      <w:r>
        <w:br w:type="page"/>
      </w:r>
    </w:p>
    <w:p w14:paraId="38080427" w14:textId="77777777" w:rsidR="001E5D4B" w:rsidRDefault="001E5D4B" w:rsidP="008D354E">
      <w:pPr>
        <w:pStyle w:val="Kop1"/>
        <w:sectPr w:rsidR="001E5D4B" w:rsidSect="00220634">
          <w:type w:val="continuous"/>
          <w:pgSz w:w="12240" w:h="15840"/>
          <w:pgMar w:top="1440" w:right="1800" w:bottom="1440" w:left="1800" w:header="720" w:footer="720" w:gutter="0"/>
          <w:pgNumType w:start="1"/>
          <w:cols w:space="720"/>
          <w:docGrid w:linePitch="360"/>
        </w:sectPr>
      </w:pPr>
    </w:p>
    <w:p w14:paraId="29E59EED" w14:textId="1EA2A76A" w:rsidR="00EE771D" w:rsidRPr="00184D44" w:rsidRDefault="00EE771D" w:rsidP="00184D44">
      <w:pPr>
        <w:pStyle w:val="Kop1"/>
      </w:pPr>
      <w:bookmarkStart w:id="1" w:name="_Toc207190163"/>
      <w:proofErr w:type="spellStart"/>
      <w:r w:rsidRPr="00184D44">
        <w:lastRenderedPageBreak/>
        <w:t>Inhoudsopg</w:t>
      </w:r>
      <w:r w:rsidR="0042754E" w:rsidRPr="00184D44">
        <w:t>ave</w:t>
      </w:r>
      <w:bookmarkEnd w:id="1"/>
      <w:proofErr w:type="spellEnd"/>
    </w:p>
    <w:sdt>
      <w:sdtPr>
        <w:rPr>
          <w:rFonts w:asciiTheme="minorHAnsi" w:eastAsiaTheme="minorEastAsia" w:hAnsiTheme="minorHAnsi" w:cstheme="minorBidi"/>
          <w:b w:val="0"/>
          <w:bCs w:val="0"/>
          <w:color w:val="auto"/>
          <w:sz w:val="22"/>
          <w:szCs w:val="22"/>
          <w:lang w:val="nl-NL"/>
        </w:rPr>
        <w:id w:val="-288828370"/>
        <w:docPartObj>
          <w:docPartGallery w:val="Table of Contents"/>
          <w:docPartUnique/>
        </w:docPartObj>
      </w:sdtPr>
      <w:sdtEndPr>
        <w:rPr>
          <w:lang w:val="en-US"/>
        </w:rPr>
      </w:sdtEndPr>
      <w:sdtContent>
        <w:p w14:paraId="3F663644" w14:textId="348BEF35" w:rsidR="00166052" w:rsidRPr="00F80AA4" w:rsidRDefault="00166052">
          <w:pPr>
            <w:pStyle w:val="Kopvaninhoudsopgave"/>
            <w:rPr>
              <w:rFonts w:cstheme="majorHAnsi"/>
            </w:rPr>
          </w:pPr>
          <w:r w:rsidRPr="00F80AA4">
            <w:rPr>
              <w:rFonts w:cstheme="majorHAnsi"/>
              <w:lang w:val="nl-NL"/>
            </w:rPr>
            <w:t>Inhoud</w:t>
          </w:r>
        </w:p>
        <w:p w14:paraId="1BBA3571" w14:textId="5ED17C91" w:rsidR="00220634" w:rsidRDefault="00166052">
          <w:pPr>
            <w:pStyle w:val="Inhopg1"/>
            <w:tabs>
              <w:tab w:val="right" w:leader="dot" w:pos="8630"/>
            </w:tabs>
            <w:rPr>
              <w:noProof/>
              <w:kern w:val="2"/>
              <w:sz w:val="24"/>
              <w:szCs w:val="24"/>
              <w:lang w:val="nl-NL" w:eastAsia="nl-NL"/>
              <w14:ligatures w14:val="standardContextual"/>
            </w:rPr>
          </w:pPr>
          <w:r w:rsidRPr="00F80AA4">
            <w:rPr>
              <w:rFonts w:asciiTheme="majorHAnsi" w:hAnsiTheme="majorHAnsi" w:cstheme="majorHAnsi"/>
            </w:rPr>
            <w:fldChar w:fldCharType="begin"/>
          </w:r>
          <w:r w:rsidRPr="00F80AA4">
            <w:rPr>
              <w:rFonts w:asciiTheme="majorHAnsi" w:hAnsiTheme="majorHAnsi" w:cstheme="majorHAnsi"/>
            </w:rPr>
            <w:instrText xml:space="preserve"> TOC \o "1-3" \h \z \u </w:instrText>
          </w:r>
          <w:r w:rsidRPr="00F80AA4">
            <w:rPr>
              <w:rFonts w:asciiTheme="majorHAnsi" w:hAnsiTheme="majorHAnsi" w:cstheme="majorHAnsi"/>
            </w:rPr>
            <w:fldChar w:fldCharType="separate"/>
          </w:r>
          <w:hyperlink w:anchor="_Toc207190163" w:history="1">
            <w:r w:rsidR="00220634" w:rsidRPr="00B7777A">
              <w:rPr>
                <w:rStyle w:val="Hyperlink"/>
                <w:noProof/>
              </w:rPr>
              <w:t>Inhoudsopgave</w:t>
            </w:r>
            <w:r w:rsidR="00220634">
              <w:rPr>
                <w:noProof/>
                <w:webHidden/>
              </w:rPr>
              <w:tab/>
            </w:r>
            <w:r w:rsidR="00220634">
              <w:rPr>
                <w:noProof/>
                <w:webHidden/>
              </w:rPr>
              <w:fldChar w:fldCharType="begin"/>
            </w:r>
            <w:r w:rsidR="00220634">
              <w:rPr>
                <w:noProof/>
                <w:webHidden/>
              </w:rPr>
              <w:instrText xml:space="preserve"> PAGEREF _Toc207190163 \h </w:instrText>
            </w:r>
            <w:r w:rsidR="00220634">
              <w:rPr>
                <w:noProof/>
                <w:webHidden/>
              </w:rPr>
            </w:r>
            <w:r w:rsidR="00220634">
              <w:rPr>
                <w:noProof/>
                <w:webHidden/>
              </w:rPr>
              <w:fldChar w:fldCharType="separate"/>
            </w:r>
            <w:r w:rsidR="00220634">
              <w:rPr>
                <w:noProof/>
                <w:webHidden/>
              </w:rPr>
              <w:t>1</w:t>
            </w:r>
            <w:r w:rsidR="00220634">
              <w:rPr>
                <w:noProof/>
                <w:webHidden/>
              </w:rPr>
              <w:fldChar w:fldCharType="end"/>
            </w:r>
          </w:hyperlink>
        </w:p>
        <w:p w14:paraId="51A1010D" w14:textId="3A29FD0B" w:rsidR="00220634" w:rsidRDefault="00220634">
          <w:pPr>
            <w:pStyle w:val="Inhopg1"/>
            <w:tabs>
              <w:tab w:val="right" w:leader="dot" w:pos="8630"/>
            </w:tabs>
            <w:rPr>
              <w:noProof/>
              <w:kern w:val="2"/>
              <w:sz w:val="24"/>
              <w:szCs w:val="24"/>
              <w:lang w:val="nl-NL" w:eastAsia="nl-NL"/>
              <w14:ligatures w14:val="standardContextual"/>
            </w:rPr>
          </w:pPr>
          <w:hyperlink w:anchor="_Toc207190164" w:history="1">
            <w:r w:rsidRPr="00B7777A">
              <w:rPr>
                <w:rStyle w:val="Hyperlink"/>
                <w:noProof/>
                <w:lang w:val="nl-NL"/>
              </w:rPr>
              <w:t>1.Over de school</w:t>
            </w:r>
            <w:r>
              <w:rPr>
                <w:noProof/>
                <w:webHidden/>
              </w:rPr>
              <w:tab/>
            </w:r>
            <w:r>
              <w:rPr>
                <w:noProof/>
                <w:webHidden/>
              </w:rPr>
              <w:fldChar w:fldCharType="begin"/>
            </w:r>
            <w:r>
              <w:rPr>
                <w:noProof/>
                <w:webHidden/>
              </w:rPr>
              <w:instrText xml:space="preserve"> PAGEREF _Toc207190164 \h </w:instrText>
            </w:r>
            <w:r>
              <w:rPr>
                <w:noProof/>
                <w:webHidden/>
              </w:rPr>
            </w:r>
            <w:r>
              <w:rPr>
                <w:noProof/>
                <w:webHidden/>
              </w:rPr>
              <w:fldChar w:fldCharType="separate"/>
            </w:r>
            <w:r>
              <w:rPr>
                <w:noProof/>
                <w:webHidden/>
              </w:rPr>
              <w:t>4</w:t>
            </w:r>
            <w:r>
              <w:rPr>
                <w:noProof/>
                <w:webHidden/>
              </w:rPr>
              <w:fldChar w:fldCharType="end"/>
            </w:r>
          </w:hyperlink>
        </w:p>
        <w:p w14:paraId="28B227C4" w14:textId="0578BAFE" w:rsidR="00220634" w:rsidRDefault="00220634">
          <w:pPr>
            <w:pStyle w:val="Inhopg2"/>
            <w:tabs>
              <w:tab w:val="right" w:leader="dot" w:pos="8630"/>
            </w:tabs>
            <w:rPr>
              <w:noProof/>
              <w:kern w:val="2"/>
              <w:sz w:val="24"/>
              <w:szCs w:val="24"/>
              <w:lang w:val="nl-NL" w:eastAsia="nl-NL"/>
              <w14:ligatures w14:val="standardContextual"/>
            </w:rPr>
          </w:pPr>
          <w:hyperlink w:anchor="_Toc207190165" w:history="1">
            <w:r w:rsidRPr="00B7777A">
              <w:rPr>
                <w:rStyle w:val="Hyperlink"/>
                <w:noProof/>
                <w:lang w:val="nl-NL"/>
              </w:rPr>
              <w:t>1.1 Algemeen</w:t>
            </w:r>
            <w:r>
              <w:rPr>
                <w:noProof/>
                <w:webHidden/>
              </w:rPr>
              <w:tab/>
            </w:r>
            <w:r>
              <w:rPr>
                <w:noProof/>
                <w:webHidden/>
              </w:rPr>
              <w:fldChar w:fldCharType="begin"/>
            </w:r>
            <w:r>
              <w:rPr>
                <w:noProof/>
                <w:webHidden/>
              </w:rPr>
              <w:instrText xml:space="preserve"> PAGEREF _Toc207190165 \h </w:instrText>
            </w:r>
            <w:r>
              <w:rPr>
                <w:noProof/>
                <w:webHidden/>
              </w:rPr>
            </w:r>
            <w:r>
              <w:rPr>
                <w:noProof/>
                <w:webHidden/>
              </w:rPr>
              <w:fldChar w:fldCharType="separate"/>
            </w:r>
            <w:r>
              <w:rPr>
                <w:noProof/>
                <w:webHidden/>
              </w:rPr>
              <w:t>4</w:t>
            </w:r>
            <w:r>
              <w:rPr>
                <w:noProof/>
                <w:webHidden/>
              </w:rPr>
              <w:fldChar w:fldCharType="end"/>
            </w:r>
          </w:hyperlink>
        </w:p>
        <w:p w14:paraId="55AC4E16" w14:textId="3AA82167" w:rsidR="00220634" w:rsidRDefault="00220634">
          <w:pPr>
            <w:pStyle w:val="Inhopg2"/>
            <w:tabs>
              <w:tab w:val="right" w:leader="dot" w:pos="8630"/>
            </w:tabs>
            <w:rPr>
              <w:noProof/>
              <w:kern w:val="2"/>
              <w:sz w:val="24"/>
              <w:szCs w:val="24"/>
              <w:lang w:val="nl-NL" w:eastAsia="nl-NL"/>
              <w14:ligatures w14:val="standardContextual"/>
            </w:rPr>
          </w:pPr>
          <w:hyperlink w:anchor="_Toc207190166" w:history="1">
            <w:r w:rsidRPr="00B7777A">
              <w:rPr>
                <w:rStyle w:val="Hyperlink"/>
                <w:noProof/>
                <w:lang w:val="nl-NL"/>
              </w:rPr>
              <w:t>1.2 Visie &amp; motto</w:t>
            </w:r>
            <w:r>
              <w:rPr>
                <w:noProof/>
                <w:webHidden/>
              </w:rPr>
              <w:tab/>
            </w:r>
            <w:r>
              <w:rPr>
                <w:noProof/>
                <w:webHidden/>
              </w:rPr>
              <w:fldChar w:fldCharType="begin"/>
            </w:r>
            <w:r>
              <w:rPr>
                <w:noProof/>
                <w:webHidden/>
              </w:rPr>
              <w:instrText xml:space="preserve"> PAGEREF _Toc207190166 \h </w:instrText>
            </w:r>
            <w:r>
              <w:rPr>
                <w:noProof/>
                <w:webHidden/>
              </w:rPr>
            </w:r>
            <w:r>
              <w:rPr>
                <w:noProof/>
                <w:webHidden/>
              </w:rPr>
              <w:fldChar w:fldCharType="separate"/>
            </w:r>
            <w:r>
              <w:rPr>
                <w:noProof/>
                <w:webHidden/>
              </w:rPr>
              <w:t>4</w:t>
            </w:r>
            <w:r>
              <w:rPr>
                <w:noProof/>
                <w:webHidden/>
              </w:rPr>
              <w:fldChar w:fldCharType="end"/>
            </w:r>
          </w:hyperlink>
        </w:p>
        <w:p w14:paraId="4E3C918F" w14:textId="73CEAC71" w:rsidR="00220634" w:rsidRDefault="00220634">
          <w:pPr>
            <w:pStyle w:val="Inhopg1"/>
            <w:tabs>
              <w:tab w:val="right" w:leader="dot" w:pos="8630"/>
            </w:tabs>
            <w:rPr>
              <w:noProof/>
              <w:kern w:val="2"/>
              <w:sz w:val="24"/>
              <w:szCs w:val="24"/>
              <w:lang w:val="nl-NL" w:eastAsia="nl-NL"/>
              <w14:ligatures w14:val="standardContextual"/>
            </w:rPr>
          </w:pPr>
          <w:hyperlink w:anchor="_Toc207190167" w:history="1">
            <w:r w:rsidRPr="00B7777A">
              <w:rPr>
                <w:rStyle w:val="Hyperlink"/>
                <w:noProof/>
                <w:lang w:val="nl-NL"/>
              </w:rPr>
              <w:t>2 Het onderwijs</w:t>
            </w:r>
            <w:r>
              <w:rPr>
                <w:noProof/>
                <w:webHidden/>
              </w:rPr>
              <w:tab/>
            </w:r>
            <w:r>
              <w:rPr>
                <w:noProof/>
                <w:webHidden/>
              </w:rPr>
              <w:fldChar w:fldCharType="begin"/>
            </w:r>
            <w:r>
              <w:rPr>
                <w:noProof/>
                <w:webHidden/>
              </w:rPr>
              <w:instrText xml:space="preserve"> PAGEREF _Toc207190167 \h </w:instrText>
            </w:r>
            <w:r>
              <w:rPr>
                <w:noProof/>
                <w:webHidden/>
              </w:rPr>
            </w:r>
            <w:r>
              <w:rPr>
                <w:noProof/>
                <w:webHidden/>
              </w:rPr>
              <w:fldChar w:fldCharType="separate"/>
            </w:r>
            <w:r>
              <w:rPr>
                <w:noProof/>
                <w:webHidden/>
              </w:rPr>
              <w:t>5</w:t>
            </w:r>
            <w:r>
              <w:rPr>
                <w:noProof/>
                <w:webHidden/>
              </w:rPr>
              <w:fldChar w:fldCharType="end"/>
            </w:r>
          </w:hyperlink>
        </w:p>
        <w:p w14:paraId="04A9068D" w14:textId="38A0DD2D" w:rsidR="00220634" w:rsidRDefault="00220634">
          <w:pPr>
            <w:pStyle w:val="Inhopg2"/>
            <w:tabs>
              <w:tab w:val="right" w:leader="dot" w:pos="8630"/>
            </w:tabs>
            <w:rPr>
              <w:noProof/>
              <w:kern w:val="2"/>
              <w:sz w:val="24"/>
              <w:szCs w:val="24"/>
              <w:lang w:val="nl-NL" w:eastAsia="nl-NL"/>
              <w14:ligatures w14:val="standardContextual"/>
            </w:rPr>
          </w:pPr>
          <w:hyperlink w:anchor="_Toc207190168" w:history="1">
            <w:r w:rsidRPr="00B7777A">
              <w:rPr>
                <w:rStyle w:val="Hyperlink"/>
                <w:noProof/>
                <w:lang w:val="nl-NL"/>
              </w:rPr>
              <w:t>2.1 Organisatie van het onderwijs</w:t>
            </w:r>
            <w:r>
              <w:rPr>
                <w:noProof/>
                <w:webHidden/>
              </w:rPr>
              <w:tab/>
            </w:r>
            <w:r>
              <w:rPr>
                <w:noProof/>
                <w:webHidden/>
              </w:rPr>
              <w:fldChar w:fldCharType="begin"/>
            </w:r>
            <w:r>
              <w:rPr>
                <w:noProof/>
                <w:webHidden/>
              </w:rPr>
              <w:instrText xml:space="preserve"> PAGEREF _Toc207190168 \h </w:instrText>
            </w:r>
            <w:r>
              <w:rPr>
                <w:noProof/>
                <w:webHidden/>
              </w:rPr>
            </w:r>
            <w:r>
              <w:rPr>
                <w:noProof/>
                <w:webHidden/>
              </w:rPr>
              <w:fldChar w:fldCharType="separate"/>
            </w:r>
            <w:r>
              <w:rPr>
                <w:noProof/>
                <w:webHidden/>
              </w:rPr>
              <w:t>5</w:t>
            </w:r>
            <w:r>
              <w:rPr>
                <w:noProof/>
                <w:webHidden/>
              </w:rPr>
              <w:fldChar w:fldCharType="end"/>
            </w:r>
          </w:hyperlink>
        </w:p>
        <w:p w14:paraId="636CFC67" w14:textId="768C1C5B" w:rsidR="00220634" w:rsidRDefault="00220634">
          <w:pPr>
            <w:pStyle w:val="Inhopg2"/>
            <w:tabs>
              <w:tab w:val="right" w:leader="dot" w:pos="8630"/>
            </w:tabs>
            <w:rPr>
              <w:noProof/>
              <w:kern w:val="2"/>
              <w:sz w:val="24"/>
              <w:szCs w:val="24"/>
              <w:lang w:val="nl-NL" w:eastAsia="nl-NL"/>
              <w14:ligatures w14:val="standardContextual"/>
            </w:rPr>
          </w:pPr>
          <w:hyperlink w:anchor="_Toc207190169" w:history="1">
            <w:r w:rsidRPr="00B7777A">
              <w:rPr>
                <w:rStyle w:val="Hyperlink"/>
                <w:noProof/>
                <w:lang w:val="nl-NL"/>
              </w:rPr>
              <w:t>2.2 Invulling onderwijstijd</w:t>
            </w:r>
            <w:r>
              <w:rPr>
                <w:noProof/>
                <w:webHidden/>
              </w:rPr>
              <w:tab/>
            </w:r>
            <w:r>
              <w:rPr>
                <w:noProof/>
                <w:webHidden/>
              </w:rPr>
              <w:fldChar w:fldCharType="begin"/>
            </w:r>
            <w:r>
              <w:rPr>
                <w:noProof/>
                <w:webHidden/>
              </w:rPr>
              <w:instrText xml:space="preserve"> PAGEREF _Toc207190169 \h </w:instrText>
            </w:r>
            <w:r>
              <w:rPr>
                <w:noProof/>
                <w:webHidden/>
              </w:rPr>
            </w:r>
            <w:r>
              <w:rPr>
                <w:noProof/>
                <w:webHidden/>
              </w:rPr>
              <w:fldChar w:fldCharType="separate"/>
            </w:r>
            <w:r>
              <w:rPr>
                <w:noProof/>
                <w:webHidden/>
              </w:rPr>
              <w:t>5</w:t>
            </w:r>
            <w:r>
              <w:rPr>
                <w:noProof/>
                <w:webHidden/>
              </w:rPr>
              <w:fldChar w:fldCharType="end"/>
            </w:r>
          </w:hyperlink>
        </w:p>
        <w:p w14:paraId="671BE98F" w14:textId="4FE93791"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70" w:history="1">
            <w:r w:rsidRPr="00B7777A">
              <w:rPr>
                <w:rStyle w:val="Hyperlink"/>
              </w:rPr>
              <w:t>Wat is onderwijstijd?</w:t>
            </w:r>
            <w:r>
              <w:rPr>
                <w:webHidden/>
              </w:rPr>
              <w:tab/>
            </w:r>
            <w:r>
              <w:rPr>
                <w:webHidden/>
              </w:rPr>
              <w:fldChar w:fldCharType="begin"/>
            </w:r>
            <w:r>
              <w:rPr>
                <w:webHidden/>
              </w:rPr>
              <w:instrText xml:space="preserve"> PAGEREF _Toc207190170 \h </w:instrText>
            </w:r>
            <w:r>
              <w:rPr>
                <w:webHidden/>
              </w:rPr>
            </w:r>
            <w:r>
              <w:rPr>
                <w:webHidden/>
              </w:rPr>
              <w:fldChar w:fldCharType="separate"/>
            </w:r>
            <w:r>
              <w:rPr>
                <w:webHidden/>
              </w:rPr>
              <w:t>5</w:t>
            </w:r>
            <w:r>
              <w:rPr>
                <w:webHidden/>
              </w:rPr>
              <w:fldChar w:fldCharType="end"/>
            </w:r>
          </w:hyperlink>
        </w:p>
        <w:p w14:paraId="34DC139A" w14:textId="0F4DF662"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71" w:history="1">
            <w:r w:rsidRPr="00B7777A">
              <w:rPr>
                <w:rStyle w:val="Hyperlink"/>
              </w:rPr>
              <w:t>Lunchtijd (en lestijd)</w:t>
            </w:r>
            <w:r>
              <w:rPr>
                <w:webHidden/>
              </w:rPr>
              <w:tab/>
            </w:r>
            <w:r>
              <w:rPr>
                <w:webHidden/>
              </w:rPr>
              <w:fldChar w:fldCharType="begin"/>
            </w:r>
            <w:r>
              <w:rPr>
                <w:webHidden/>
              </w:rPr>
              <w:instrText xml:space="preserve"> PAGEREF _Toc207190171 \h </w:instrText>
            </w:r>
            <w:r>
              <w:rPr>
                <w:webHidden/>
              </w:rPr>
            </w:r>
            <w:r>
              <w:rPr>
                <w:webHidden/>
              </w:rPr>
              <w:fldChar w:fldCharType="separate"/>
            </w:r>
            <w:r>
              <w:rPr>
                <w:webHidden/>
              </w:rPr>
              <w:t>5</w:t>
            </w:r>
            <w:r>
              <w:rPr>
                <w:webHidden/>
              </w:rPr>
              <w:fldChar w:fldCharType="end"/>
            </w:r>
          </w:hyperlink>
        </w:p>
        <w:p w14:paraId="79E8D010" w14:textId="247A0C0E" w:rsidR="00220634" w:rsidRDefault="00220634">
          <w:pPr>
            <w:pStyle w:val="Inhopg2"/>
            <w:tabs>
              <w:tab w:val="right" w:leader="dot" w:pos="8630"/>
            </w:tabs>
            <w:rPr>
              <w:noProof/>
              <w:kern w:val="2"/>
              <w:sz w:val="24"/>
              <w:szCs w:val="24"/>
              <w:lang w:val="nl-NL" w:eastAsia="nl-NL"/>
              <w14:ligatures w14:val="standardContextual"/>
            </w:rPr>
          </w:pPr>
          <w:hyperlink w:anchor="_Toc207190172" w:history="1">
            <w:r w:rsidRPr="00B7777A">
              <w:rPr>
                <w:rStyle w:val="Hyperlink"/>
                <w:noProof/>
                <w:lang w:val="nl-NL"/>
              </w:rPr>
              <w:t>2.3 Groepsindeling</w:t>
            </w:r>
            <w:r>
              <w:rPr>
                <w:noProof/>
                <w:webHidden/>
              </w:rPr>
              <w:tab/>
            </w:r>
            <w:r>
              <w:rPr>
                <w:noProof/>
                <w:webHidden/>
              </w:rPr>
              <w:fldChar w:fldCharType="begin"/>
            </w:r>
            <w:r>
              <w:rPr>
                <w:noProof/>
                <w:webHidden/>
              </w:rPr>
              <w:instrText xml:space="preserve"> PAGEREF _Toc207190172 \h </w:instrText>
            </w:r>
            <w:r>
              <w:rPr>
                <w:noProof/>
                <w:webHidden/>
              </w:rPr>
            </w:r>
            <w:r>
              <w:rPr>
                <w:noProof/>
                <w:webHidden/>
              </w:rPr>
              <w:fldChar w:fldCharType="separate"/>
            </w:r>
            <w:r>
              <w:rPr>
                <w:noProof/>
                <w:webHidden/>
              </w:rPr>
              <w:t>5</w:t>
            </w:r>
            <w:r>
              <w:rPr>
                <w:noProof/>
                <w:webHidden/>
              </w:rPr>
              <w:fldChar w:fldCharType="end"/>
            </w:r>
          </w:hyperlink>
        </w:p>
        <w:p w14:paraId="7382DCD6" w14:textId="5953B61D"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73" w:history="1">
            <w:r w:rsidRPr="00B7777A">
              <w:rPr>
                <w:rStyle w:val="Hyperlink"/>
              </w:rPr>
              <w:t>Lestijden</w:t>
            </w:r>
            <w:r>
              <w:rPr>
                <w:webHidden/>
              </w:rPr>
              <w:tab/>
            </w:r>
            <w:r>
              <w:rPr>
                <w:webHidden/>
              </w:rPr>
              <w:fldChar w:fldCharType="begin"/>
            </w:r>
            <w:r>
              <w:rPr>
                <w:webHidden/>
              </w:rPr>
              <w:instrText xml:space="preserve"> PAGEREF _Toc207190173 \h </w:instrText>
            </w:r>
            <w:r>
              <w:rPr>
                <w:webHidden/>
              </w:rPr>
            </w:r>
            <w:r>
              <w:rPr>
                <w:webHidden/>
              </w:rPr>
              <w:fldChar w:fldCharType="separate"/>
            </w:r>
            <w:r>
              <w:rPr>
                <w:webHidden/>
              </w:rPr>
              <w:t>6</w:t>
            </w:r>
            <w:r>
              <w:rPr>
                <w:webHidden/>
              </w:rPr>
              <w:fldChar w:fldCharType="end"/>
            </w:r>
          </w:hyperlink>
        </w:p>
        <w:p w14:paraId="7E5EF4A6" w14:textId="3B3C9DC0"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74" w:history="1">
            <w:r w:rsidRPr="00B7777A">
              <w:rPr>
                <w:rStyle w:val="Hyperlink"/>
              </w:rPr>
              <w:t>Opvang:</w:t>
            </w:r>
            <w:r>
              <w:rPr>
                <w:webHidden/>
              </w:rPr>
              <w:tab/>
            </w:r>
            <w:r>
              <w:rPr>
                <w:webHidden/>
              </w:rPr>
              <w:fldChar w:fldCharType="begin"/>
            </w:r>
            <w:r>
              <w:rPr>
                <w:webHidden/>
              </w:rPr>
              <w:instrText xml:space="preserve"> PAGEREF _Toc207190174 \h </w:instrText>
            </w:r>
            <w:r>
              <w:rPr>
                <w:webHidden/>
              </w:rPr>
            </w:r>
            <w:r>
              <w:rPr>
                <w:webHidden/>
              </w:rPr>
              <w:fldChar w:fldCharType="separate"/>
            </w:r>
            <w:r>
              <w:rPr>
                <w:webHidden/>
              </w:rPr>
              <w:t>6</w:t>
            </w:r>
            <w:r>
              <w:rPr>
                <w:webHidden/>
              </w:rPr>
              <w:fldChar w:fldCharType="end"/>
            </w:r>
          </w:hyperlink>
        </w:p>
        <w:p w14:paraId="1BDC8EB3" w14:textId="0B038A0D"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75" w:history="1">
            <w:r w:rsidRPr="00B7777A">
              <w:rPr>
                <w:rStyle w:val="Hyperlink"/>
              </w:rPr>
              <w:t>Tijden van de opvang:</w:t>
            </w:r>
            <w:r>
              <w:rPr>
                <w:webHidden/>
              </w:rPr>
              <w:tab/>
            </w:r>
            <w:r>
              <w:rPr>
                <w:webHidden/>
              </w:rPr>
              <w:fldChar w:fldCharType="begin"/>
            </w:r>
            <w:r>
              <w:rPr>
                <w:webHidden/>
              </w:rPr>
              <w:instrText xml:space="preserve"> PAGEREF _Toc207190175 \h </w:instrText>
            </w:r>
            <w:r>
              <w:rPr>
                <w:webHidden/>
              </w:rPr>
            </w:r>
            <w:r>
              <w:rPr>
                <w:webHidden/>
              </w:rPr>
              <w:fldChar w:fldCharType="separate"/>
            </w:r>
            <w:r>
              <w:rPr>
                <w:webHidden/>
              </w:rPr>
              <w:t>6</w:t>
            </w:r>
            <w:r>
              <w:rPr>
                <w:webHidden/>
              </w:rPr>
              <w:fldChar w:fldCharType="end"/>
            </w:r>
          </w:hyperlink>
        </w:p>
        <w:p w14:paraId="775B2F62" w14:textId="5401E637" w:rsidR="00220634" w:rsidRDefault="00220634">
          <w:pPr>
            <w:pStyle w:val="Inhopg2"/>
            <w:tabs>
              <w:tab w:val="right" w:leader="dot" w:pos="8630"/>
            </w:tabs>
            <w:rPr>
              <w:noProof/>
              <w:kern w:val="2"/>
              <w:sz w:val="24"/>
              <w:szCs w:val="24"/>
              <w:lang w:val="nl-NL" w:eastAsia="nl-NL"/>
              <w14:ligatures w14:val="standardContextual"/>
            </w:rPr>
          </w:pPr>
          <w:hyperlink w:anchor="_Toc207190176" w:history="1">
            <w:r w:rsidRPr="00B7777A">
              <w:rPr>
                <w:rStyle w:val="Hyperlink"/>
                <w:noProof/>
                <w:lang w:val="nl-NL"/>
              </w:rPr>
              <w:t>2.4 Hoe wordt er lesgegeven?</w:t>
            </w:r>
            <w:r>
              <w:rPr>
                <w:noProof/>
                <w:webHidden/>
              </w:rPr>
              <w:tab/>
            </w:r>
            <w:r>
              <w:rPr>
                <w:noProof/>
                <w:webHidden/>
              </w:rPr>
              <w:fldChar w:fldCharType="begin"/>
            </w:r>
            <w:r>
              <w:rPr>
                <w:noProof/>
                <w:webHidden/>
              </w:rPr>
              <w:instrText xml:space="preserve"> PAGEREF _Toc207190176 \h </w:instrText>
            </w:r>
            <w:r>
              <w:rPr>
                <w:noProof/>
                <w:webHidden/>
              </w:rPr>
            </w:r>
            <w:r>
              <w:rPr>
                <w:noProof/>
                <w:webHidden/>
              </w:rPr>
              <w:fldChar w:fldCharType="separate"/>
            </w:r>
            <w:r>
              <w:rPr>
                <w:noProof/>
                <w:webHidden/>
              </w:rPr>
              <w:t>6</w:t>
            </w:r>
            <w:r>
              <w:rPr>
                <w:noProof/>
                <w:webHidden/>
              </w:rPr>
              <w:fldChar w:fldCharType="end"/>
            </w:r>
          </w:hyperlink>
        </w:p>
        <w:p w14:paraId="0035B1F3" w14:textId="0D459007"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77" w:history="1">
            <w:r w:rsidRPr="00B7777A">
              <w:rPr>
                <w:rStyle w:val="Hyperlink"/>
              </w:rPr>
              <w:t>Expliciete Directe Instructie (EDI)</w:t>
            </w:r>
            <w:r>
              <w:rPr>
                <w:webHidden/>
              </w:rPr>
              <w:tab/>
            </w:r>
            <w:r>
              <w:rPr>
                <w:webHidden/>
              </w:rPr>
              <w:fldChar w:fldCharType="begin"/>
            </w:r>
            <w:r>
              <w:rPr>
                <w:webHidden/>
              </w:rPr>
              <w:instrText xml:space="preserve"> PAGEREF _Toc207190177 \h </w:instrText>
            </w:r>
            <w:r>
              <w:rPr>
                <w:webHidden/>
              </w:rPr>
            </w:r>
            <w:r>
              <w:rPr>
                <w:webHidden/>
              </w:rPr>
              <w:fldChar w:fldCharType="separate"/>
            </w:r>
            <w:r>
              <w:rPr>
                <w:webHidden/>
              </w:rPr>
              <w:t>6</w:t>
            </w:r>
            <w:r>
              <w:rPr>
                <w:webHidden/>
              </w:rPr>
              <w:fldChar w:fldCharType="end"/>
            </w:r>
          </w:hyperlink>
        </w:p>
        <w:p w14:paraId="26F867C2" w14:textId="32578C05"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78" w:history="1">
            <w:r w:rsidRPr="00B7777A">
              <w:rPr>
                <w:rStyle w:val="Hyperlink"/>
              </w:rPr>
              <w:t>Zelfstandig werken</w:t>
            </w:r>
            <w:r>
              <w:rPr>
                <w:webHidden/>
              </w:rPr>
              <w:tab/>
            </w:r>
            <w:r>
              <w:rPr>
                <w:webHidden/>
              </w:rPr>
              <w:fldChar w:fldCharType="begin"/>
            </w:r>
            <w:r>
              <w:rPr>
                <w:webHidden/>
              </w:rPr>
              <w:instrText xml:space="preserve"> PAGEREF _Toc207190178 \h </w:instrText>
            </w:r>
            <w:r>
              <w:rPr>
                <w:webHidden/>
              </w:rPr>
            </w:r>
            <w:r>
              <w:rPr>
                <w:webHidden/>
              </w:rPr>
              <w:fldChar w:fldCharType="separate"/>
            </w:r>
            <w:r>
              <w:rPr>
                <w:webHidden/>
              </w:rPr>
              <w:t>7</w:t>
            </w:r>
            <w:r>
              <w:rPr>
                <w:webHidden/>
              </w:rPr>
              <w:fldChar w:fldCharType="end"/>
            </w:r>
          </w:hyperlink>
        </w:p>
        <w:p w14:paraId="22B144F6" w14:textId="11CB755C"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79" w:history="1">
            <w:r w:rsidRPr="00B7777A">
              <w:rPr>
                <w:rStyle w:val="Hyperlink"/>
              </w:rPr>
              <w:t>Leren samenwerken</w:t>
            </w:r>
            <w:r>
              <w:rPr>
                <w:webHidden/>
              </w:rPr>
              <w:tab/>
            </w:r>
            <w:r>
              <w:rPr>
                <w:webHidden/>
              </w:rPr>
              <w:fldChar w:fldCharType="begin"/>
            </w:r>
            <w:r>
              <w:rPr>
                <w:webHidden/>
              </w:rPr>
              <w:instrText xml:space="preserve"> PAGEREF _Toc207190179 \h </w:instrText>
            </w:r>
            <w:r>
              <w:rPr>
                <w:webHidden/>
              </w:rPr>
            </w:r>
            <w:r>
              <w:rPr>
                <w:webHidden/>
              </w:rPr>
              <w:fldChar w:fldCharType="separate"/>
            </w:r>
            <w:r>
              <w:rPr>
                <w:webHidden/>
              </w:rPr>
              <w:t>7</w:t>
            </w:r>
            <w:r>
              <w:rPr>
                <w:webHidden/>
              </w:rPr>
              <w:fldChar w:fldCharType="end"/>
            </w:r>
          </w:hyperlink>
        </w:p>
        <w:p w14:paraId="05AF5E2C" w14:textId="5D9AD81A"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80" w:history="1">
            <w:r w:rsidRPr="00B7777A">
              <w:rPr>
                <w:rStyle w:val="Hyperlink"/>
              </w:rPr>
              <w:t>Early Bird school</w:t>
            </w:r>
            <w:r>
              <w:rPr>
                <w:webHidden/>
              </w:rPr>
              <w:tab/>
            </w:r>
            <w:r>
              <w:rPr>
                <w:webHidden/>
              </w:rPr>
              <w:fldChar w:fldCharType="begin"/>
            </w:r>
            <w:r>
              <w:rPr>
                <w:webHidden/>
              </w:rPr>
              <w:instrText xml:space="preserve"> PAGEREF _Toc207190180 \h </w:instrText>
            </w:r>
            <w:r>
              <w:rPr>
                <w:webHidden/>
              </w:rPr>
            </w:r>
            <w:r>
              <w:rPr>
                <w:webHidden/>
              </w:rPr>
              <w:fldChar w:fldCharType="separate"/>
            </w:r>
            <w:r>
              <w:rPr>
                <w:webHidden/>
              </w:rPr>
              <w:t>7</w:t>
            </w:r>
            <w:r>
              <w:rPr>
                <w:webHidden/>
              </w:rPr>
              <w:fldChar w:fldCharType="end"/>
            </w:r>
          </w:hyperlink>
        </w:p>
        <w:p w14:paraId="33BC786E" w14:textId="663C2A0D" w:rsidR="00220634" w:rsidRDefault="00220634">
          <w:pPr>
            <w:pStyle w:val="Inhopg2"/>
            <w:tabs>
              <w:tab w:val="right" w:leader="dot" w:pos="8630"/>
            </w:tabs>
            <w:rPr>
              <w:noProof/>
              <w:kern w:val="2"/>
              <w:sz w:val="24"/>
              <w:szCs w:val="24"/>
              <w:lang w:val="nl-NL" w:eastAsia="nl-NL"/>
              <w14:ligatures w14:val="standardContextual"/>
            </w:rPr>
          </w:pPr>
          <w:hyperlink w:anchor="_Toc207190181" w:history="1">
            <w:r w:rsidRPr="00B7777A">
              <w:rPr>
                <w:rStyle w:val="Hyperlink"/>
                <w:noProof/>
                <w:lang w:val="nl-NL"/>
              </w:rPr>
              <w:t>2.5 Wie doet wat?</w:t>
            </w:r>
            <w:r>
              <w:rPr>
                <w:noProof/>
                <w:webHidden/>
              </w:rPr>
              <w:tab/>
            </w:r>
            <w:r>
              <w:rPr>
                <w:noProof/>
                <w:webHidden/>
              </w:rPr>
              <w:fldChar w:fldCharType="begin"/>
            </w:r>
            <w:r>
              <w:rPr>
                <w:noProof/>
                <w:webHidden/>
              </w:rPr>
              <w:instrText xml:space="preserve"> PAGEREF _Toc207190181 \h </w:instrText>
            </w:r>
            <w:r>
              <w:rPr>
                <w:noProof/>
                <w:webHidden/>
              </w:rPr>
            </w:r>
            <w:r>
              <w:rPr>
                <w:noProof/>
                <w:webHidden/>
              </w:rPr>
              <w:fldChar w:fldCharType="separate"/>
            </w:r>
            <w:r>
              <w:rPr>
                <w:noProof/>
                <w:webHidden/>
              </w:rPr>
              <w:t>8</w:t>
            </w:r>
            <w:r>
              <w:rPr>
                <w:noProof/>
                <w:webHidden/>
              </w:rPr>
              <w:fldChar w:fldCharType="end"/>
            </w:r>
          </w:hyperlink>
        </w:p>
        <w:p w14:paraId="6064E183" w14:textId="288DB609"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82" w:history="1">
            <w:r w:rsidRPr="00B7777A">
              <w:rPr>
                <w:rStyle w:val="Hyperlink"/>
              </w:rPr>
              <w:t>Het managementteam (MT)</w:t>
            </w:r>
            <w:r>
              <w:rPr>
                <w:webHidden/>
              </w:rPr>
              <w:tab/>
            </w:r>
            <w:r>
              <w:rPr>
                <w:webHidden/>
              </w:rPr>
              <w:fldChar w:fldCharType="begin"/>
            </w:r>
            <w:r>
              <w:rPr>
                <w:webHidden/>
              </w:rPr>
              <w:instrText xml:space="preserve"> PAGEREF _Toc207190182 \h </w:instrText>
            </w:r>
            <w:r>
              <w:rPr>
                <w:webHidden/>
              </w:rPr>
            </w:r>
            <w:r>
              <w:rPr>
                <w:webHidden/>
              </w:rPr>
              <w:fldChar w:fldCharType="separate"/>
            </w:r>
            <w:r>
              <w:rPr>
                <w:webHidden/>
              </w:rPr>
              <w:t>9</w:t>
            </w:r>
            <w:r>
              <w:rPr>
                <w:webHidden/>
              </w:rPr>
              <w:fldChar w:fldCharType="end"/>
            </w:r>
          </w:hyperlink>
        </w:p>
        <w:p w14:paraId="192C385B" w14:textId="4BB26DBD"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83" w:history="1">
            <w:r w:rsidRPr="00B7777A">
              <w:rPr>
                <w:rStyle w:val="Hyperlink"/>
              </w:rPr>
              <w:t>Het SchoolZorgTeam (SZT)</w:t>
            </w:r>
            <w:r>
              <w:rPr>
                <w:webHidden/>
              </w:rPr>
              <w:tab/>
            </w:r>
            <w:r>
              <w:rPr>
                <w:webHidden/>
              </w:rPr>
              <w:fldChar w:fldCharType="begin"/>
            </w:r>
            <w:r>
              <w:rPr>
                <w:webHidden/>
              </w:rPr>
              <w:instrText xml:space="preserve"> PAGEREF _Toc207190183 \h </w:instrText>
            </w:r>
            <w:r>
              <w:rPr>
                <w:webHidden/>
              </w:rPr>
            </w:r>
            <w:r>
              <w:rPr>
                <w:webHidden/>
              </w:rPr>
              <w:fldChar w:fldCharType="separate"/>
            </w:r>
            <w:r>
              <w:rPr>
                <w:webHidden/>
              </w:rPr>
              <w:t>9</w:t>
            </w:r>
            <w:r>
              <w:rPr>
                <w:webHidden/>
              </w:rPr>
              <w:fldChar w:fldCharType="end"/>
            </w:r>
          </w:hyperlink>
        </w:p>
        <w:p w14:paraId="507AC5C3" w14:textId="14893604"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84" w:history="1">
            <w:r w:rsidRPr="00B7777A">
              <w:rPr>
                <w:rStyle w:val="Hyperlink"/>
              </w:rPr>
              <w:t>Het kwaliteitsteam</w:t>
            </w:r>
            <w:r>
              <w:rPr>
                <w:webHidden/>
              </w:rPr>
              <w:tab/>
            </w:r>
            <w:r>
              <w:rPr>
                <w:webHidden/>
              </w:rPr>
              <w:fldChar w:fldCharType="begin"/>
            </w:r>
            <w:r>
              <w:rPr>
                <w:webHidden/>
              </w:rPr>
              <w:instrText xml:space="preserve"> PAGEREF _Toc207190184 \h </w:instrText>
            </w:r>
            <w:r>
              <w:rPr>
                <w:webHidden/>
              </w:rPr>
            </w:r>
            <w:r>
              <w:rPr>
                <w:webHidden/>
              </w:rPr>
              <w:fldChar w:fldCharType="separate"/>
            </w:r>
            <w:r>
              <w:rPr>
                <w:webHidden/>
              </w:rPr>
              <w:t>9</w:t>
            </w:r>
            <w:r>
              <w:rPr>
                <w:webHidden/>
              </w:rPr>
              <w:fldChar w:fldCharType="end"/>
            </w:r>
          </w:hyperlink>
        </w:p>
        <w:p w14:paraId="1101A75B" w14:textId="215EE1AF"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85" w:history="1">
            <w:r w:rsidRPr="00B7777A">
              <w:rPr>
                <w:rStyle w:val="Hyperlink"/>
              </w:rPr>
              <w:t>Methoden en methodieken die wij hanteren</w:t>
            </w:r>
            <w:r>
              <w:rPr>
                <w:webHidden/>
              </w:rPr>
              <w:tab/>
            </w:r>
            <w:r>
              <w:rPr>
                <w:webHidden/>
              </w:rPr>
              <w:fldChar w:fldCharType="begin"/>
            </w:r>
            <w:r>
              <w:rPr>
                <w:webHidden/>
              </w:rPr>
              <w:instrText xml:space="preserve"> PAGEREF _Toc207190185 \h </w:instrText>
            </w:r>
            <w:r>
              <w:rPr>
                <w:webHidden/>
              </w:rPr>
            </w:r>
            <w:r>
              <w:rPr>
                <w:webHidden/>
              </w:rPr>
              <w:fldChar w:fldCharType="separate"/>
            </w:r>
            <w:r>
              <w:rPr>
                <w:webHidden/>
              </w:rPr>
              <w:t>10</w:t>
            </w:r>
            <w:r>
              <w:rPr>
                <w:webHidden/>
              </w:rPr>
              <w:fldChar w:fldCharType="end"/>
            </w:r>
          </w:hyperlink>
        </w:p>
        <w:p w14:paraId="077DF58D" w14:textId="600D6E99"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86" w:history="1">
            <w:r w:rsidRPr="00B7777A">
              <w:rPr>
                <w:rStyle w:val="Hyperlink"/>
              </w:rPr>
              <w:t>Overig aanbod</w:t>
            </w:r>
            <w:r>
              <w:rPr>
                <w:webHidden/>
              </w:rPr>
              <w:tab/>
            </w:r>
            <w:r>
              <w:rPr>
                <w:webHidden/>
              </w:rPr>
              <w:fldChar w:fldCharType="begin"/>
            </w:r>
            <w:r>
              <w:rPr>
                <w:webHidden/>
              </w:rPr>
              <w:instrText xml:space="preserve"> PAGEREF _Toc207190186 \h </w:instrText>
            </w:r>
            <w:r>
              <w:rPr>
                <w:webHidden/>
              </w:rPr>
            </w:r>
            <w:r>
              <w:rPr>
                <w:webHidden/>
              </w:rPr>
              <w:fldChar w:fldCharType="separate"/>
            </w:r>
            <w:r>
              <w:rPr>
                <w:webHidden/>
              </w:rPr>
              <w:t>10</w:t>
            </w:r>
            <w:r>
              <w:rPr>
                <w:webHidden/>
              </w:rPr>
              <w:fldChar w:fldCharType="end"/>
            </w:r>
          </w:hyperlink>
        </w:p>
        <w:p w14:paraId="0641CB23" w14:textId="2EAF5B2A" w:rsidR="00220634" w:rsidRDefault="00220634">
          <w:pPr>
            <w:pStyle w:val="Inhopg1"/>
            <w:tabs>
              <w:tab w:val="right" w:leader="dot" w:pos="8630"/>
            </w:tabs>
            <w:rPr>
              <w:noProof/>
              <w:kern w:val="2"/>
              <w:sz w:val="24"/>
              <w:szCs w:val="24"/>
              <w:lang w:val="nl-NL" w:eastAsia="nl-NL"/>
              <w14:ligatures w14:val="standardContextual"/>
            </w:rPr>
          </w:pPr>
          <w:hyperlink w:anchor="_Toc207190187" w:history="1">
            <w:r w:rsidRPr="00B7777A">
              <w:rPr>
                <w:rStyle w:val="Hyperlink"/>
                <w:noProof/>
                <w:lang w:val="nl-NL"/>
              </w:rPr>
              <w:t>3. Ondersteuning en veiligheid</w:t>
            </w:r>
            <w:r>
              <w:rPr>
                <w:noProof/>
                <w:webHidden/>
              </w:rPr>
              <w:tab/>
            </w:r>
            <w:r>
              <w:rPr>
                <w:noProof/>
                <w:webHidden/>
              </w:rPr>
              <w:fldChar w:fldCharType="begin"/>
            </w:r>
            <w:r>
              <w:rPr>
                <w:noProof/>
                <w:webHidden/>
              </w:rPr>
              <w:instrText xml:space="preserve"> PAGEREF _Toc207190187 \h </w:instrText>
            </w:r>
            <w:r>
              <w:rPr>
                <w:noProof/>
                <w:webHidden/>
              </w:rPr>
            </w:r>
            <w:r>
              <w:rPr>
                <w:noProof/>
                <w:webHidden/>
              </w:rPr>
              <w:fldChar w:fldCharType="separate"/>
            </w:r>
            <w:r>
              <w:rPr>
                <w:noProof/>
                <w:webHidden/>
              </w:rPr>
              <w:t>12</w:t>
            </w:r>
            <w:r>
              <w:rPr>
                <w:noProof/>
                <w:webHidden/>
              </w:rPr>
              <w:fldChar w:fldCharType="end"/>
            </w:r>
          </w:hyperlink>
        </w:p>
        <w:p w14:paraId="251AB7F0" w14:textId="49E505D3"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88" w:history="1">
            <w:r w:rsidRPr="00B7777A">
              <w:rPr>
                <w:rStyle w:val="Hyperlink"/>
              </w:rPr>
              <w:t>3.1 Welke ondersteuning bieden wij allemaal?’</w:t>
            </w:r>
            <w:r>
              <w:rPr>
                <w:webHidden/>
              </w:rPr>
              <w:tab/>
            </w:r>
            <w:r>
              <w:rPr>
                <w:webHidden/>
              </w:rPr>
              <w:fldChar w:fldCharType="begin"/>
            </w:r>
            <w:r>
              <w:rPr>
                <w:webHidden/>
              </w:rPr>
              <w:instrText xml:space="preserve"> PAGEREF _Toc207190188 \h </w:instrText>
            </w:r>
            <w:r>
              <w:rPr>
                <w:webHidden/>
              </w:rPr>
            </w:r>
            <w:r>
              <w:rPr>
                <w:webHidden/>
              </w:rPr>
              <w:fldChar w:fldCharType="separate"/>
            </w:r>
            <w:r>
              <w:rPr>
                <w:webHidden/>
              </w:rPr>
              <w:t>12</w:t>
            </w:r>
            <w:r>
              <w:rPr>
                <w:webHidden/>
              </w:rPr>
              <w:fldChar w:fldCharType="end"/>
            </w:r>
          </w:hyperlink>
        </w:p>
        <w:p w14:paraId="0D0F2AD6" w14:textId="69906D52"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89" w:history="1">
            <w:r w:rsidRPr="00B7777A">
              <w:rPr>
                <w:rStyle w:val="Hyperlink"/>
              </w:rPr>
              <w:t>Basisondersteuning</w:t>
            </w:r>
            <w:r>
              <w:rPr>
                <w:webHidden/>
              </w:rPr>
              <w:tab/>
            </w:r>
            <w:r>
              <w:rPr>
                <w:webHidden/>
              </w:rPr>
              <w:fldChar w:fldCharType="begin"/>
            </w:r>
            <w:r>
              <w:rPr>
                <w:webHidden/>
              </w:rPr>
              <w:instrText xml:space="preserve"> PAGEREF _Toc207190189 \h </w:instrText>
            </w:r>
            <w:r>
              <w:rPr>
                <w:webHidden/>
              </w:rPr>
            </w:r>
            <w:r>
              <w:rPr>
                <w:webHidden/>
              </w:rPr>
              <w:fldChar w:fldCharType="separate"/>
            </w:r>
            <w:r>
              <w:rPr>
                <w:webHidden/>
              </w:rPr>
              <w:t>12</w:t>
            </w:r>
            <w:r>
              <w:rPr>
                <w:webHidden/>
              </w:rPr>
              <w:fldChar w:fldCharType="end"/>
            </w:r>
          </w:hyperlink>
        </w:p>
        <w:p w14:paraId="19EB1382" w14:textId="08A70C81"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90" w:history="1">
            <w:r w:rsidRPr="00B7777A">
              <w:rPr>
                <w:rStyle w:val="Hyperlink"/>
              </w:rPr>
              <w:t>Observaties en resultaten</w:t>
            </w:r>
            <w:r>
              <w:rPr>
                <w:webHidden/>
              </w:rPr>
              <w:tab/>
            </w:r>
            <w:r>
              <w:rPr>
                <w:webHidden/>
              </w:rPr>
              <w:fldChar w:fldCharType="begin"/>
            </w:r>
            <w:r>
              <w:rPr>
                <w:webHidden/>
              </w:rPr>
              <w:instrText xml:space="preserve"> PAGEREF _Toc207190190 \h </w:instrText>
            </w:r>
            <w:r>
              <w:rPr>
                <w:webHidden/>
              </w:rPr>
            </w:r>
            <w:r>
              <w:rPr>
                <w:webHidden/>
              </w:rPr>
              <w:fldChar w:fldCharType="separate"/>
            </w:r>
            <w:r>
              <w:rPr>
                <w:webHidden/>
              </w:rPr>
              <w:t>12</w:t>
            </w:r>
            <w:r>
              <w:rPr>
                <w:webHidden/>
              </w:rPr>
              <w:fldChar w:fldCharType="end"/>
            </w:r>
          </w:hyperlink>
        </w:p>
        <w:p w14:paraId="6A582BCE" w14:textId="4870009B"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91" w:history="1">
            <w:r w:rsidRPr="00B7777A">
              <w:rPr>
                <w:rStyle w:val="Hyperlink"/>
              </w:rPr>
              <w:t>Wat is handelingsgericht werken?</w:t>
            </w:r>
            <w:r>
              <w:rPr>
                <w:webHidden/>
              </w:rPr>
              <w:tab/>
            </w:r>
            <w:r>
              <w:rPr>
                <w:webHidden/>
              </w:rPr>
              <w:fldChar w:fldCharType="begin"/>
            </w:r>
            <w:r>
              <w:rPr>
                <w:webHidden/>
              </w:rPr>
              <w:instrText xml:space="preserve"> PAGEREF _Toc207190191 \h </w:instrText>
            </w:r>
            <w:r>
              <w:rPr>
                <w:webHidden/>
              </w:rPr>
            </w:r>
            <w:r>
              <w:rPr>
                <w:webHidden/>
              </w:rPr>
              <w:fldChar w:fldCharType="separate"/>
            </w:r>
            <w:r>
              <w:rPr>
                <w:webHidden/>
              </w:rPr>
              <w:t>12</w:t>
            </w:r>
            <w:r>
              <w:rPr>
                <w:webHidden/>
              </w:rPr>
              <w:fldChar w:fldCharType="end"/>
            </w:r>
          </w:hyperlink>
        </w:p>
        <w:p w14:paraId="539565E9" w14:textId="64492E20"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92" w:history="1">
            <w:r w:rsidRPr="00B7777A">
              <w:rPr>
                <w:rStyle w:val="Hyperlink"/>
              </w:rPr>
              <w:t>Preventieve en curatieve interventies</w:t>
            </w:r>
            <w:r>
              <w:rPr>
                <w:webHidden/>
              </w:rPr>
              <w:tab/>
            </w:r>
            <w:r>
              <w:rPr>
                <w:webHidden/>
              </w:rPr>
              <w:fldChar w:fldCharType="begin"/>
            </w:r>
            <w:r>
              <w:rPr>
                <w:webHidden/>
              </w:rPr>
              <w:instrText xml:space="preserve"> PAGEREF _Toc207190192 \h </w:instrText>
            </w:r>
            <w:r>
              <w:rPr>
                <w:webHidden/>
              </w:rPr>
            </w:r>
            <w:r>
              <w:rPr>
                <w:webHidden/>
              </w:rPr>
              <w:fldChar w:fldCharType="separate"/>
            </w:r>
            <w:r>
              <w:rPr>
                <w:webHidden/>
              </w:rPr>
              <w:t>13</w:t>
            </w:r>
            <w:r>
              <w:rPr>
                <w:webHidden/>
              </w:rPr>
              <w:fldChar w:fldCharType="end"/>
            </w:r>
          </w:hyperlink>
        </w:p>
        <w:p w14:paraId="257380F3" w14:textId="2ACEB816"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93" w:history="1">
            <w:r w:rsidRPr="00B7777A">
              <w:rPr>
                <w:rStyle w:val="Hyperlink"/>
              </w:rPr>
              <w:t>Onderwijsondersteuningsstructuur</w:t>
            </w:r>
            <w:r>
              <w:rPr>
                <w:webHidden/>
              </w:rPr>
              <w:tab/>
            </w:r>
            <w:r>
              <w:rPr>
                <w:webHidden/>
              </w:rPr>
              <w:fldChar w:fldCharType="begin"/>
            </w:r>
            <w:r>
              <w:rPr>
                <w:webHidden/>
              </w:rPr>
              <w:instrText xml:space="preserve"> PAGEREF _Toc207190193 \h </w:instrText>
            </w:r>
            <w:r>
              <w:rPr>
                <w:webHidden/>
              </w:rPr>
            </w:r>
            <w:r>
              <w:rPr>
                <w:webHidden/>
              </w:rPr>
              <w:fldChar w:fldCharType="separate"/>
            </w:r>
            <w:r>
              <w:rPr>
                <w:webHidden/>
              </w:rPr>
              <w:t>13</w:t>
            </w:r>
            <w:r>
              <w:rPr>
                <w:webHidden/>
              </w:rPr>
              <w:fldChar w:fldCharType="end"/>
            </w:r>
          </w:hyperlink>
        </w:p>
        <w:p w14:paraId="5B26B3EE" w14:textId="559DBDD9"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94" w:history="1">
            <w:r w:rsidRPr="00B7777A">
              <w:rPr>
                <w:rStyle w:val="Hyperlink"/>
              </w:rPr>
              <w:t>Extra ondersteuning</w:t>
            </w:r>
            <w:r>
              <w:rPr>
                <w:webHidden/>
              </w:rPr>
              <w:tab/>
            </w:r>
            <w:r>
              <w:rPr>
                <w:webHidden/>
              </w:rPr>
              <w:fldChar w:fldCharType="begin"/>
            </w:r>
            <w:r>
              <w:rPr>
                <w:webHidden/>
              </w:rPr>
              <w:instrText xml:space="preserve"> PAGEREF _Toc207190194 \h </w:instrText>
            </w:r>
            <w:r>
              <w:rPr>
                <w:webHidden/>
              </w:rPr>
            </w:r>
            <w:r>
              <w:rPr>
                <w:webHidden/>
              </w:rPr>
              <w:fldChar w:fldCharType="separate"/>
            </w:r>
            <w:r>
              <w:rPr>
                <w:webHidden/>
              </w:rPr>
              <w:t>13</w:t>
            </w:r>
            <w:r>
              <w:rPr>
                <w:webHidden/>
              </w:rPr>
              <w:fldChar w:fldCharType="end"/>
            </w:r>
          </w:hyperlink>
        </w:p>
        <w:p w14:paraId="76D1A080" w14:textId="658DF373"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95" w:history="1">
            <w:r w:rsidRPr="00B7777A">
              <w:rPr>
                <w:rStyle w:val="Hyperlink"/>
              </w:rPr>
              <w:t>Doubleren</w:t>
            </w:r>
            <w:r>
              <w:rPr>
                <w:webHidden/>
              </w:rPr>
              <w:tab/>
            </w:r>
            <w:r>
              <w:rPr>
                <w:webHidden/>
              </w:rPr>
              <w:fldChar w:fldCharType="begin"/>
            </w:r>
            <w:r>
              <w:rPr>
                <w:webHidden/>
              </w:rPr>
              <w:instrText xml:space="preserve"> PAGEREF _Toc207190195 \h </w:instrText>
            </w:r>
            <w:r>
              <w:rPr>
                <w:webHidden/>
              </w:rPr>
            </w:r>
            <w:r>
              <w:rPr>
                <w:webHidden/>
              </w:rPr>
              <w:fldChar w:fldCharType="separate"/>
            </w:r>
            <w:r>
              <w:rPr>
                <w:webHidden/>
              </w:rPr>
              <w:t>13</w:t>
            </w:r>
            <w:r>
              <w:rPr>
                <w:webHidden/>
              </w:rPr>
              <w:fldChar w:fldCharType="end"/>
            </w:r>
          </w:hyperlink>
        </w:p>
        <w:p w14:paraId="6307560B" w14:textId="450D4869"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96" w:history="1">
            <w:r w:rsidRPr="00B7777A">
              <w:rPr>
                <w:rStyle w:val="Hyperlink"/>
              </w:rPr>
              <w:t>Grenzen aan de mogelijkheden van de school</w:t>
            </w:r>
            <w:r>
              <w:rPr>
                <w:webHidden/>
              </w:rPr>
              <w:tab/>
            </w:r>
            <w:r>
              <w:rPr>
                <w:webHidden/>
              </w:rPr>
              <w:fldChar w:fldCharType="begin"/>
            </w:r>
            <w:r>
              <w:rPr>
                <w:webHidden/>
              </w:rPr>
              <w:instrText xml:space="preserve"> PAGEREF _Toc207190196 \h </w:instrText>
            </w:r>
            <w:r>
              <w:rPr>
                <w:webHidden/>
              </w:rPr>
            </w:r>
            <w:r>
              <w:rPr>
                <w:webHidden/>
              </w:rPr>
              <w:fldChar w:fldCharType="separate"/>
            </w:r>
            <w:r>
              <w:rPr>
                <w:webHidden/>
              </w:rPr>
              <w:t>13</w:t>
            </w:r>
            <w:r>
              <w:rPr>
                <w:webHidden/>
              </w:rPr>
              <w:fldChar w:fldCharType="end"/>
            </w:r>
          </w:hyperlink>
        </w:p>
        <w:p w14:paraId="2B7CD477" w14:textId="716D7106"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197" w:history="1">
            <w:r w:rsidRPr="00B7777A">
              <w:rPr>
                <w:rStyle w:val="Hyperlink"/>
              </w:rPr>
              <w:t>Zindelijkheid</w:t>
            </w:r>
            <w:r>
              <w:rPr>
                <w:webHidden/>
              </w:rPr>
              <w:tab/>
            </w:r>
            <w:r>
              <w:rPr>
                <w:webHidden/>
              </w:rPr>
              <w:fldChar w:fldCharType="begin"/>
            </w:r>
            <w:r>
              <w:rPr>
                <w:webHidden/>
              </w:rPr>
              <w:instrText xml:space="preserve"> PAGEREF _Toc207190197 \h </w:instrText>
            </w:r>
            <w:r>
              <w:rPr>
                <w:webHidden/>
              </w:rPr>
            </w:r>
            <w:r>
              <w:rPr>
                <w:webHidden/>
              </w:rPr>
              <w:fldChar w:fldCharType="separate"/>
            </w:r>
            <w:r>
              <w:rPr>
                <w:webHidden/>
              </w:rPr>
              <w:t>14</w:t>
            </w:r>
            <w:r>
              <w:rPr>
                <w:webHidden/>
              </w:rPr>
              <w:fldChar w:fldCharType="end"/>
            </w:r>
          </w:hyperlink>
        </w:p>
        <w:p w14:paraId="6EEFA55B" w14:textId="29D4C648" w:rsidR="00220634" w:rsidRDefault="00220634">
          <w:pPr>
            <w:pStyle w:val="Inhopg1"/>
            <w:tabs>
              <w:tab w:val="right" w:leader="dot" w:pos="8630"/>
            </w:tabs>
            <w:rPr>
              <w:noProof/>
              <w:kern w:val="2"/>
              <w:sz w:val="24"/>
              <w:szCs w:val="24"/>
              <w:lang w:val="nl-NL" w:eastAsia="nl-NL"/>
              <w14:ligatures w14:val="standardContextual"/>
            </w:rPr>
          </w:pPr>
          <w:hyperlink w:anchor="_Toc207190198" w:history="1">
            <w:r w:rsidRPr="00B7777A">
              <w:rPr>
                <w:rStyle w:val="Hyperlink"/>
                <w:noProof/>
                <w:lang w:val="nl-NL"/>
              </w:rPr>
              <w:t>4. Ondersteuning en veiligheid</w:t>
            </w:r>
            <w:r>
              <w:rPr>
                <w:noProof/>
                <w:webHidden/>
              </w:rPr>
              <w:tab/>
            </w:r>
            <w:r>
              <w:rPr>
                <w:noProof/>
                <w:webHidden/>
              </w:rPr>
              <w:fldChar w:fldCharType="begin"/>
            </w:r>
            <w:r>
              <w:rPr>
                <w:noProof/>
                <w:webHidden/>
              </w:rPr>
              <w:instrText xml:space="preserve"> PAGEREF _Toc207190198 \h </w:instrText>
            </w:r>
            <w:r>
              <w:rPr>
                <w:noProof/>
                <w:webHidden/>
              </w:rPr>
            </w:r>
            <w:r>
              <w:rPr>
                <w:noProof/>
                <w:webHidden/>
              </w:rPr>
              <w:fldChar w:fldCharType="separate"/>
            </w:r>
            <w:r>
              <w:rPr>
                <w:noProof/>
                <w:webHidden/>
              </w:rPr>
              <w:t>15</w:t>
            </w:r>
            <w:r>
              <w:rPr>
                <w:noProof/>
                <w:webHidden/>
              </w:rPr>
              <w:fldChar w:fldCharType="end"/>
            </w:r>
          </w:hyperlink>
        </w:p>
        <w:p w14:paraId="7AA782E0" w14:textId="1A10F9A7" w:rsidR="00220634" w:rsidRDefault="00220634">
          <w:pPr>
            <w:pStyle w:val="Inhopg2"/>
            <w:tabs>
              <w:tab w:val="right" w:leader="dot" w:pos="8630"/>
            </w:tabs>
            <w:rPr>
              <w:noProof/>
              <w:kern w:val="2"/>
              <w:sz w:val="24"/>
              <w:szCs w:val="24"/>
              <w:lang w:val="nl-NL" w:eastAsia="nl-NL"/>
              <w14:ligatures w14:val="standardContextual"/>
            </w:rPr>
          </w:pPr>
          <w:hyperlink w:anchor="_Toc207190199" w:history="1">
            <w:r w:rsidRPr="00B7777A">
              <w:rPr>
                <w:rStyle w:val="Hyperlink"/>
                <w:noProof/>
                <w:lang w:val="nl-NL"/>
              </w:rPr>
              <w:t>4.1 Sociaal-emotionele ontwikkeling</w:t>
            </w:r>
            <w:r>
              <w:rPr>
                <w:noProof/>
                <w:webHidden/>
              </w:rPr>
              <w:tab/>
            </w:r>
            <w:r>
              <w:rPr>
                <w:noProof/>
                <w:webHidden/>
              </w:rPr>
              <w:fldChar w:fldCharType="begin"/>
            </w:r>
            <w:r>
              <w:rPr>
                <w:noProof/>
                <w:webHidden/>
              </w:rPr>
              <w:instrText xml:space="preserve"> PAGEREF _Toc207190199 \h </w:instrText>
            </w:r>
            <w:r>
              <w:rPr>
                <w:noProof/>
                <w:webHidden/>
              </w:rPr>
            </w:r>
            <w:r>
              <w:rPr>
                <w:noProof/>
                <w:webHidden/>
              </w:rPr>
              <w:fldChar w:fldCharType="separate"/>
            </w:r>
            <w:r>
              <w:rPr>
                <w:noProof/>
                <w:webHidden/>
              </w:rPr>
              <w:t>15</w:t>
            </w:r>
            <w:r>
              <w:rPr>
                <w:noProof/>
                <w:webHidden/>
              </w:rPr>
              <w:fldChar w:fldCharType="end"/>
            </w:r>
          </w:hyperlink>
        </w:p>
        <w:p w14:paraId="0754BE18" w14:textId="588B449A"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00" w:history="1">
            <w:r w:rsidRPr="00B7777A">
              <w:rPr>
                <w:rStyle w:val="Hyperlink"/>
              </w:rPr>
              <w:t>Kanvas</w:t>
            </w:r>
            <w:r>
              <w:rPr>
                <w:webHidden/>
              </w:rPr>
              <w:tab/>
            </w:r>
            <w:r>
              <w:rPr>
                <w:webHidden/>
              </w:rPr>
              <w:fldChar w:fldCharType="begin"/>
            </w:r>
            <w:r>
              <w:rPr>
                <w:webHidden/>
              </w:rPr>
              <w:instrText xml:space="preserve"> PAGEREF _Toc207190200 \h </w:instrText>
            </w:r>
            <w:r>
              <w:rPr>
                <w:webHidden/>
              </w:rPr>
            </w:r>
            <w:r>
              <w:rPr>
                <w:webHidden/>
              </w:rPr>
              <w:fldChar w:fldCharType="separate"/>
            </w:r>
            <w:r>
              <w:rPr>
                <w:webHidden/>
              </w:rPr>
              <w:t>15</w:t>
            </w:r>
            <w:r>
              <w:rPr>
                <w:webHidden/>
              </w:rPr>
              <w:fldChar w:fldCharType="end"/>
            </w:r>
          </w:hyperlink>
        </w:p>
        <w:p w14:paraId="590D55CA" w14:textId="6167F15E"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01" w:history="1">
            <w:r w:rsidRPr="00B7777A">
              <w:rPr>
                <w:rStyle w:val="Hyperlink"/>
              </w:rPr>
              <w:t>Gouden Weken</w:t>
            </w:r>
            <w:r>
              <w:rPr>
                <w:webHidden/>
              </w:rPr>
              <w:tab/>
            </w:r>
            <w:r>
              <w:rPr>
                <w:webHidden/>
              </w:rPr>
              <w:fldChar w:fldCharType="begin"/>
            </w:r>
            <w:r>
              <w:rPr>
                <w:webHidden/>
              </w:rPr>
              <w:instrText xml:space="preserve"> PAGEREF _Toc207190201 \h </w:instrText>
            </w:r>
            <w:r>
              <w:rPr>
                <w:webHidden/>
              </w:rPr>
            </w:r>
            <w:r>
              <w:rPr>
                <w:webHidden/>
              </w:rPr>
              <w:fldChar w:fldCharType="separate"/>
            </w:r>
            <w:r>
              <w:rPr>
                <w:webHidden/>
              </w:rPr>
              <w:t>15</w:t>
            </w:r>
            <w:r>
              <w:rPr>
                <w:webHidden/>
              </w:rPr>
              <w:fldChar w:fldCharType="end"/>
            </w:r>
          </w:hyperlink>
        </w:p>
        <w:p w14:paraId="6FA113A0" w14:textId="7CAAE8CD"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02" w:history="1">
            <w:r w:rsidRPr="00B7777A">
              <w:rPr>
                <w:rStyle w:val="Hyperlink"/>
              </w:rPr>
              <w:t>Zilveren Weken</w:t>
            </w:r>
            <w:r>
              <w:rPr>
                <w:webHidden/>
              </w:rPr>
              <w:tab/>
            </w:r>
            <w:r>
              <w:rPr>
                <w:webHidden/>
              </w:rPr>
              <w:fldChar w:fldCharType="begin"/>
            </w:r>
            <w:r>
              <w:rPr>
                <w:webHidden/>
              </w:rPr>
              <w:instrText xml:space="preserve"> PAGEREF _Toc207190202 \h </w:instrText>
            </w:r>
            <w:r>
              <w:rPr>
                <w:webHidden/>
              </w:rPr>
            </w:r>
            <w:r>
              <w:rPr>
                <w:webHidden/>
              </w:rPr>
              <w:fldChar w:fldCharType="separate"/>
            </w:r>
            <w:r>
              <w:rPr>
                <w:webHidden/>
              </w:rPr>
              <w:t>16</w:t>
            </w:r>
            <w:r>
              <w:rPr>
                <w:webHidden/>
              </w:rPr>
              <w:fldChar w:fldCharType="end"/>
            </w:r>
          </w:hyperlink>
        </w:p>
        <w:p w14:paraId="117ADAE3" w14:textId="1B7DE4E1" w:rsidR="00220634" w:rsidRDefault="00220634">
          <w:pPr>
            <w:pStyle w:val="Inhopg2"/>
            <w:tabs>
              <w:tab w:val="right" w:leader="dot" w:pos="8630"/>
            </w:tabs>
            <w:rPr>
              <w:noProof/>
              <w:kern w:val="2"/>
              <w:sz w:val="24"/>
              <w:szCs w:val="24"/>
              <w:lang w:val="nl-NL" w:eastAsia="nl-NL"/>
              <w14:ligatures w14:val="standardContextual"/>
            </w:rPr>
          </w:pPr>
          <w:hyperlink w:anchor="_Toc207190203" w:history="1">
            <w:r w:rsidRPr="00B7777A">
              <w:rPr>
                <w:rStyle w:val="Hyperlink"/>
                <w:noProof/>
                <w:lang w:val="nl-NL"/>
              </w:rPr>
              <w:t>4.2 Passend onderwijs</w:t>
            </w:r>
            <w:r>
              <w:rPr>
                <w:noProof/>
                <w:webHidden/>
              </w:rPr>
              <w:tab/>
            </w:r>
            <w:r>
              <w:rPr>
                <w:noProof/>
                <w:webHidden/>
              </w:rPr>
              <w:fldChar w:fldCharType="begin"/>
            </w:r>
            <w:r>
              <w:rPr>
                <w:noProof/>
                <w:webHidden/>
              </w:rPr>
              <w:instrText xml:space="preserve"> PAGEREF _Toc207190203 \h </w:instrText>
            </w:r>
            <w:r>
              <w:rPr>
                <w:noProof/>
                <w:webHidden/>
              </w:rPr>
            </w:r>
            <w:r>
              <w:rPr>
                <w:noProof/>
                <w:webHidden/>
              </w:rPr>
              <w:fldChar w:fldCharType="separate"/>
            </w:r>
            <w:r>
              <w:rPr>
                <w:noProof/>
                <w:webHidden/>
              </w:rPr>
              <w:t>16</w:t>
            </w:r>
            <w:r>
              <w:rPr>
                <w:noProof/>
                <w:webHidden/>
              </w:rPr>
              <w:fldChar w:fldCharType="end"/>
            </w:r>
          </w:hyperlink>
        </w:p>
        <w:p w14:paraId="312BF063" w14:textId="01CF14DB" w:rsidR="00220634" w:rsidRDefault="00220634">
          <w:pPr>
            <w:pStyle w:val="Inhopg1"/>
            <w:tabs>
              <w:tab w:val="right" w:leader="dot" w:pos="8630"/>
            </w:tabs>
            <w:rPr>
              <w:noProof/>
              <w:kern w:val="2"/>
              <w:sz w:val="24"/>
              <w:szCs w:val="24"/>
              <w:lang w:val="nl-NL" w:eastAsia="nl-NL"/>
              <w14:ligatures w14:val="standardContextual"/>
            </w:rPr>
          </w:pPr>
          <w:hyperlink w:anchor="_Toc207190204" w:history="1">
            <w:r w:rsidRPr="00B7777A">
              <w:rPr>
                <w:rStyle w:val="Hyperlink"/>
                <w:rFonts w:ascii="Calibri" w:hAnsi="Calibri" w:cs="Calibri"/>
                <w:noProof/>
                <w:lang w:val="nl-NL"/>
              </w:rPr>
              <w:t>5. Ontwikkeling en resultaten</w:t>
            </w:r>
            <w:r>
              <w:rPr>
                <w:noProof/>
                <w:webHidden/>
              </w:rPr>
              <w:tab/>
            </w:r>
            <w:r>
              <w:rPr>
                <w:noProof/>
                <w:webHidden/>
              </w:rPr>
              <w:fldChar w:fldCharType="begin"/>
            </w:r>
            <w:r>
              <w:rPr>
                <w:noProof/>
                <w:webHidden/>
              </w:rPr>
              <w:instrText xml:space="preserve"> PAGEREF _Toc207190204 \h </w:instrText>
            </w:r>
            <w:r>
              <w:rPr>
                <w:noProof/>
                <w:webHidden/>
              </w:rPr>
            </w:r>
            <w:r>
              <w:rPr>
                <w:noProof/>
                <w:webHidden/>
              </w:rPr>
              <w:fldChar w:fldCharType="separate"/>
            </w:r>
            <w:r>
              <w:rPr>
                <w:noProof/>
                <w:webHidden/>
              </w:rPr>
              <w:t>17</w:t>
            </w:r>
            <w:r>
              <w:rPr>
                <w:noProof/>
                <w:webHidden/>
              </w:rPr>
              <w:fldChar w:fldCharType="end"/>
            </w:r>
          </w:hyperlink>
        </w:p>
        <w:p w14:paraId="7DB1C919" w14:textId="749F1C3A" w:rsidR="00220634" w:rsidRDefault="00220634">
          <w:pPr>
            <w:pStyle w:val="Inhopg2"/>
            <w:tabs>
              <w:tab w:val="right" w:leader="dot" w:pos="8630"/>
            </w:tabs>
            <w:rPr>
              <w:noProof/>
              <w:kern w:val="2"/>
              <w:sz w:val="24"/>
              <w:szCs w:val="24"/>
              <w:lang w:val="nl-NL" w:eastAsia="nl-NL"/>
              <w14:ligatures w14:val="standardContextual"/>
            </w:rPr>
          </w:pPr>
          <w:hyperlink w:anchor="_Toc207190205" w:history="1">
            <w:r w:rsidRPr="00B7777A">
              <w:rPr>
                <w:rStyle w:val="Hyperlink"/>
                <w:rFonts w:ascii="Calibri" w:hAnsi="Calibri" w:cs="Calibri"/>
                <w:noProof/>
                <w:lang w:val="nl-NL"/>
              </w:rPr>
              <w:t>5.1 De resultaten van ons onderwijs</w:t>
            </w:r>
            <w:r>
              <w:rPr>
                <w:noProof/>
                <w:webHidden/>
              </w:rPr>
              <w:tab/>
            </w:r>
            <w:r>
              <w:rPr>
                <w:noProof/>
                <w:webHidden/>
              </w:rPr>
              <w:fldChar w:fldCharType="begin"/>
            </w:r>
            <w:r>
              <w:rPr>
                <w:noProof/>
                <w:webHidden/>
              </w:rPr>
              <w:instrText xml:space="preserve"> PAGEREF _Toc207190205 \h </w:instrText>
            </w:r>
            <w:r>
              <w:rPr>
                <w:noProof/>
                <w:webHidden/>
              </w:rPr>
            </w:r>
            <w:r>
              <w:rPr>
                <w:noProof/>
                <w:webHidden/>
              </w:rPr>
              <w:fldChar w:fldCharType="separate"/>
            </w:r>
            <w:r>
              <w:rPr>
                <w:noProof/>
                <w:webHidden/>
              </w:rPr>
              <w:t>17</w:t>
            </w:r>
            <w:r>
              <w:rPr>
                <w:noProof/>
                <w:webHidden/>
              </w:rPr>
              <w:fldChar w:fldCharType="end"/>
            </w:r>
          </w:hyperlink>
        </w:p>
        <w:p w14:paraId="287CBAB2" w14:textId="15A6AF57"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06" w:history="1">
            <w:r w:rsidRPr="00B7777A">
              <w:rPr>
                <w:rStyle w:val="Hyperlink"/>
              </w:rPr>
              <w:t>Fundamenteel niveau</w:t>
            </w:r>
            <w:r>
              <w:rPr>
                <w:webHidden/>
              </w:rPr>
              <w:tab/>
            </w:r>
            <w:r>
              <w:rPr>
                <w:webHidden/>
              </w:rPr>
              <w:fldChar w:fldCharType="begin"/>
            </w:r>
            <w:r>
              <w:rPr>
                <w:webHidden/>
              </w:rPr>
              <w:instrText xml:space="preserve"> PAGEREF _Toc207190206 \h </w:instrText>
            </w:r>
            <w:r>
              <w:rPr>
                <w:webHidden/>
              </w:rPr>
            </w:r>
            <w:r>
              <w:rPr>
                <w:webHidden/>
              </w:rPr>
              <w:fldChar w:fldCharType="separate"/>
            </w:r>
            <w:r>
              <w:rPr>
                <w:webHidden/>
              </w:rPr>
              <w:t>17</w:t>
            </w:r>
            <w:r>
              <w:rPr>
                <w:webHidden/>
              </w:rPr>
              <w:fldChar w:fldCharType="end"/>
            </w:r>
          </w:hyperlink>
        </w:p>
        <w:p w14:paraId="541306D2" w14:textId="676451F6"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07" w:history="1">
            <w:r w:rsidRPr="00B7777A">
              <w:rPr>
                <w:rStyle w:val="Hyperlink"/>
              </w:rPr>
              <w:t>Streefniveau</w:t>
            </w:r>
            <w:r>
              <w:rPr>
                <w:webHidden/>
              </w:rPr>
              <w:tab/>
            </w:r>
            <w:r>
              <w:rPr>
                <w:webHidden/>
              </w:rPr>
              <w:fldChar w:fldCharType="begin"/>
            </w:r>
            <w:r>
              <w:rPr>
                <w:webHidden/>
              </w:rPr>
              <w:instrText xml:space="preserve"> PAGEREF _Toc207190207 \h </w:instrText>
            </w:r>
            <w:r>
              <w:rPr>
                <w:webHidden/>
              </w:rPr>
            </w:r>
            <w:r>
              <w:rPr>
                <w:webHidden/>
              </w:rPr>
              <w:fldChar w:fldCharType="separate"/>
            </w:r>
            <w:r>
              <w:rPr>
                <w:webHidden/>
              </w:rPr>
              <w:t>17</w:t>
            </w:r>
            <w:r>
              <w:rPr>
                <w:webHidden/>
              </w:rPr>
              <w:fldChar w:fldCharType="end"/>
            </w:r>
          </w:hyperlink>
        </w:p>
        <w:p w14:paraId="78F97D0E" w14:textId="0B62E578"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08" w:history="1">
            <w:r w:rsidRPr="00B7777A">
              <w:rPr>
                <w:rStyle w:val="Hyperlink"/>
              </w:rPr>
              <w:t>Het driejaars gemiddelde van de groepen 8</w:t>
            </w:r>
            <w:r>
              <w:rPr>
                <w:webHidden/>
              </w:rPr>
              <w:tab/>
            </w:r>
            <w:r>
              <w:rPr>
                <w:webHidden/>
              </w:rPr>
              <w:fldChar w:fldCharType="begin"/>
            </w:r>
            <w:r>
              <w:rPr>
                <w:webHidden/>
              </w:rPr>
              <w:instrText xml:space="preserve"> PAGEREF _Toc207190208 \h </w:instrText>
            </w:r>
            <w:r>
              <w:rPr>
                <w:webHidden/>
              </w:rPr>
            </w:r>
            <w:r>
              <w:rPr>
                <w:webHidden/>
              </w:rPr>
              <w:fldChar w:fldCharType="separate"/>
            </w:r>
            <w:r>
              <w:rPr>
                <w:webHidden/>
              </w:rPr>
              <w:t>18</w:t>
            </w:r>
            <w:r>
              <w:rPr>
                <w:webHidden/>
              </w:rPr>
              <w:fldChar w:fldCharType="end"/>
            </w:r>
          </w:hyperlink>
        </w:p>
        <w:p w14:paraId="163F68F7" w14:textId="54B1A402"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09" w:history="1">
            <w:r w:rsidRPr="00B7777A">
              <w:rPr>
                <w:rStyle w:val="Hyperlink"/>
              </w:rPr>
              <w:t>Rapport</w:t>
            </w:r>
            <w:r>
              <w:rPr>
                <w:webHidden/>
              </w:rPr>
              <w:tab/>
            </w:r>
            <w:r>
              <w:rPr>
                <w:webHidden/>
              </w:rPr>
              <w:fldChar w:fldCharType="begin"/>
            </w:r>
            <w:r>
              <w:rPr>
                <w:webHidden/>
              </w:rPr>
              <w:instrText xml:space="preserve"> PAGEREF _Toc207190209 \h </w:instrText>
            </w:r>
            <w:r>
              <w:rPr>
                <w:webHidden/>
              </w:rPr>
            </w:r>
            <w:r>
              <w:rPr>
                <w:webHidden/>
              </w:rPr>
              <w:fldChar w:fldCharType="separate"/>
            </w:r>
            <w:r>
              <w:rPr>
                <w:webHidden/>
              </w:rPr>
              <w:t>19</w:t>
            </w:r>
            <w:r>
              <w:rPr>
                <w:webHidden/>
              </w:rPr>
              <w:fldChar w:fldCharType="end"/>
            </w:r>
          </w:hyperlink>
        </w:p>
        <w:p w14:paraId="19AA8E58" w14:textId="657F8E4F" w:rsidR="00220634" w:rsidRDefault="00220634">
          <w:pPr>
            <w:pStyle w:val="Inhopg1"/>
            <w:tabs>
              <w:tab w:val="right" w:leader="dot" w:pos="8630"/>
            </w:tabs>
            <w:rPr>
              <w:noProof/>
              <w:kern w:val="2"/>
              <w:sz w:val="24"/>
              <w:szCs w:val="24"/>
              <w:lang w:val="nl-NL" w:eastAsia="nl-NL"/>
              <w14:ligatures w14:val="standardContextual"/>
            </w:rPr>
          </w:pPr>
          <w:hyperlink w:anchor="_Toc207190210" w:history="1">
            <w:r w:rsidRPr="00B7777A">
              <w:rPr>
                <w:rStyle w:val="Hyperlink"/>
                <w:noProof/>
                <w:lang w:val="nl-NL"/>
              </w:rPr>
              <w:t>6.Handige informatie voor ouders</w:t>
            </w:r>
            <w:r>
              <w:rPr>
                <w:noProof/>
                <w:webHidden/>
              </w:rPr>
              <w:tab/>
            </w:r>
            <w:r>
              <w:rPr>
                <w:noProof/>
                <w:webHidden/>
              </w:rPr>
              <w:fldChar w:fldCharType="begin"/>
            </w:r>
            <w:r>
              <w:rPr>
                <w:noProof/>
                <w:webHidden/>
              </w:rPr>
              <w:instrText xml:space="preserve"> PAGEREF _Toc207190210 \h </w:instrText>
            </w:r>
            <w:r>
              <w:rPr>
                <w:noProof/>
                <w:webHidden/>
              </w:rPr>
            </w:r>
            <w:r>
              <w:rPr>
                <w:noProof/>
                <w:webHidden/>
              </w:rPr>
              <w:fldChar w:fldCharType="separate"/>
            </w:r>
            <w:r>
              <w:rPr>
                <w:noProof/>
                <w:webHidden/>
              </w:rPr>
              <w:t>20</w:t>
            </w:r>
            <w:r>
              <w:rPr>
                <w:noProof/>
                <w:webHidden/>
              </w:rPr>
              <w:fldChar w:fldCharType="end"/>
            </w:r>
          </w:hyperlink>
        </w:p>
        <w:p w14:paraId="3F238BCD" w14:textId="700D0193" w:rsidR="00220634" w:rsidRDefault="00220634">
          <w:pPr>
            <w:pStyle w:val="Inhopg2"/>
            <w:tabs>
              <w:tab w:val="right" w:leader="dot" w:pos="8630"/>
            </w:tabs>
            <w:rPr>
              <w:noProof/>
              <w:kern w:val="2"/>
              <w:sz w:val="24"/>
              <w:szCs w:val="24"/>
              <w:lang w:val="nl-NL" w:eastAsia="nl-NL"/>
              <w14:ligatures w14:val="standardContextual"/>
            </w:rPr>
          </w:pPr>
          <w:hyperlink w:anchor="_Toc207190211" w:history="1">
            <w:r w:rsidRPr="00B7777A">
              <w:rPr>
                <w:rStyle w:val="Hyperlink"/>
                <w:noProof/>
                <w:lang w:val="nl-NL"/>
              </w:rPr>
              <w:t>6.1 Hoe worden ouders betrokken?</w:t>
            </w:r>
            <w:r>
              <w:rPr>
                <w:noProof/>
                <w:webHidden/>
              </w:rPr>
              <w:tab/>
            </w:r>
            <w:r>
              <w:rPr>
                <w:noProof/>
                <w:webHidden/>
              </w:rPr>
              <w:fldChar w:fldCharType="begin"/>
            </w:r>
            <w:r>
              <w:rPr>
                <w:noProof/>
                <w:webHidden/>
              </w:rPr>
              <w:instrText xml:space="preserve"> PAGEREF _Toc207190211 \h </w:instrText>
            </w:r>
            <w:r>
              <w:rPr>
                <w:noProof/>
                <w:webHidden/>
              </w:rPr>
            </w:r>
            <w:r>
              <w:rPr>
                <w:noProof/>
                <w:webHidden/>
              </w:rPr>
              <w:fldChar w:fldCharType="separate"/>
            </w:r>
            <w:r>
              <w:rPr>
                <w:noProof/>
                <w:webHidden/>
              </w:rPr>
              <w:t>20</w:t>
            </w:r>
            <w:r>
              <w:rPr>
                <w:noProof/>
                <w:webHidden/>
              </w:rPr>
              <w:fldChar w:fldCharType="end"/>
            </w:r>
          </w:hyperlink>
        </w:p>
        <w:p w14:paraId="51B71C66" w14:textId="788A91B7"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12" w:history="1">
            <w:r w:rsidRPr="00B7777A">
              <w:rPr>
                <w:rStyle w:val="Hyperlink"/>
              </w:rPr>
              <w:t>Informatie vanuit het kindcentrum</w:t>
            </w:r>
            <w:r>
              <w:rPr>
                <w:webHidden/>
              </w:rPr>
              <w:tab/>
            </w:r>
            <w:r>
              <w:rPr>
                <w:webHidden/>
              </w:rPr>
              <w:fldChar w:fldCharType="begin"/>
            </w:r>
            <w:r>
              <w:rPr>
                <w:webHidden/>
              </w:rPr>
              <w:instrText xml:space="preserve"> PAGEREF _Toc207190212 \h </w:instrText>
            </w:r>
            <w:r>
              <w:rPr>
                <w:webHidden/>
              </w:rPr>
            </w:r>
            <w:r>
              <w:rPr>
                <w:webHidden/>
              </w:rPr>
              <w:fldChar w:fldCharType="separate"/>
            </w:r>
            <w:r>
              <w:rPr>
                <w:webHidden/>
              </w:rPr>
              <w:t>20</w:t>
            </w:r>
            <w:r>
              <w:rPr>
                <w:webHidden/>
              </w:rPr>
              <w:fldChar w:fldCharType="end"/>
            </w:r>
          </w:hyperlink>
        </w:p>
        <w:p w14:paraId="78C96897" w14:textId="166166CF"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13" w:history="1">
            <w:r w:rsidRPr="00B7777A">
              <w:rPr>
                <w:rStyle w:val="Hyperlink"/>
              </w:rPr>
              <w:t>Weekbericht</w:t>
            </w:r>
            <w:r>
              <w:rPr>
                <w:webHidden/>
              </w:rPr>
              <w:tab/>
            </w:r>
            <w:r>
              <w:rPr>
                <w:webHidden/>
              </w:rPr>
              <w:fldChar w:fldCharType="begin"/>
            </w:r>
            <w:r>
              <w:rPr>
                <w:webHidden/>
              </w:rPr>
              <w:instrText xml:space="preserve"> PAGEREF _Toc207190213 \h </w:instrText>
            </w:r>
            <w:r>
              <w:rPr>
                <w:webHidden/>
              </w:rPr>
            </w:r>
            <w:r>
              <w:rPr>
                <w:webHidden/>
              </w:rPr>
              <w:fldChar w:fldCharType="separate"/>
            </w:r>
            <w:r>
              <w:rPr>
                <w:webHidden/>
              </w:rPr>
              <w:t>20</w:t>
            </w:r>
            <w:r>
              <w:rPr>
                <w:webHidden/>
              </w:rPr>
              <w:fldChar w:fldCharType="end"/>
            </w:r>
          </w:hyperlink>
        </w:p>
        <w:p w14:paraId="61BE6C81" w14:textId="0D9B1B74"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14" w:history="1">
            <w:r w:rsidRPr="00B7777A">
              <w:rPr>
                <w:rStyle w:val="Hyperlink"/>
              </w:rPr>
              <w:t>Plateaugids en informatiegids Kindcentrum Emmaschool</w:t>
            </w:r>
            <w:r>
              <w:rPr>
                <w:webHidden/>
              </w:rPr>
              <w:tab/>
            </w:r>
            <w:r>
              <w:rPr>
                <w:webHidden/>
              </w:rPr>
              <w:fldChar w:fldCharType="begin"/>
            </w:r>
            <w:r>
              <w:rPr>
                <w:webHidden/>
              </w:rPr>
              <w:instrText xml:space="preserve"> PAGEREF _Toc207190214 \h </w:instrText>
            </w:r>
            <w:r>
              <w:rPr>
                <w:webHidden/>
              </w:rPr>
            </w:r>
            <w:r>
              <w:rPr>
                <w:webHidden/>
              </w:rPr>
              <w:fldChar w:fldCharType="separate"/>
            </w:r>
            <w:r>
              <w:rPr>
                <w:webHidden/>
              </w:rPr>
              <w:t>20</w:t>
            </w:r>
            <w:r>
              <w:rPr>
                <w:webHidden/>
              </w:rPr>
              <w:fldChar w:fldCharType="end"/>
            </w:r>
          </w:hyperlink>
        </w:p>
        <w:p w14:paraId="6155703F" w14:textId="41CD9FBF"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15" w:history="1">
            <w:r w:rsidRPr="00B7777A">
              <w:rPr>
                <w:rStyle w:val="Hyperlink"/>
              </w:rPr>
              <w:t>Social Schools</w:t>
            </w:r>
            <w:r>
              <w:rPr>
                <w:webHidden/>
              </w:rPr>
              <w:tab/>
            </w:r>
            <w:r>
              <w:rPr>
                <w:webHidden/>
              </w:rPr>
              <w:fldChar w:fldCharType="begin"/>
            </w:r>
            <w:r>
              <w:rPr>
                <w:webHidden/>
              </w:rPr>
              <w:instrText xml:space="preserve"> PAGEREF _Toc207190215 \h </w:instrText>
            </w:r>
            <w:r>
              <w:rPr>
                <w:webHidden/>
              </w:rPr>
            </w:r>
            <w:r>
              <w:rPr>
                <w:webHidden/>
              </w:rPr>
              <w:fldChar w:fldCharType="separate"/>
            </w:r>
            <w:r>
              <w:rPr>
                <w:webHidden/>
              </w:rPr>
              <w:t>20</w:t>
            </w:r>
            <w:r>
              <w:rPr>
                <w:webHidden/>
              </w:rPr>
              <w:fldChar w:fldCharType="end"/>
            </w:r>
          </w:hyperlink>
        </w:p>
        <w:p w14:paraId="25C0037F" w14:textId="38286ED1"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16" w:history="1">
            <w:r w:rsidRPr="00B7777A">
              <w:rPr>
                <w:rStyle w:val="Hyperlink"/>
              </w:rPr>
              <w:t>Informatieavond</w:t>
            </w:r>
            <w:r>
              <w:rPr>
                <w:webHidden/>
              </w:rPr>
              <w:tab/>
            </w:r>
            <w:r>
              <w:rPr>
                <w:webHidden/>
              </w:rPr>
              <w:fldChar w:fldCharType="begin"/>
            </w:r>
            <w:r>
              <w:rPr>
                <w:webHidden/>
              </w:rPr>
              <w:instrText xml:space="preserve"> PAGEREF _Toc207190216 \h </w:instrText>
            </w:r>
            <w:r>
              <w:rPr>
                <w:webHidden/>
              </w:rPr>
            </w:r>
            <w:r>
              <w:rPr>
                <w:webHidden/>
              </w:rPr>
              <w:fldChar w:fldCharType="separate"/>
            </w:r>
            <w:r>
              <w:rPr>
                <w:webHidden/>
              </w:rPr>
              <w:t>21</w:t>
            </w:r>
            <w:r>
              <w:rPr>
                <w:webHidden/>
              </w:rPr>
              <w:fldChar w:fldCharType="end"/>
            </w:r>
          </w:hyperlink>
        </w:p>
        <w:p w14:paraId="5252D41C" w14:textId="096A0673"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17" w:history="1">
            <w:r w:rsidRPr="00B7777A">
              <w:rPr>
                <w:rStyle w:val="Hyperlink"/>
              </w:rPr>
              <w:t>Ouderavond</w:t>
            </w:r>
            <w:r>
              <w:rPr>
                <w:webHidden/>
              </w:rPr>
              <w:tab/>
            </w:r>
            <w:r>
              <w:rPr>
                <w:webHidden/>
              </w:rPr>
              <w:fldChar w:fldCharType="begin"/>
            </w:r>
            <w:r>
              <w:rPr>
                <w:webHidden/>
              </w:rPr>
              <w:instrText xml:space="preserve"> PAGEREF _Toc207190217 \h </w:instrText>
            </w:r>
            <w:r>
              <w:rPr>
                <w:webHidden/>
              </w:rPr>
            </w:r>
            <w:r>
              <w:rPr>
                <w:webHidden/>
              </w:rPr>
              <w:fldChar w:fldCharType="separate"/>
            </w:r>
            <w:r>
              <w:rPr>
                <w:webHidden/>
              </w:rPr>
              <w:t>21</w:t>
            </w:r>
            <w:r>
              <w:rPr>
                <w:webHidden/>
              </w:rPr>
              <w:fldChar w:fldCharType="end"/>
            </w:r>
          </w:hyperlink>
        </w:p>
        <w:p w14:paraId="4EA0201F" w14:textId="0D6794E6"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18" w:history="1">
            <w:r w:rsidRPr="00B7777A">
              <w:rPr>
                <w:rStyle w:val="Hyperlink"/>
              </w:rPr>
              <w:t>Inloopmomenten</w:t>
            </w:r>
            <w:r>
              <w:rPr>
                <w:webHidden/>
              </w:rPr>
              <w:tab/>
            </w:r>
            <w:r>
              <w:rPr>
                <w:webHidden/>
              </w:rPr>
              <w:fldChar w:fldCharType="begin"/>
            </w:r>
            <w:r>
              <w:rPr>
                <w:webHidden/>
              </w:rPr>
              <w:instrText xml:space="preserve"> PAGEREF _Toc207190218 \h </w:instrText>
            </w:r>
            <w:r>
              <w:rPr>
                <w:webHidden/>
              </w:rPr>
            </w:r>
            <w:r>
              <w:rPr>
                <w:webHidden/>
              </w:rPr>
              <w:fldChar w:fldCharType="separate"/>
            </w:r>
            <w:r>
              <w:rPr>
                <w:webHidden/>
              </w:rPr>
              <w:t>21</w:t>
            </w:r>
            <w:r>
              <w:rPr>
                <w:webHidden/>
              </w:rPr>
              <w:fldChar w:fldCharType="end"/>
            </w:r>
          </w:hyperlink>
        </w:p>
        <w:p w14:paraId="6FFD18F4" w14:textId="68B09A7A"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19" w:history="1">
            <w:r w:rsidRPr="00B7777A">
              <w:rPr>
                <w:rStyle w:val="Hyperlink"/>
              </w:rPr>
              <w:t>Website</w:t>
            </w:r>
            <w:r>
              <w:rPr>
                <w:webHidden/>
              </w:rPr>
              <w:tab/>
            </w:r>
            <w:r>
              <w:rPr>
                <w:webHidden/>
              </w:rPr>
              <w:fldChar w:fldCharType="begin"/>
            </w:r>
            <w:r>
              <w:rPr>
                <w:webHidden/>
              </w:rPr>
              <w:instrText xml:space="preserve"> PAGEREF _Toc207190219 \h </w:instrText>
            </w:r>
            <w:r>
              <w:rPr>
                <w:webHidden/>
              </w:rPr>
            </w:r>
            <w:r>
              <w:rPr>
                <w:webHidden/>
              </w:rPr>
              <w:fldChar w:fldCharType="separate"/>
            </w:r>
            <w:r>
              <w:rPr>
                <w:webHidden/>
              </w:rPr>
              <w:t>21</w:t>
            </w:r>
            <w:r>
              <w:rPr>
                <w:webHidden/>
              </w:rPr>
              <w:fldChar w:fldCharType="end"/>
            </w:r>
          </w:hyperlink>
        </w:p>
        <w:p w14:paraId="5BB344B8" w14:textId="137DA462"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20" w:history="1">
            <w:r w:rsidRPr="00B7777A">
              <w:rPr>
                <w:rStyle w:val="Hyperlink"/>
              </w:rPr>
              <w:t>Ouderactiviteiten</w:t>
            </w:r>
            <w:r>
              <w:rPr>
                <w:webHidden/>
              </w:rPr>
              <w:tab/>
            </w:r>
            <w:r>
              <w:rPr>
                <w:webHidden/>
              </w:rPr>
              <w:fldChar w:fldCharType="begin"/>
            </w:r>
            <w:r>
              <w:rPr>
                <w:webHidden/>
              </w:rPr>
              <w:instrText xml:space="preserve"> PAGEREF _Toc207190220 \h </w:instrText>
            </w:r>
            <w:r>
              <w:rPr>
                <w:webHidden/>
              </w:rPr>
            </w:r>
            <w:r>
              <w:rPr>
                <w:webHidden/>
              </w:rPr>
              <w:fldChar w:fldCharType="separate"/>
            </w:r>
            <w:r>
              <w:rPr>
                <w:webHidden/>
              </w:rPr>
              <w:t>21</w:t>
            </w:r>
            <w:r>
              <w:rPr>
                <w:webHidden/>
              </w:rPr>
              <w:fldChar w:fldCharType="end"/>
            </w:r>
          </w:hyperlink>
        </w:p>
        <w:p w14:paraId="07603F42" w14:textId="704EED5C"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21" w:history="1">
            <w:r w:rsidRPr="00B7777A">
              <w:rPr>
                <w:rStyle w:val="Hyperlink"/>
              </w:rPr>
              <w:t>Medezeggenschapsraad</w:t>
            </w:r>
            <w:r>
              <w:rPr>
                <w:webHidden/>
              </w:rPr>
              <w:tab/>
            </w:r>
            <w:r>
              <w:rPr>
                <w:webHidden/>
              </w:rPr>
              <w:fldChar w:fldCharType="begin"/>
            </w:r>
            <w:r>
              <w:rPr>
                <w:webHidden/>
              </w:rPr>
              <w:instrText xml:space="preserve"> PAGEREF _Toc207190221 \h </w:instrText>
            </w:r>
            <w:r>
              <w:rPr>
                <w:webHidden/>
              </w:rPr>
            </w:r>
            <w:r>
              <w:rPr>
                <w:webHidden/>
              </w:rPr>
              <w:fldChar w:fldCharType="separate"/>
            </w:r>
            <w:r>
              <w:rPr>
                <w:webHidden/>
              </w:rPr>
              <w:t>21</w:t>
            </w:r>
            <w:r>
              <w:rPr>
                <w:webHidden/>
              </w:rPr>
              <w:fldChar w:fldCharType="end"/>
            </w:r>
          </w:hyperlink>
        </w:p>
        <w:p w14:paraId="1267767C" w14:textId="2EE13CE9"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22" w:history="1">
            <w:r w:rsidRPr="00B7777A">
              <w:rPr>
                <w:rStyle w:val="Hyperlink"/>
              </w:rPr>
              <w:t>Ouderraad</w:t>
            </w:r>
            <w:r>
              <w:rPr>
                <w:webHidden/>
              </w:rPr>
              <w:tab/>
            </w:r>
            <w:r>
              <w:rPr>
                <w:webHidden/>
              </w:rPr>
              <w:fldChar w:fldCharType="begin"/>
            </w:r>
            <w:r>
              <w:rPr>
                <w:webHidden/>
              </w:rPr>
              <w:instrText xml:space="preserve"> PAGEREF _Toc207190222 \h </w:instrText>
            </w:r>
            <w:r>
              <w:rPr>
                <w:webHidden/>
              </w:rPr>
            </w:r>
            <w:r>
              <w:rPr>
                <w:webHidden/>
              </w:rPr>
              <w:fldChar w:fldCharType="separate"/>
            </w:r>
            <w:r>
              <w:rPr>
                <w:webHidden/>
              </w:rPr>
              <w:t>22</w:t>
            </w:r>
            <w:r>
              <w:rPr>
                <w:webHidden/>
              </w:rPr>
              <w:fldChar w:fldCharType="end"/>
            </w:r>
          </w:hyperlink>
        </w:p>
        <w:p w14:paraId="26392CAB" w14:textId="6EBE5654" w:rsidR="00220634" w:rsidRDefault="00220634">
          <w:pPr>
            <w:pStyle w:val="Inhopg2"/>
            <w:tabs>
              <w:tab w:val="right" w:leader="dot" w:pos="8630"/>
            </w:tabs>
            <w:rPr>
              <w:noProof/>
              <w:kern w:val="2"/>
              <w:sz w:val="24"/>
              <w:szCs w:val="24"/>
              <w:lang w:val="nl-NL" w:eastAsia="nl-NL"/>
              <w14:ligatures w14:val="standardContextual"/>
            </w:rPr>
          </w:pPr>
          <w:hyperlink w:anchor="_Toc207190223" w:history="1">
            <w:r w:rsidRPr="00B7777A">
              <w:rPr>
                <w:rStyle w:val="Hyperlink"/>
                <w:noProof/>
                <w:lang w:val="nl-NL"/>
              </w:rPr>
              <w:t>6.2 Bewegingsonderwijs</w:t>
            </w:r>
            <w:r>
              <w:rPr>
                <w:noProof/>
                <w:webHidden/>
              </w:rPr>
              <w:tab/>
            </w:r>
            <w:r>
              <w:rPr>
                <w:noProof/>
                <w:webHidden/>
              </w:rPr>
              <w:fldChar w:fldCharType="begin"/>
            </w:r>
            <w:r>
              <w:rPr>
                <w:noProof/>
                <w:webHidden/>
              </w:rPr>
              <w:instrText xml:space="preserve"> PAGEREF _Toc207190223 \h </w:instrText>
            </w:r>
            <w:r>
              <w:rPr>
                <w:noProof/>
                <w:webHidden/>
              </w:rPr>
            </w:r>
            <w:r>
              <w:rPr>
                <w:noProof/>
                <w:webHidden/>
              </w:rPr>
              <w:fldChar w:fldCharType="separate"/>
            </w:r>
            <w:r>
              <w:rPr>
                <w:noProof/>
                <w:webHidden/>
              </w:rPr>
              <w:t>23</w:t>
            </w:r>
            <w:r>
              <w:rPr>
                <w:noProof/>
                <w:webHidden/>
              </w:rPr>
              <w:fldChar w:fldCharType="end"/>
            </w:r>
          </w:hyperlink>
        </w:p>
        <w:p w14:paraId="7A7369BE" w14:textId="60BBDEA1"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24" w:history="1">
            <w:r w:rsidRPr="00B7777A">
              <w:rPr>
                <w:rStyle w:val="Hyperlink"/>
              </w:rPr>
              <w:t>Groepen 1-2</w:t>
            </w:r>
            <w:r>
              <w:rPr>
                <w:webHidden/>
              </w:rPr>
              <w:tab/>
            </w:r>
            <w:r>
              <w:rPr>
                <w:webHidden/>
              </w:rPr>
              <w:fldChar w:fldCharType="begin"/>
            </w:r>
            <w:r>
              <w:rPr>
                <w:webHidden/>
              </w:rPr>
              <w:instrText xml:space="preserve"> PAGEREF _Toc207190224 \h </w:instrText>
            </w:r>
            <w:r>
              <w:rPr>
                <w:webHidden/>
              </w:rPr>
            </w:r>
            <w:r>
              <w:rPr>
                <w:webHidden/>
              </w:rPr>
              <w:fldChar w:fldCharType="separate"/>
            </w:r>
            <w:r>
              <w:rPr>
                <w:webHidden/>
              </w:rPr>
              <w:t>23</w:t>
            </w:r>
            <w:r>
              <w:rPr>
                <w:webHidden/>
              </w:rPr>
              <w:fldChar w:fldCharType="end"/>
            </w:r>
          </w:hyperlink>
        </w:p>
        <w:p w14:paraId="38ACA51F" w14:textId="3F199085"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25" w:history="1">
            <w:r w:rsidRPr="00B7777A">
              <w:rPr>
                <w:rStyle w:val="Hyperlink"/>
              </w:rPr>
              <w:t>Groep 3 t/m 8</w:t>
            </w:r>
            <w:r>
              <w:rPr>
                <w:webHidden/>
              </w:rPr>
              <w:tab/>
            </w:r>
            <w:r>
              <w:rPr>
                <w:webHidden/>
              </w:rPr>
              <w:fldChar w:fldCharType="begin"/>
            </w:r>
            <w:r>
              <w:rPr>
                <w:webHidden/>
              </w:rPr>
              <w:instrText xml:space="preserve"> PAGEREF _Toc207190225 \h </w:instrText>
            </w:r>
            <w:r>
              <w:rPr>
                <w:webHidden/>
              </w:rPr>
            </w:r>
            <w:r>
              <w:rPr>
                <w:webHidden/>
              </w:rPr>
              <w:fldChar w:fldCharType="separate"/>
            </w:r>
            <w:r>
              <w:rPr>
                <w:webHidden/>
              </w:rPr>
              <w:t>23</w:t>
            </w:r>
            <w:r>
              <w:rPr>
                <w:webHidden/>
              </w:rPr>
              <w:fldChar w:fldCharType="end"/>
            </w:r>
          </w:hyperlink>
        </w:p>
        <w:p w14:paraId="52475CEB" w14:textId="2FF35259" w:rsidR="00220634" w:rsidRDefault="00220634">
          <w:pPr>
            <w:pStyle w:val="Inhopg2"/>
            <w:tabs>
              <w:tab w:val="right" w:leader="dot" w:pos="8630"/>
            </w:tabs>
            <w:rPr>
              <w:noProof/>
              <w:kern w:val="2"/>
              <w:sz w:val="24"/>
              <w:szCs w:val="24"/>
              <w:lang w:val="nl-NL" w:eastAsia="nl-NL"/>
              <w14:ligatures w14:val="standardContextual"/>
            </w:rPr>
          </w:pPr>
          <w:hyperlink w:anchor="_Toc207190226" w:history="1">
            <w:r w:rsidRPr="00B7777A">
              <w:rPr>
                <w:rStyle w:val="Hyperlink"/>
                <w:rFonts w:ascii="Calibri" w:eastAsia="Calibri" w:hAnsi="Calibri" w:cs="Calibri"/>
                <w:noProof/>
                <w:lang w:val="nl-NL"/>
              </w:rPr>
              <w:t>Rooster:</w:t>
            </w:r>
            <w:r>
              <w:rPr>
                <w:noProof/>
                <w:webHidden/>
              </w:rPr>
              <w:tab/>
            </w:r>
            <w:r>
              <w:rPr>
                <w:noProof/>
                <w:webHidden/>
              </w:rPr>
              <w:fldChar w:fldCharType="begin"/>
            </w:r>
            <w:r>
              <w:rPr>
                <w:noProof/>
                <w:webHidden/>
              </w:rPr>
              <w:instrText xml:space="preserve"> PAGEREF _Toc207190226 \h </w:instrText>
            </w:r>
            <w:r>
              <w:rPr>
                <w:noProof/>
                <w:webHidden/>
              </w:rPr>
            </w:r>
            <w:r>
              <w:rPr>
                <w:noProof/>
                <w:webHidden/>
              </w:rPr>
              <w:fldChar w:fldCharType="separate"/>
            </w:r>
            <w:r>
              <w:rPr>
                <w:noProof/>
                <w:webHidden/>
              </w:rPr>
              <w:t>24</w:t>
            </w:r>
            <w:r>
              <w:rPr>
                <w:noProof/>
                <w:webHidden/>
              </w:rPr>
              <w:fldChar w:fldCharType="end"/>
            </w:r>
          </w:hyperlink>
        </w:p>
        <w:p w14:paraId="16C4883A" w14:textId="4D57E6A6" w:rsidR="00220634" w:rsidRDefault="00220634">
          <w:pPr>
            <w:pStyle w:val="Inhopg2"/>
            <w:tabs>
              <w:tab w:val="right" w:leader="dot" w:pos="8630"/>
            </w:tabs>
            <w:rPr>
              <w:noProof/>
              <w:kern w:val="2"/>
              <w:sz w:val="24"/>
              <w:szCs w:val="24"/>
              <w:lang w:val="nl-NL" w:eastAsia="nl-NL"/>
              <w14:ligatures w14:val="standardContextual"/>
            </w:rPr>
          </w:pPr>
          <w:hyperlink w:anchor="_Toc207190227" w:history="1">
            <w:r w:rsidRPr="00B7777A">
              <w:rPr>
                <w:rStyle w:val="Hyperlink"/>
                <w:noProof/>
                <w:lang w:val="nl-NL"/>
              </w:rPr>
              <w:t>6.3 Ziek melden en verlof</w:t>
            </w:r>
            <w:r>
              <w:rPr>
                <w:noProof/>
                <w:webHidden/>
              </w:rPr>
              <w:tab/>
            </w:r>
            <w:r>
              <w:rPr>
                <w:noProof/>
                <w:webHidden/>
              </w:rPr>
              <w:fldChar w:fldCharType="begin"/>
            </w:r>
            <w:r>
              <w:rPr>
                <w:noProof/>
                <w:webHidden/>
              </w:rPr>
              <w:instrText xml:space="preserve"> PAGEREF _Toc207190227 \h </w:instrText>
            </w:r>
            <w:r>
              <w:rPr>
                <w:noProof/>
                <w:webHidden/>
              </w:rPr>
            </w:r>
            <w:r>
              <w:rPr>
                <w:noProof/>
                <w:webHidden/>
              </w:rPr>
              <w:fldChar w:fldCharType="separate"/>
            </w:r>
            <w:r>
              <w:rPr>
                <w:noProof/>
                <w:webHidden/>
              </w:rPr>
              <w:t>25</w:t>
            </w:r>
            <w:r>
              <w:rPr>
                <w:noProof/>
                <w:webHidden/>
              </w:rPr>
              <w:fldChar w:fldCharType="end"/>
            </w:r>
          </w:hyperlink>
        </w:p>
        <w:p w14:paraId="0CAADF48" w14:textId="4AE3DD39"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28" w:history="1">
            <w:r w:rsidRPr="00B7777A">
              <w:rPr>
                <w:rStyle w:val="Hyperlink"/>
              </w:rPr>
              <w:t>Schoolverzuim</w:t>
            </w:r>
            <w:r>
              <w:rPr>
                <w:webHidden/>
              </w:rPr>
              <w:tab/>
            </w:r>
            <w:r>
              <w:rPr>
                <w:webHidden/>
              </w:rPr>
              <w:fldChar w:fldCharType="begin"/>
            </w:r>
            <w:r>
              <w:rPr>
                <w:webHidden/>
              </w:rPr>
              <w:instrText xml:space="preserve"> PAGEREF _Toc207190228 \h </w:instrText>
            </w:r>
            <w:r>
              <w:rPr>
                <w:webHidden/>
              </w:rPr>
            </w:r>
            <w:r>
              <w:rPr>
                <w:webHidden/>
              </w:rPr>
              <w:fldChar w:fldCharType="separate"/>
            </w:r>
            <w:r>
              <w:rPr>
                <w:webHidden/>
              </w:rPr>
              <w:t>25</w:t>
            </w:r>
            <w:r>
              <w:rPr>
                <w:webHidden/>
              </w:rPr>
              <w:fldChar w:fldCharType="end"/>
            </w:r>
          </w:hyperlink>
        </w:p>
        <w:p w14:paraId="12448834" w14:textId="0B51A8B2"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29" w:history="1">
            <w:r w:rsidRPr="00B7777A">
              <w:rPr>
                <w:rStyle w:val="Hyperlink"/>
              </w:rPr>
              <w:t>Leerkracht ziek en dan?</w:t>
            </w:r>
            <w:r>
              <w:rPr>
                <w:webHidden/>
              </w:rPr>
              <w:tab/>
            </w:r>
            <w:r>
              <w:rPr>
                <w:webHidden/>
              </w:rPr>
              <w:fldChar w:fldCharType="begin"/>
            </w:r>
            <w:r>
              <w:rPr>
                <w:webHidden/>
              </w:rPr>
              <w:instrText xml:space="preserve"> PAGEREF _Toc207190229 \h </w:instrText>
            </w:r>
            <w:r>
              <w:rPr>
                <w:webHidden/>
              </w:rPr>
            </w:r>
            <w:r>
              <w:rPr>
                <w:webHidden/>
              </w:rPr>
              <w:fldChar w:fldCharType="separate"/>
            </w:r>
            <w:r>
              <w:rPr>
                <w:webHidden/>
              </w:rPr>
              <w:t>25</w:t>
            </w:r>
            <w:r>
              <w:rPr>
                <w:webHidden/>
              </w:rPr>
              <w:fldChar w:fldCharType="end"/>
            </w:r>
          </w:hyperlink>
        </w:p>
        <w:p w14:paraId="6A29EB76" w14:textId="54F5DC8D"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30" w:history="1">
            <w:r w:rsidRPr="00B7777A">
              <w:rPr>
                <w:rStyle w:val="Hyperlink"/>
              </w:rPr>
              <w:t>Leerplichtambtenaar</w:t>
            </w:r>
            <w:r>
              <w:rPr>
                <w:webHidden/>
              </w:rPr>
              <w:tab/>
            </w:r>
            <w:r>
              <w:rPr>
                <w:webHidden/>
              </w:rPr>
              <w:fldChar w:fldCharType="begin"/>
            </w:r>
            <w:r>
              <w:rPr>
                <w:webHidden/>
              </w:rPr>
              <w:instrText xml:space="preserve"> PAGEREF _Toc207190230 \h </w:instrText>
            </w:r>
            <w:r>
              <w:rPr>
                <w:webHidden/>
              </w:rPr>
            </w:r>
            <w:r>
              <w:rPr>
                <w:webHidden/>
              </w:rPr>
              <w:fldChar w:fldCharType="separate"/>
            </w:r>
            <w:r>
              <w:rPr>
                <w:webHidden/>
              </w:rPr>
              <w:t>25</w:t>
            </w:r>
            <w:r>
              <w:rPr>
                <w:webHidden/>
              </w:rPr>
              <w:fldChar w:fldCharType="end"/>
            </w:r>
          </w:hyperlink>
        </w:p>
        <w:p w14:paraId="653AED06" w14:textId="5F0DB7C0" w:rsidR="00220634" w:rsidRDefault="00220634">
          <w:pPr>
            <w:pStyle w:val="Inhopg2"/>
            <w:tabs>
              <w:tab w:val="right" w:leader="dot" w:pos="8630"/>
            </w:tabs>
            <w:rPr>
              <w:noProof/>
              <w:kern w:val="2"/>
              <w:sz w:val="24"/>
              <w:szCs w:val="24"/>
              <w:lang w:val="nl-NL" w:eastAsia="nl-NL"/>
              <w14:ligatures w14:val="standardContextual"/>
            </w:rPr>
          </w:pPr>
          <w:hyperlink w:anchor="_Toc207190231" w:history="1">
            <w:r w:rsidRPr="00B7777A">
              <w:rPr>
                <w:rStyle w:val="Hyperlink"/>
                <w:noProof/>
                <w:lang w:val="nl-NL"/>
              </w:rPr>
              <w:t>6.5 Studiedagen</w:t>
            </w:r>
            <w:r>
              <w:rPr>
                <w:noProof/>
                <w:webHidden/>
              </w:rPr>
              <w:tab/>
            </w:r>
            <w:r>
              <w:rPr>
                <w:noProof/>
                <w:webHidden/>
              </w:rPr>
              <w:fldChar w:fldCharType="begin"/>
            </w:r>
            <w:r>
              <w:rPr>
                <w:noProof/>
                <w:webHidden/>
              </w:rPr>
              <w:instrText xml:space="preserve"> PAGEREF _Toc207190231 \h </w:instrText>
            </w:r>
            <w:r>
              <w:rPr>
                <w:noProof/>
                <w:webHidden/>
              </w:rPr>
            </w:r>
            <w:r>
              <w:rPr>
                <w:noProof/>
                <w:webHidden/>
              </w:rPr>
              <w:fldChar w:fldCharType="separate"/>
            </w:r>
            <w:r>
              <w:rPr>
                <w:noProof/>
                <w:webHidden/>
              </w:rPr>
              <w:t>26</w:t>
            </w:r>
            <w:r>
              <w:rPr>
                <w:noProof/>
                <w:webHidden/>
              </w:rPr>
              <w:fldChar w:fldCharType="end"/>
            </w:r>
          </w:hyperlink>
        </w:p>
        <w:p w14:paraId="20A3F33F" w14:textId="72291F9C"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32" w:history="1">
            <w:r w:rsidRPr="00B7777A">
              <w:rPr>
                <w:rStyle w:val="Hyperlink"/>
              </w:rPr>
              <w:t>Vakantie-BSO en studiedagen</w:t>
            </w:r>
            <w:r>
              <w:rPr>
                <w:webHidden/>
              </w:rPr>
              <w:tab/>
            </w:r>
            <w:r>
              <w:rPr>
                <w:webHidden/>
              </w:rPr>
              <w:fldChar w:fldCharType="begin"/>
            </w:r>
            <w:r>
              <w:rPr>
                <w:webHidden/>
              </w:rPr>
              <w:instrText xml:space="preserve"> PAGEREF _Toc207190232 \h </w:instrText>
            </w:r>
            <w:r>
              <w:rPr>
                <w:webHidden/>
              </w:rPr>
            </w:r>
            <w:r>
              <w:rPr>
                <w:webHidden/>
              </w:rPr>
              <w:fldChar w:fldCharType="separate"/>
            </w:r>
            <w:r>
              <w:rPr>
                <w:webHidden/>
              </w:rPr>
              <w:t>26</w:t>
            </w:r>
            <w:r>
              <w:rPr>
                <w:webHidden/>
              </w:rPr>
              <w:fldChar w:fldCharType="end"/>
            </w:r>
          </w:hyperlink>
        </w:p>
        <w:p w14:paraId="4CB77939" w14:textId="7C47A053"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33" w:history="1">
            <w:r w:rsidRPr="00B7777A">
              <w:rPr>
                <w:rStyle w:val="Hyperlink"/>
              </w:rPr>
              <w:t>Vakantie-BSO</w:t>
            </w:r>
            <w:r>
              <w:rPr>
                <w:webHidden/>
              </w:rPr>
              <w:tab/>
            </w:r>
            <w:r>
              <w:rPr>
                <w:webHidden/>
              </w:rPr>
              <w:fldChar w:fldCharType="begin"/>
            </w:r>
            <w:r>
              <w:rPr>
                <w:webHidden/>
              </w:rPr>
              <w:instrText xml:space="preserve"> PAGEREF _Toc207190233 \h </w:instrText>
            </w:r>
            <w:r>
              <w:rPr>
                <w:webHidden/>
              </w:rPr>
            </w:r>
            <w:r>
              <w:rPr>
                <w:webHidden/>
              </w:rPr>
              <w:fldChar w:fldCharType="separate"/>
            </w:r>
            <w:r>
              <w:rPr>
                <w:webHidden/>
              </w:rPr>
              <w:t>26</w:t>
            </w:r>
            <w:r>
              <w:rPr>
                <w:webHidden/>
              </w:rPr>
              <w:fldChar w:fldCharType="end"/>
            </w:r>
          </w:hyperlink>
        </w:p>
        <w:p w14:paraId="35B26888" w14:textId="1134CF49"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34" w:history="1">
            <w:r w:rsidRPr="00B7777A">
              <w:rPr>
                <w:rStyle w:val="Hyperlink"/>
              </w:rPr>
              <w:t>Vast contract:</w:t>
            </w:r>
            <w:r>
              <w:rPr>
                <w:webHidden/>
              </w:rPr>
              <w:tab/>
            </w:r>
            <w:r>
              <w:rPr>
                <w:webHidden/>
              </w:rPr>
              <w:fldChar w:fldCharType="begin"/>
            </w:r>
            <w:r>
              <w:rPr>
                <w:webHidden/>
              </w:rPr>
              <w:instrText xml:space="preserve"> PAGEREF _Toc207190234 \h </w:instrText>
            </w:r>
            <w:r>
              <w:rPr>
                <w:webHidden/>
              </w:rPr>
            </w:r>
            <w:r>
              <w:rPr>
                <w:webHidden/>
              </w:rPr>
              <w:fldChar w:fldCharType="separate"/>
            </w:r>
            <w:r>
              <w:rPr>
                <w:webHidden/>
              </w:rPr>
              <w:t>26</w:t>
            </w:r>
            <w:r>
              <w:rPr>
                <w:webHidden/>
              </w:rPr>
              <w:fldChar w:fldCharType="end"/>
            </w:r>
          </w:hyperlink>
        </w:p>
        <w:p w14:paraId="186107AB" w14:textId="67A34B05"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35" w:history="1">
            <w:r w:rsidRPr="00B7777A">
              <w:rPr>
                <w:rStyle w:val="Hyperlink"/>
              </w:rPr>
              <w:t>Flexibel contract:</w:t>
            </w:r>
            <w:r>
              <w:rPr>
                <w:webHidden/>
              </w:rPr>
              <w:tab/>
            </w:r>
            <w:r>
              <w:rPr>
                <w:webHidden/>
              </w:rPr>
              <w:fldChar w:fldCharType="begin"/>
            </w:r>
            <w:r>
              <w:rPr>
                <w:webHidden/>
              </w:rPr>
              <w:instrText xml:space="preserve"> PAGEREF _Toc207190235 \h </w:instrText>
            </w:r>
            <w:r>
              <w:rPr>
                <w:webHidden/>
              </w:rPr>
            </w:r>
            <w:r>
              <w:rPr>
                <w:webHidden/>
              </w:rPr>
              <w:fldChar w:fldCharType="separate"/>
            </w:r>
            <w:r>
              <w:rPr>
                <w:webHidden/>
              </w:rPr>
              <w:t>26</w:t>
            </w:r>
            <w:r>
              <w:rPr>
                <w:webHidden/>
              </w:rPr>
              <w:fldChar w:fldCharType="end"/>
            </w:r>
          </w:hyperlink>
        </w:p>
        <w:p w14:paraId="5D6FF1ED" w14:textId="583BC15D"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36" w:history="1">
            <w:r w:rsidRPr="00B7777A">
              <w:rPr>
                <w:rStyle w:val="Hyperlink"/>
              </w:rPr>
              <w:t>Vakantierooster – 2025-2026</w:t>
            </w:r>
            <w:r>
              <w:rPr>
                <w:webHidden/>
              </w:rPr>
              <w:tab/>
            </w:r>
            <w:r>
              <w:rPr>
                <w:webHidden/>
              </w:rPr>
              <w:fldChar w:fldCharType="begin"/>
            </w:r>
            <w:r>
              <w:rPr>
                <w:webHidden/>
              </w:rPr>
              <w:instrText xml:space="preserve"> PAGEREF _Toc207190236 \h </w:instrText>
            </w:r>
            <w:r>
              <w:rPr>
                <w:webHidden/>
              </w:rPr>
            </w:r>
            <w:r>
              <w:rPr>
                <w:webHidden/>
              </w:rPr>
              <w:fldChar w:fldCharType="separate"/>
            </w:r>
            <w:r>
              <w:rPr>
                <w:webHidden/>
              </w:rPr>
              <w:t>27</w:t>
            </w:r>
            <w:r>
              <w:rPr>
                <w:webHidden/>
              </w:rPr>
              <w:fldChar w:fldCharType="end"/>
            </w:r>
          </w:hyperlink>
        </w:p>
        <w:p w14:paraId="2AA103E4" w14:textId="52A44835" w:rsidR="00220634" w:rsidRDefault="00220634">
          <w:pPr>
            <w:pStyle w:val="Inhopg2"/>
            <w:tabs>
              <w:tab w:val="right" w:leader="dot" w:pos="8630"/>
            </w:tabs>
            <w:rPr>
              <w:noProof/>
              <w:kern w:val="2"/>
              <w:sz w:val="24"/>
              <w:szCs w:val="24"/>
              <w:lang w:val="nl-NL" w:eastAsia="nl-NL"/>
              <w14:ligatures w14:val="standardContextual"/>
            </w:rPr>
          </w:pPr>
          <w:hyperlink w:anchor="_Toc207190237" w:history="1">
            <w:r w:rsidRPr="00B7777A">
              <w:rPr>
                <w:rStyle w:val="Hyperlink"/>
                <w:noProof/>
                <w:lang w:val="nl-NL"/>
              </w:rPr>
              <w:t>6.6 Parkeer-, haal- en brengbeleid</w:t>
            </w:r>
            <w:r>
              <w:rPr>
                <w:noProof/>
                <w:webHidden/>
              </w:rPr>
              <w:tab/>
            </w:r>
            <w:r>
              <w:rPr>
                <w:noProof/>
                <w:webHidden/>
              </w:rPr>
              <w:fldChar w:fldCharType="begin"/>
            </w:r>
            <w:r>
              <w:rPr>
                <w:noProof/>
                <w:webHidden/>
              </w:rPr>
              <w:instrText xml:space="preserve"> PAGEREF _Toc207190237 \h </w:instrText>
            </w:r>
            <w:r>
              <w:rPr>
                <w:noProof/>
                <w:webHidden/>
              </w:rPr>
            </w:r>
            <w:r>
              <w:rPr>
                <w:noProof/>
                <w:webHidden/>
              </w:rPr>
              <w:fldChar w:fldCharType="separate"/>
            </w:r>
            <w:r>
              <w:rPr>
                <w:noProof/>
                <w:webHidden/>
              </w:rPr>
              <w:t>27</w:t>
            </w:r>
            <w:r>
              <w:rPr>
                <w:noProof/>
                <w:webHidden/>
              </w:rPr>
              <w:fldChar w:fldCharType="end"/>
            </w:r>
          </w:hyperlink>
        </w:p>
        <w:p w14:paraId="7E1EFFCA" w14:textId="6E12584D"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38" w:history="1">
            <w:r w:rsidRPr="00B7777A">
              <w:rPr>
                <w:rStyle w:val="Hyperlink"/>
              </w:rPr>
              <w:t>Fietsers en voetgangers</w:t>
            </w:r>
            <w:r>
              <w:rPr>
                <w:webHidden/>
              </w:rPr>
              <w:tab/>
            </w:r>
            <w:r>
              <w:rPr>
                <w:webHidden/>
              </w:rPr>
              <w:fldChar w:fldCharType="begin"/>
            </w:r>
            <w:r>
              <w:rPr>
                <w:webHidden/>
              </w:rPr>
              <w:instrText xml:space="preserve"> PAGEREF _Toc207190238 \h </w:instrText>
            </w:r>
            <w:r>
              <w:rPr>
                <w:webHidden/>
              </w:rPr>
            </w:r>
            <w:r>
              <w:rPr>
                <w:webHidden/>
              </w:rPr>
              <w:fldChar w:fldCharType="separate"/>
            </w:r>
            <w:r>
              <w:rPr>
                <w:webHidden/>
              </w:rPr>
              <w:t>27</w:t>
            </w:r>
            <w:r>
              <w:rPr>
                <w:webHidden/>
              </w:rPr>
              <w:fldChar w:fldCharType="end"/>
            </w:r>
          </w:hyperlink>
        </w:p>
        <w:p w14:paraId="0647F0E8" w14:textId="31F3827B"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39" w:history="1">
            <w:r w:rsidRPr="00B7777A">
              <w:rPr>
                <w:rStyle w:val="Hyperlink"/>
              </w:rPr>
              <w:t>Auto’s</w:t>
            </w:r>
            <w:r>
              <w:rPr>
                <w:webHidden/>
              </w:rPr>
              <w:tab/>
            </w:r>
            <w:r>
              <w:rPr>
                <w:webHidden/>
              </w:rPr>
              <w:fldChar w:fldCharType="begin"/>
            </w:r>
            <w:r>
              <w:rPr>
                <w:webHidden/>
              </w:rPr>
              <w:instrText xml:space="preserve"> PAGEREF _Toc207190239 \h </w:instrText>
            </w:r>
            <w:r>
              <w:rPr>
                <w:webHidden/>
              </w:rPr>
            </w:r>
            <w:r>
              <w:rPr>
                <w:webHidden/>
              </w:rPr>
              <w:fldChar w:fldCharType="separate"/>
            </w:r>
            <w:r>
              <w:rPr>
                <w:webHidden/>
              </w:rPr>
              <w:t>28</w:t>
            </w:r>
            <w:r>
              <w:rPr>
                <w:webHidden/>
              </w:rPr>
              <w:fldChar w:fldCharType="end"/>
            </w:r>
          </w:hyperlink>
        </w:p>
        <w:p w14:paraId="10F1A5F6" w14:textId="1761BFF7" w:rsidR="00220634" w:rsidRDefault="00220634">
          <w:pPr>
            <w:pStyle w:val="Inhopg2"/>
            <w:tabs>
              <w:tab w:val="right" w:leader="dot" w:pos="8630"/>
            </w:tabs>
            <w:rPr>
              <w:noProof/>
              <w:kern w:val="2"/>
              <w:sz w:val="24"/>
              <w:szCs w:val="24"/>
              <w:lang w:val="nl-NL" w:eastAsia="nl-NL"/>
              <w14:ligatures w14:val="standardContextual"/>
            </w:rPr>
          </w:pPr>
          <w:hyperlink w:anchor="_Toc207190240" w:history="1">
            <w:r w:rsidRPr="00B7777A">
              <w:rPr>
                <w:rStyle w:val="Hyperlink"/>
                <w:noProof/>
                <w:lang w:val="nl-NL"/>
              </w:rPr>
              <w:t>6.7 Overige zaken</w:t>
            </w:r>
            <w:r>
              <w:rPr>
                <w:noProof/>
                <w:webHidden/>
              </w:rPr>
              <w:tab/>
            </w:r>
            <w:r>
              <w:rPr>
                <w:noProof/>
                <w:webHidden/>
              </w:rPr>
              <w:fldChar w:fldCharType="begin"/>
            </w:r>
            <w:r>
              <w:rPr>
                <w:noProof/>
                <w:webHidden/>
              </w:rPr>
              <w:instrText xml:space="preserve"> PAGEREF _Toc207190240 \h </w:instrText>
            </w:r>
            <w:r>
              <w:rPr>
                <w:noProof/>
                <w:webHidden/>
              </w:rPr>
            </w:r>
            <w:r>
              <w:rPr>
                <w:noProof/>
                <w:webHidden/>
              </w:rPr>
              <w:fldChar w:fldCharType="separate"/>
            </w:r>
            <w:r>
              <w:rPr>
                <w:noProof/>
                <w:webHidden/>
              </w:rPr>
              <w:t>28</w:t>
            </w:r>
            <w:r>
              <w:rPr>
                <w:noProof/>
                <w:webHidden/>
              </w:rPr>
              <w:fldChar w:fldCharType="end"/>
            </w:r>
          </w:hyperlink>
        </w:p>
        <w:p w14:paraId="21789241" w14:textId="67E468D3"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1" w:history="1">
            <w:r w:rsidRPr="00B7777A">
              <w:rPr>
                <w:rStyle w:val="Hyperlink"/>
              </w:rPr>
              <w:t>Schoolbibliotheek</w:t>
            </w:r>
            <w:r>
              <w:rPr>
                <w:webHidden/>
              </w:rPr>
              <w:tab/>
            </w:r>
            <w:r>
              <w:rPr>
                <w:webHidden/>
              </w:rPr>
              <w:fldChar w:fldCharType="begin"/>
            </w:r>
            <w:r>
              <w:rPr>
                <w:webHidden/>
              </w:rPr>
              <w:instrText xml:space="preserve"> PAGEREF _Toc207190241 \h </w:instrText>
            </w:r>
            <w:r>
              <w:rPr>
                <w:webHidden/>
              </w:rPr>
            </w:r>
            <w:r>
              <w:rPr>
                <w:webHidden/>
              </w:rPr>
              <w:fldChar w:fldCharType="separate"/>
            </w:r>
            <w:r>
              <w:rPr>
                <w:webHidden/>
              </w:rPr>
              <w:t>28</w:t>
            </w:r>
            <w:r>
              <w:rPr>
                <w:webHidden/>
              </w:rPr>
              <w:fldChar w:fldCharType="end"/>
            </w:r>
          </w:hyperlink>
        </w:p>
        <w:p w14:paraId="298F90D2" w14:textId="6142FBC7"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2" w:history="1">
            <w:r w:rsidRPr="00B7777A">
              <w:rPr>
                <w:rStyle w:val="Hyperlink"/>
              </w:rPr>
              <w:t>Avondvierdaagse</w:t>
            </w:r>
            <w:r>
              <w:rPr>
                <w:webHidden/>
              </w:rPr>
              <w:tab/>
            </w:r>
            <w:r>
              <w:rPr>
                <w:webHidden/>
              </w:rPr>
              <w:fldChar w:fldCharType="begin"/>
            </w:r>
            <w:r>
              <w:rPr>
                <w:webHidden/>
              </w:rPr>
              <w:instrText xml:space="preserve"> PAGEREF _Toc207190242 \h </w:instrText>
            </w:r>
            <w:r>
              <w:rPr>
                <w:webHidden/>
              </w:rPr>
            </w:r>
            <w:r>
              <w:rPr>
                <w:webHidden/>
              </w:rPr>
              <w:fldChar w:fldCharType="separate"/>
            </w:r>
            <w:r>
              <w:rPr>
                <w:webHidden/>
              </w:rPr>
              <w:t>28</w:t>
            </w:r>
            <w:r>
              <w:rPr>
                <w:webHidden/>
              </w:rPr>
              <w:fldChar w:fldCharType="end"/>
            </w:r>
          </w:hyperlink>
        </w:p>
        <w:p w14:paraId="03B38D87" w14:textId="66E6432A"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3" w:history="1">
            <w:r w:rsidRPr="00B7777A">
              <w:rPr>
                <w:rStyle w:val="Hyperlink"/>
              </w:rPr>
              <w:t>Traktatie</w:t>
            </w:r>
            <w:r>
              <w:rPr>
                <w:webHidden/>
              </w:rPr>
              <w:tab/>
            </w:r>
            <w:r>
              <w:rPr>
                <w:webHidden/>
              </w:rPr>
              <w:fldChar w:fldCharType="begin"/>
            </w:r>
            <w:r>
              <w:rPr>
                <w:webHidden/>
              </w:rPr>
              <w:instrText xml:space="preserve"> PAGEREF _Toc207190243 \h </w:instrText>
            </w:r>
            <w:r>
              <w:rPr>
                <w:webHidden/>
              </w:rPr>
            </w:r>
            <w:r>
              <w:rPr>
                <w:webHidden/>
              </w:rPr>
              <w:fldChar w:fldCharType="separate"/>
            </w:r>
            <w:r>
              <w:rPr>
                <w:webHidden/>
              </w:rPr>
              <w:t>28</w:t>
            </w:r>
            <w:r>
              <w:rPr>
                <w:webHidden/>
              </w:rPr>
              <w:fldChar w:fldCharType="end"/>
            </w:r>
          </w:hyperlink>
        </w:p>
        <w:p w14:paraId="1A49213A" w14:textId="14900589"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4" w:history="1">
            <w:r w:rsidRPr="00B7777A">
              <w:rPr>
                <w:rStyle w:val="Hyperlink"/>
              </w:rPr>
              <w:t>Kriebelteam</w:t>
            </w:r>
            <w:r>
              <w:rPr>
                <w:webHidden/>
              </w:rPr>
              <w:tab/>
            </w:r>
            <w:r>
              <w:rPr>
                <w:webHidden/>
              </w:rPr>
              <w:fldChar w:fldCharType="begin"/>
            </w:r>
            <w:r>
              <w:rPr>
                <w:webHidden/>
              </w:rPr>
              <w:instrText xml:space="preserve"> PAGEREF _Toc207190244 \h </w:instrText>
            </w:r>
            <w:r>
              <w:rPr>
                <w:webHidden/>
              </w:rPr>
            </w:r>
            <w:r>
              <w:rPr>
                <w:webHidden/>
              </w:rPr>
              <w:fldChar w:fldCharType="separate"/>
            </w:r>
            <w:r>
              <w:rPr>
                <w:webHidden/>
              </w:rPr>
              <w:t>28</w:t>
            </w:r>
            <w:r>
              <w:rPr>
                <w:webHidden/>
              </w:rPr>
              <w:fldChar w:fldCharType="end"/>
            </w:r>
          </w:hyperlink>
        </w:p>
        <w:p w14:paraId="028C75DB" w14:textId="195EF6AC"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5" w:history="1">
            <w:r w:rsidRPr="00B7777A">
              <w:rPr>
                <w:rStyle w:val="Hyperlink"/>
              </w:rPr>
              <w:t>Gevonden voorwerpen</w:t>
            </w:r>
            <w:r>
              <w:rPr>
                <w:webHidden/>
              </w:rPr>
              <w:tab/>
            </w:r>
            <w:r>
              <w:rPr>
                <w:webHidden/>
              </w:rPr>
              <w:fldChar w:fldCharType="begin"/>
            </w:r>
            <w:r>
              <w:rPr>
                <w:webHidden/>
              </w:rPr>
              <w:instrText xml:space="preserve"> PAGEREF _Toc207190245 \h </w:instrText>
            </w:r>
            <w:r>
              <w:rPr>
                <w:webHidden/>
              </w:rPr>
            </w:r>
            <w:r>
              <w:rPr>
                <w:webHidden/>
              </w:rPr>
              <w:fldChar w:fldCharType="separate"/>
            </w:r>
            <w:r>
              <w:rPr>
                <w:webHidden/>
              </w:rPr>
              <w:t>29</w:t>
            </w:r>
            <w:r>
              <w:rPr>
                <w:webHidden/>
              </w:rPr>
              <w:fldChar w:fldCharType="end"/>
            </w:r>
          </w:hyperlink>
        </w:p>
        <w:p w14:paraId="6192067B" w14:textId="41D2AD12"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6" w:history="1">
            <w:r w:rsidRPr="00B7777A">
              <w:rPr>
                <w:rStyle w:val="Hyperlink"/>
              </w:rPr>
              <w:t>Waardevolle voorwerpen mee naar school</w:t>
            </w:r>
            <w:r>
              <w:rPr>
                <w:webHidden/>
              </w:rPr>
              <w:tab/>
            </w:r>
            <w:r>
              <w:rPr>
                <w:webHidden/>
              </w:rPr>
              <w:fldChar w:fldCharType="begin"/>
            </w:r>
            <w:r>
              <w:rPr>
                <w:webHidden/>
              </w:rPr>
              <w:instrText xml:space="preserve"> PAGEREF _Toc207190246 \h </w:instrText>
            </w:r>
            <w:r>
              <w:rPr>
                <w:webHidden/>
              </w:rPr>
            </w:r>
            <w:r>
              <w:rPr>
                <w:webHidden/>
              </w:rPr>
              <w:fldChar w:fldCharType="separate"/>
            </w:r>
            <w:r>
              <w:rPr>
                <w:webHidden/>
              </w:rPr>
              <w:t>29</w:t>
            </w:r>
            <w:r>
              <w:rPr>
                <w:webHidden/>
              </w:rPr>
              <w:fldChar w:fldCharType="end"/>
            </w:r>
          </w:hyperlink>
        </w:p>
        <w:p w14:paraId="3A0F982B" w14:textId="09449092"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7" w:history="1">
            <w:r w:rsidRPr="00B7777A">
              <w:rPr>
                <w:rStyle w:val="Hyperlink"/>
              </w:rPr>
              <w:t>Mobiele telefoon</w:t>
            </w:r>
            <w:r>
              <w:rPr>
                <w:webHidden/>
              </w:rPr>
              <w:tab/>
            </w:r>
            <w:r>
              <w:rPr>
                <w:webHidden/>
              </w:rPr>
              <w:fldChar w:fldCharType="begin"/>
            </w:r>
            <w:r>
              <w:rPr>
                <w:webHidden/>
              </w:rPr>
              <w:instrText xml:space="preserve"> PAGEREF _Toc207190247 \h </w:instrText>
            </w:r>
            <w:r>
              <w:rPr>
                <w:webHidden/>
              </w:rPr>
            </w:r>
            <w:r>
              <w:rPr>
                <w:webHidden/>
              </w:rPr>
              <w:fldChar w:fldCharType="separate"/>
            </w:r>
            <w:r>
              <w:rPr>
                <w:webHidden/>
              </w:rPr>
              <w:t>29</w:t>
            </w:r>
            <w:r>
              <w:rPr>
                <w:webHidden/>
              </w:rPr>
              <w:fldChar w:fldCharType="end"/>
            </w:r>
          </w:hyperlink>
        </w:p>
        <w:p w14:paraId="034D814B" w14:textId="6CF8B731"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8" w:history="1">
            <w:r w:rsidRPr="00B7777A">
              <w:rPr>
                <w:rStyle w:val="Hyperlink"/>
              </w:rPr>
              <w:t>Vrijwillige ouderbijdrage en schoolreis 2024-2025</w:t>
            </w:r>
            <w:r>
              <w:rPr>
                <w:webHidden/>
              </w:rPr>
              <w:tab/>
            </w:r>
            <w:r>
              <w:rPr>
                <w:webHidden/>
              </w:rPr>
              <w:fldChar w:fldCharType="begin"/>
            </w:r>
            <w:r>
              <w:rPr>
                <w:webHidden/>
              </w:rPr>
              <w:instrText xml:space="preserve"> PAGEREF _Toc207190248 \h </w:instrText>
            </w:r>
            <w:r>
              <w:rPr>
                <w:webHidden/>
              </w:rPr>
            </w:r>
            <w:r>
              <w:rPr>
                <w:webHidden/>
              </w:rPr>
              <w:fldChar w:fldCharType="separate"/>
            </w:r>
            <w:r>
              <w:rPr>
                <w:webHidden/>
              </w:rPr>
              <w:t>29</w:t>
            </w:r>
            <w:r>
              <w:rPr>
                <w:webHidden/>
              </w:rPr>
              <w:fldChar w:fldCharType="end"/>
            </w:r>
          </w:hyperlink>
        </w:p>
        <w:p w14:paraId="4F65BB4A" w14:textId="2D87A340"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49" w:history="1">
            <w:r w:rsidRPr="00B7777A">
              <w:rPr>
                <w:rStyle w:val="Hyperlink"/>
              </w:rPr>
              <w:t>Aanmelding en inschrijving van Kinderen</w:t>
            </w:r>
            <w:r>
              <w:rPr>
                <w:webHidden/>
              </w:rPr>
              <w:tab/>
            </w:r>
            <w:r>
              <w:rPr>
                <w:webHidden/>
              </w:rPr>
              <w:fldChar w:fldCharType="begin"/>
            </w:r>
            <w:r>
              <w:rPr>
                <w:webHidden/>
              </w:rPr>
              <w:instrText xml:space="preserve"> PAGEREF _Toc207190249 \h </w:instrText>
            </w:r>
            <w:r>
              <w:rPr>
                <w:webHidden/>
              </w:rPr>
            </w:r>
            <w:r>
              <w:rPr>
                <w:webHidden/>
              </w:rPr>
              <w:fldChar w:fldCharType="separate"/>
            </w:r>
            <w:r>
              <w:rPr>
                <w:webHidden/>
              </w:rPr>
              <w:t>29</w:t>
            </w:r>
            <w:r>
              <w:rPr>
                <w:webHidden/>
              </w:rPr>
              <w:fldChar w:fldCharType="end"/>
            </w:r>
          </w:hyperlink>
        </w:p>
        <w:p w14:paraId="0CCEE3B3" w14:textId="44918606"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50" w:history="1">
            <w:r w:rsidRPr="00B7777A">
              <w:rPr>
                <w:rStyle w:val="Hyperlink"/>
              </w:rPr>
              <w:t>Afspraken op onze school</w:t>
            </w:r>
            <w:r>
              <w:rPr>
                <w:webHidden/>
              </w:rPr>
              <w:tab/>
            </w:r>
            <w:r>
              <w:rPr>
                <w:webHidden/>
              </w:rPr>
              <w:fldChar w:fldCharType="begin"/>
            </w:r>
            <w:r>
              <w:rPr>
                <w:webHidden/>
              </w:rPr>
              <w:instrText xml:space="preserve"> PAGEREF _Toc207190250 \h </w:instrText>
            </w:r>
            <w:r>
              <w:rPr>
                <w:webHidden/>
              </w:rPr>
            </w:r>
            <w:r>
              <w:rPr>
                <w:webHidden/>
              </w:rPr>
              <w:fldChar w:fldCharType="separate"/>
            </w:r>
            <w:r>
              <w:rPr>
                <w:webHidden/>
              </w:rPr>
              <w:t>30</w:t>
            </w:r>
            <w:r>
              <w:rPr>
                <w:webHidden/>
              </w:rPr>
              <w:fldChar w:fldCharType="end"/>
            </w:r>
          </w:hyperlink>
        </w:p>
        <w:p w14:paraId="7801FE06" w14:textId="3752834B" w:rsidR="00220634" w:rsidRDefault="00220634">
          <w:pPr>
            <w:pStyle w:val="Inhopg3"/>
            <w:rPr>
              <w:rFonts w:asciiTheme="minorHAnsi" w:eastAsiaTheme="minorEastAsia" w:hAnsiTheme="minorHAnsi" w:cstheme="minorBidi"/>
              <w:kern w:val="2"/>
              <w:sz w:val="24"/>
              <w:szCs w:val="24"/>
              <w:lang w:eastAsia="nl-NL"/>
              <w14:ligatures w14:val="standardContextual"/>
            </w:rPr>
          </w:pPr>
          <w:hyperlink w:anchor="_Toc207190251" w:history="1">
            <w:r w:rsidRPr="00B7777A">
              <w:rPr>
                <w:rStyle w:val="Hyperlink"/>
              </w:rPr>
              <w:t>Klachtenregeling</w:t>
            </w:r>
            <w:r>
              <w:rPr>
                <w:webHidden/>
              </w:rPr>
              <w:tab/>
            </w:r>
            <w:r>
              <w:rPr>
                <w:webHidden/>
              </w:rPr>
              <w:fldChar w:fldCharType="begin"/>
            </w:r>
            <w:r>
              <w:rPr>
                <w:webHidden/>
              </w:rPr>
              <w:instrText xml:space="preserve"> PAGEREF _Toc207190251 \h </w:instrText>
            </w:r>
            <w:r>
              <w:rPr>
                <w:webHidden/>
              </w:rPr>
            </w:r>
            <w:r>
              <w:rPr>
                <w:webHidden/>
              </w:rPr>
              <w:fldChar w:fldCharType="separate"/>
            </w:r>
            <w:r>
              <w:rPr>
                <w:webHidden/>
              </w:rPr>
              <w:t>30</w:t>
            </w:r>
            <w:r>
              <w:rPr>
                <w:webHidden/>
              </w:rPr>
              <w:fldChar w:fldCharType="end"/>
            </w:r>
          </w:hyperlink>
        </w:p>
        <w:p w14:paraId="7F7B2EA0" w14:textId="1E35EE1B" w:rsidR="00220634" w:rsidRDefault="00220634">
          <w:pPr>
            <w:pStyle w:val="Inhopg1"/>
            <w:tabs>
              <w:tab w:val="right" w:leader="dot" w:pos="8630"/>
            </w:tabs>
            <w:rPr>
              <w:noProof/>
              <w:kern w:val="2"/>
              <w:sz w:val="24"/>
              <w:szCs w:val="24"/>
              <w:lang w:val="nl-NL" w:eastAsia="nl-NL"/>
              <w14:ligatures w14:val="standardContextual"/>
            </w:rPr>
          </w:pPr>
          <w:hyperlink w:anchor="_Toc207190252" w:history="1">
            <w:r w:rsidRPr="00B7777A">
              <w:rPr>
                <w:rStyle w:val="Hyperlink"/>
                <w:noProof/>
                <w:lang w:val="nl-NL"/>
              </w:rPr>
              <w:t>Overzicht weergave protocollen, beleidsdocumenten, borgingsdocumenten</w:t>
            </w:r>
            <w:r>
              <w:rPr>
                <w:noProof/>
                <w:webHidden/>
              </w:rPr>
              <w:tab/>
            </w:r>
            <w:r>
              <w:rPr>
                <w:noProof/>
                <w:webHidden/>
              </w:rPr>
              <w:fldChar w:fldCharType="begin"/>
            </w:r>
            <w:r>
              <w:rPr>
                <w:noProof/>
                <w:webHidden/>
              </w:rPr>
              <w:instrText xml:space="preserve"> PAGEREF _Toc207190252 \h </w:instrText>
            </w:r>
            <w:r>
              <w:rPr>
                <w:noProof/>
                <w:webHidden/>
              </w:rPr>
            </w:r>
            <w:r>
              <w:rPr>
                <w:noProof/>
                <w:webHidden/>
              </w:rPr>
              <w:fldChar w:fldCharType="separate"/>
            </w:r>
            <w:r>
              <w:rPr>
                <w:noProof/>
                <w:webHidden/>
              </w:rPr>
              <w:t>33</w:t>
            </w:r>
            <w:r>
              <w:rPr>
                <w:noProof/>
                <w:webHidden/>
              </w:rPr>
              <w:fldChar w:fldCharType="end"/>
            </w:r>
          </w:hyperlink>
        </w:p>
        <w:p w14:paraId="4F3C99C8" w14:textId="33B8B978" w:rsidR="00166052" w:rsidRDefault="00166052">
          <w:r w:rsidRPr="00F80AA4">
            <w:rPr>
              <w:rFonts w:asciiTheme="majorHAnsi" w:hAnsiTheme="majorHAnsi" w:cstheme="majorHAnsi"/>
              <w:b/>
              <w:bCs/>
            </w:rPr>
            <w:fldChar w:fldCharType="end"/>
          </w:r>
        </w:p>
      </w:sdtContent>
    </w:sdt>
    <w:p w14:paraId="3A37658C" w14:textId="25B9268C" w:rsidR="00AE52DE" w:rsidRPr="00071496" w:rsidRDefault="000C478B" w:rsidP="000C478B">
      <w:pPr>
        <w:pStyle w:val="Kop1"/>
        <w:rPr>
          <w:lang w:val="nl-NL"/>
        </w:rPr>
      </w:pPr>
      <w:bookmarkStart w:id="2" w:name="_Toc201002752"/>
      <w:bookmarkStart w:id="3" w:name="_Toc207190164"/>
      <w:r w:rsidRPr="00B16615">
        <w:rPr>
          <w:lang w:val="nl-NL"/>
        </w:rPr>
        <w:lastRenderedPageBreak/>
        <w:t>1.</w:t>
      </w:r>
      <w:r w:rsidR="00AE52DE" w:rsidRPr="00B16615">
        <w:rPr>
          <w:lang w:val="nl-NL"/>
        </w:rPr>
        <w:t>Over de school</w:t>
      </w:r>
      <w:bookmarkEnd w:id="2"/>
      <w:bookmarkEnd w:id="3"/>
    </w:p>
    <w:p w14:paraId="1A0B3B01" w14:textId="562062BD" w:rsidR="001C3A7D" w:rsidRPr="00071496" w:rsidRDefault="001C3A7D" w:rsidP="000C478B">
      <w:pPr>
        <w:pStyle w:val="Kop2"/>
        <w:rPr>
          <w:lang w:val="nl-NL"/>
        </w:rPr>
      </w:pPr>
      <w:bookmarkStart w:id="4" w:name="_Toc201002753"/>
      <w:bookmarkStart w:id="5" w:name="_Toc207190165"/>
      <w:r w:rsidRPr="00B16615">
        <w:rPr>
          <w:rStyle w:val="Subtielebenadrukking"/>
          <w:i w:val="0"/>
          <w:iCs w:val="0"/>
          <w:color w:val="4F81BD" w:themeColor="accent1"/>
          <w:lang w:val="nl-NL"/>
        </w:rPr>
        <w:t>1.1 Algeme</w:t>
      </w:r>
      <w:r w:rsidR="000C478B" w:rsidRPr="00B16615">
        <w:rPr>
          <w:rStyle w:val="Subtielebenadrukking"/>
          <w:i w:val="0"/>
          <w:iCs w:val="0"/>
          <w:color w:val="4F81BD" w:themeColor="accent1"/>
          <w:lang w:val="nl-NL"/>
        </w:rPr>
        <w:t>en</w:t>
      </w:r>
      <w:bookmarkEnd w:id="4"/>
      <w:bookmarkEnd w:id="5"/>
    </w:p>
    <w:p w14:paraId="4E3B56E6" w14:textId="73224B7C" w:rsidR="00EE771D" w:rsidRPr="0078798F" w:rsidRDefault="00EE771D" w:rsidP="0078798F">
      <w:pPr>
        <w:spacing w:after="74"/>
        <w:rPr>
          <w:rFonts w:asciiTheme="majorHAnsi" w:hAnsiTheme="majorHAnsi" w:cstheme="majorHAnsi"/>
          <w:lang w:val="nl-NL"/>
        </w:rPr>
      </w:pPr>
      <w:r w:rsidRPr="008D354E">
        <w:rPr>
          <w:rFonts w:ascii="Calibri" w:hAnsi="Calibri" w:cs="Calibri"/>
          <w:lang w:val="nl-NL"/>
        </w:rPr>
        <w:t xml:space="preserve">Kindcentrum Emmaschool is een openbaar kindcentrum, midden in Assen, waar iedereen welkom is. In de steeds veranderende samenleving bieden wij goede kinderopvang en geven wij goed onderwijs in een doorgaande ontwikkelingslijn van 0 tot 13 jaar. </w:t>
      </w:r>
    </w:p>
    <w:p w14:paraId="558199BC" w14:textId="77777777" w:rsidR="00EE771D" w:rsidRPr="008D354E" w:rsidRDefault="00EE771D" w:rsidP="00EE771D">
      <w:pPr>
        <w:spacing w:after="3" w:line="248" w:lineRule="auto"/>
        <w:ind w:left="-5" w:right="6" w:hanging="10"/>
        <w:rPr>
          <w:rFonts w:ascii="Calibri" w:hAnsi="Calibri" w:cs="Calibri"/>
          <w:lang w:val="nl-NL"/>
        </w:rPr>
      </w:pPr>
      <w:r w:rsidRPr="008D354E">
        <w:rPr>
          <w:rFonts w:ascii="Calibri" w:hAnsi="Calibri" w:cs="Calibri"/>
          <w:lang w:val="nl-NL"/>
        </w:rPr>
        <w:t xml:space="preserve">Wij hebben naast onderwijs twee kinderdagverblijfgroepen (KDV) en twee groepen voor de </w:t>
      </w:r>
    </w:p>
    <w:p w14:paraId="2B45FA35" w14:textId="02F6F5E6" w:rsidR="00EE771D" w:rsidRPr="008D354E" w:rsidRDefault="00EE771D" w:rsidP="00EE771D">
      <w:pPr>
        <w:spacing w:after="3" w:line="248" w:lineRule="auto"/>
        <w:ind w:left="-5" w:right="6" w:hanging="10"/>
        <w:rPr>
          <w:rFonts w:ascii="Calibri" w:hAnsi="Calibri" w:cs="Calibri"/>
          <w:lang w:val="nl-NL"/>
        </w:rPr>
      </w:pPr>
      <w:r w:rsidRPr="008D354E">
        <w:rPr>
          <w:rFonts w:ascii="Calibri" w:hAnsi="Calibri" w:cs="Calibri"/>
          <w:lang w:val="nl-NL"/>
        </w:rPr>
        <w:t xml:space="preserve">Buitenschoolse Opvang (BSO) op locatie de Roos. Bij de locatie van de school hebben wij een </w:t>
      </w:r>
      <w:proofErr w:type="spellStart"/>
      <w:r w:rsidRPr="20D4A194">
        <w:rPr>
          <w:rFonts w:ascii="Calibri" w:hAnsi="Calibri" w:cs="Calibri"/>
          <w:lang w:val="nl-NL"/>
        </w:rPr>
        <w:t>peuteropvanggroep</w:t>
      </w:r>
      <w:proofErr w:type="spellEnd"/>
      <w:r w:rsidRPr="008D354E">
        <w:rPr>
          <w:rFonts w:ascii="Calibri" w:hAnsi="Calibri" w:cs="Calibri"/>
          <w:lang w:val="nl-NL"/>
        </w:rPr>
        <w:t xml:space="preserve"> en drie BSO-groepen. Deze groepen zijn ingedeeld op leeftijd.</w:t>
      </w:r>
    </w:p>
    <w:p w14:paraId="67F39584" w14:textId="606F5CBF" w:rsidR="00EE771D" w:rsidRPr="008D354E" w:rsidRDefault="00EE771D" w:rsidP="00EE771D">
      <w:pPr>
        <w:spacing w:after="3" w:line="248" w:lineRule="auto"/>
        <w:ind w:left="-5" w:right="6" w:hanging="10"/>
        <w:rPr>
          <w:rFonts w:ascii="Calibri" w:hAnsi="Calibri" w:cs="Calibri"/>
          <w:lang w:val="nl-NL"/>
        </w:rPr>
      </w:pPr>
      <w:r w:rsidRPr="008D354E">
        <w:rPr>
          <w:rFonts w:ascii="Calibri" w:hAnsi="Calibri" w:cs="Calibri"/>
          <w:lang w:val="nl-NL"/>
        </w:rPr>
        <w:t xml:space="preserve">  </w:t>
      </w:r>
    </w:p>
    <w:p w14:paraId="06BBC917" w14:textId="77777777" w:rsidR="00EE771D" w:rsidRPr="008D354E" w:rsidRDefault="00EE771D" w:rsidP="00EE771D">
      <w:pPr>
        <w:spacing w:after="3" w:line="248" w:lineRule="auto"/>
        <w:ind w:left="-5" w:right="6" w:hanging="10"/>
        <w:rPr>
          <w:rFonts w:ascii="Calibri" w:hAnsi="Calibri" w:cs="Calibri"/>
          <w:lang w:val="nl-NL"/>
        </w:rPr>
      </w:pPr>
      <w:r w:rsidRPr="008D354E">
        <w:rPr>
          <w:rFonts w:ascii="Calibri" w:hAnsi="Calibri" w:cs="Calibri"/>
          <w:lang w:val="nl-NL"/>
        </w:rPr>
        <w:t xml:space="preserve">Kinderen van Kindcentrum Emmaschool kunnen zich voorbereiden op deelname aan onze internationale samenleving door te ontwikkelen en leren op basis van veiligheid, geborgenheid en vertrouwen. </w:t>
      </w:r>
    </w:p>
    <w:p w14:paraId="6D1E2C8D" w14:textId="5C164880" w:rsidR="00EE771D" w:rsidRPr="001C3A7D" w:rsidRDefault="00EE771D" w:rsidP="00EE771D">
      <w:pPr>
        <w:spacing w:after="0"/>
        <w:rPr>
          <w:rFonts w:ascii="Calibri" w:hAnsi="Calibri" w:cs="Calibri"/>
          <w:lang w:val="nl-NL"/>
        </w:rPr>
      </w:pPr>
      <w:r w:rsidRPr="001C3A7D">
        <w:rPr>
          <w:rFonts w:ascii="Calibri" w:hAnsi="Calibri" w:cs="Calibri"/>
          <w:color w:val="404040"/>
          <w:lang w:val="nl-NL"/>
        </w:rPr>
        <w:t xml:space="preserve"> </w:t>
      </w:r>
    </w:p>
    <w:p w14:paraId="33D339C7" w14:textId="59D2A855" w:rsidR="00EE771D" w:rsidRPr="008D354E" w:rsidRDefault="001C3A7D" w:rsidP="00B16615">
      <w:pPr>
        <w:pStyle w:val="Kop2"/>
        <w:rPr>
          <w:rStyle w:val="Nadruk"/>
          <w:i w:val="0"/>
          <w:iCs w:val="0"/>
          <w:lang w:val="nl-NL"/>
        </w:rPr>
      </w:pPr>
      <w:bookmarkStart w:id="6" w:name="_Toc201002754"/>
      <w:bookmarkStart w:id="7" w:name="_Toc207190166"/>
      <w:r w:rsidRPr="00B16615">
        <w:rPr>
          <w:rStyle w:val="Nadruk"/>
          <w:i w:val="0"/>
          <w:iCs w:val="0"/>
          <w:lang w:val="nl-NL"/>
        </w:rPr>
        <w:t xml:space="preserve">1.2 </w:t>
      </w:r>
      <w:r w:rsidR="00EE771D" w:rsidRPr="00B16615">
        <w:rPr>
          <w:rStyle w:val="Nadruk"/>
          <w:i w:val="0"/>
          <w:iCs w:val="0"/>
          <w:lang w:val="nl-NL"/>
        </w:rPr>
        <w:t>Visie &amp; motto</w:t>
      </w:r>
      <w:bookmarkEnd w:id="6"/>
      <w:bookmarkEnd w:id="7"/>
    </w:p>
    <w:p w14:paraId="3A6F688C" w14:textId="3DD9E3C8" w:rsidR="00EE771D" w:rsidRPr="008D354E" w:rsidRDefault="00EE771D" w:rsidP="001C3A7D">
      <w:pPr>
        <w:rPr>
          <w:rFonts w:ascii="Calibri" w:hAnsi="Calibri" w:cs="Calibri"/>
          <w:lang w:val="nl-NL"/>
        </w:rPr>
      </w:pPr>
      <w:r w:rsidRPr="008D354E">
        <w:rPr>
          <w:rStyle w:val="Nadruk"/>
          <w:rFonts w:ascii="Calibri" w:hAnsi="Calibri" w:cs="Calibri"/>
          <w:i w:val="0"/>
          <w:iCs w:val="0"/>
          <w:lang w:val="nl-NL"/>
        </w:rPr>
        <w:t xml:space="preserve">Op ons </w:t>
      </w:r>
      <w:r w:rsidR="00220EC7">
        <w:rPr>
          <w:rStyle w:val="Nadruk"/>
          <w:rFonts w:ascii="Calibri" w:hAnsi="Calibri" w:cs="Calibri"/>
          <w:i w:val="0"/>
          <w:iCs w:val="0"/>
          <w:lang w:val="nl-NL"/>
        </w:rPr>
        <w:t>k</w:t>
      </w:r>
      <w:r w:rsidRPr="20D4A194">
        <w:rPr>
          <w:rStyle w:val="Nadruk"/>
          <w:rFonts w:ascii="Calibri" w:hAnsi="Calibri" w:cs="Calibri"/>
          <w:i w:val="0"/>
          <w:iCs w:val="0"/>
          <w:lang w:val="nl-NL"/>
        </w:rPr>
        <w:t>indcentrum worden</w:t>
      </w:r>
      <w:r w:rsidRPr="008D354E">
        <w:rPr>
          <w:rStyle w:val="Nadruk"/>
          <w:rFonts w:ascii="Calibri" w:hAnsi="Calibri" w:cs="Calibri"/>
          <w:i w:val="0"/>
          <w:iCs w:val="0"/>
          <w:lang w:val="nl-NL"/>
        </w:rPr>
        <w:t xml:space="preserve"> alle kinderen, ouders en teamleden gezien en gehoord. Wij staan met elkaar in verbinding en zien de samenwerking met elkaar als een relatie die we aangaan. </w:t>
      </w:r>
      <w:r w:rsidRPr="20D4A194">
        <w:rPr>
          <w:rStyle w:val="Nadruk"/>
          <w:rFonts w:ascii="Calibri" w:hAnsi="Calibri" w:cs="Calibri"/>
          <w:i w:val="0"/>
          <w:iCs w:val="0"/>
          <w:lang w:val="nl-NL"/>
        </w:rPr>
        <w:t>Ons onderwijs is doelgericht</w:t>
      </w:r>
      <w:r w:rsidRPr="008D354E">
        <w:rPr>
          <w:rStyle w:val="Nadruk"/>
          <w:rFonts w:ascii="Calibri" w:hAnsi="Calibri" w:cs="Calibri"/>
          <w:i w:val="0"/>
          <w:iCs w:val="0"/>
          <w:lang w:val="nl-NL"/>
        </w:rPr>
        <w:t xml:space="preserve"> en samenhangend, waarbij kinderen zichzelf zijn en </w:t>
      </w:r>
      <w:r w:rsidRPr="20D4A194">
        <w:rPr>
          <w:rStyle w:val="Nadruk"/>
          <w:rFonts w:ascii="Calibri" w:hAnsi="Calibri" w:cs="Calibri"/>
          <w:i w:val="0"/>
          <w:iCs w:val="0"/>
          <w:lang w:val="nl-NL"/>
        </w:rPr>
        <w:t>leren verantwoordelijkheid</w:t>
      </w:r>
      <w:r w:rsidRPr="008D354E">
        <w:rPr>
          <w:rStyle w:val="Nadruk"/>
          <w:rFonts w:ascii="Calibri" w:hAnsi="Calibri" w:cs="Calibri"/>
          <w:i w:val="0"/>
          <w:iCs w:val="0"/>
          <w:lang w:val="nl-NL"/>
        </w:rPr>
        <w:t xml:space="preserve"> te nemen.​ De ontwikkeling van onze kinderen staat centraal in ons onderwijs.</w:t>
      </w:r>
      <w:r w:rsidRPr="008D354E">
        <w:rPr>
          <w:rFonts w:ascii="Calibri" w:hAnsi="Calibri" w:cs="Calibri"/>
          <w:lang w:val="nl-NL"/>
        </w:rPr>
        <w:t> </w:t>
      </w:r>
    </w:p>
    <w:p w14:paraId="05CE2940" w14:textId="07F63AB5" w:rsidR="00EE771D" w:rsidRPr="008D354E" w:rsidRDefault="005B3FBD" w:rsidP="001C3A7D">
      <w:pPr>
        <w:rPr>
          <w:rFonts w:ascii="Calibri" w:hAnsi="Calibri" w:cs="Calibri"/>
          <w:lang w:val="nl-NL"/>
        </w:rPr>
      </w:pPr>
      <w:r>
        <w:rPr>
          <w:rFonts w:ascii="Calibri" w:hAnsi="Calibri" w:cs="Calibri"/>
          <w:lang w:val="nl-NL"/>
        </w:rPr>
        <w:t>O</w:t>
      </w:r>
      <w:r w:rsidR="00EE771D" w:rsidRPr="008D354E">
        <w:rPr>
          <w:rFonts w:ascii="Calibri" w:hAnsi="Calibri" w:cs="Calibri"/>
          <w:lang w:val="nl-NL"/>
        </w:rPr>
        <w:t>ns motto</w:t>
      </w:r>
      <w:r>
        <w:rPr>
          <w:rFonts w:ascii="Calibri" w:hAnsi="Calibri" w:cs="Calibri"/>
          <w:lang w:val="nl-NL"/>
        </w:rPr>
        <w:t xml:space="preserve"> is</w:t>
      </w:r>
      <w:r w:rsidR="00EE771D" w:rsidRPr="008D354E">
        <w:rPr>
          <w:rFonts w:ascii="Calibri" w:hAnsi="Calibri" w:cs="Calibri"/>
          <w:lang w:val="nl-NL"/>
        </w:rPr>
        <w:t>: </w:t>
      </w:r>
      <w:r w:rsidR="00EE771D" w:rsidRPr="008D354E">
        <w:rPr>
          <w:rStyle w:val="Nadruk"/>
          <w:rFonts w:ascii="Calibri" w:hAnsi="Calibri" w:cs="Calibri"/>
          <w:i w:val="0"/>
          <w:iCs w:val="0"/>
          <w:lang w:val="nl-NL"/>
        </w:rPr>
        <w:t>Wij leren, ontwikkelen en groeien; samen zorgen we voor elkaar.</w:t>
      </w:r>
    </w:p>
    <w:p w14:paraId="3006CD22" w14:textId="0E6F2277" w:rsidR="000C478B" w:rsidRDefault="00BA1C11" w:rsidP="00101BEE">
      <w:pPr>
        <w:jc w:val="center"/>
        <w:rPr>
          <w:rFonts w:asciiTheme="majorHAnsi" w:hAnsiTheme="majorHAnsi" w:cstheme="majorHAnsi"/>
          <w:i/>
          <w:iCs/>
          <w:lang w:val="nl-NL"/>
        </w:rPr>
      </w:pPr>
      <w:r>
        <w:rPr>
          <w:noProof/>
        </w:rPr>
        <w:drawing>
          <wp:anchor distT="0" distB="0" distL="114300" distR="114300" simplePos="0" relativeHeight="251658240" behindDoc="0" locked="0" layoutInCell="1" allowOverlap="1" wp14:anchorId="001D243E" wp14:editId="7778E5C6">
            <wp:simplePos x="0" y="0"/>
            <wp:positionH relativeFrom="margin">
              <wp:align>center</wp:align>
            </wp:positionH>
            <wp:positionV relativeFrom="paragraph">
              <wp:posOffset>231775</wp:posOffset>
            </wp:positionV>
            <wp:extent cx="1759585" cy="1866900"/>
            <wp:effectExtent l="0" t="0" r="0" b="0"/>
            <wp:wrapNone/>
            <wp:docPr id="21" name="Afbeelding 20">
              <a:extLst xmlns:a="http://schemas.openxmlformats.org/drawingml/2006/main">
                <a:ext uri="{FF2B5EF4-FFF2-40B4-BE49-F238E27FC236}">
                  <a16:creationId xmlns:a16="http://schemas.microsoft.com/office/drawing/2014/main" id="{0675CB72-4899-111E-DAB4-444BED91B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0">
                      <a:extLst>
                        <a:ext uri="{FF2B5EF4-FFF2-40B4-BE49-F238E27FC236}">
                          <a16:creationId xmlns:a16="http://schemas.microsoft.com/office/drawing/2014/main" id="{0675CB72-4899-111E-DAB4-444BED91B291}"/>
                        </a:ext>
                      </a:extLst>
                    </pic:cNvPr>
                    <pic:cNvPicPr>
                      <a:picLocks noChangeAspect="1"/>
                    </pic:cNvPicPr>
                  </pic:nvPicPr>
                  <pic:blipFill rotWithShape="1">
                    <a:blip r:embed="rId15"/>
                    <a:srcRect l="21638" t="9045" r="20229" b="20663"/>
                    <a:stretch/>
                  </pic:blipFill>
                  <pic:spPr bwMode="auto">
                    <a:xfrm>
                      <a:off x="0" y="0"/>
                      <a:ext cx="175958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BEE" w:rsidRPr="008D354E">
        <w:rPr>
          <w:rFonts w:asciiTheme="majorHAnsi" w:hAnsiTheme="majorHAnsi" w:cstheme="majorHAnsi"/>
          <w:i/>
          <w:iCs/>
          <w:lang w:val="nl-NL"/>
        </w:rPr>
        <w:t>“</w:t>
      </w:r>
      <w:r w:rsidR="00EE771D" w:rsidRPr="008D354E">
        <w:rPr>
          <w:rFonts w:asciiTheme="majorHAnsi" w:hAnsiTheme="majorHAnsi" w:cstheme="majorHAnsi"/>
          <w:i/>
          <w:iCs/>
          <w:lang w:val="nl-NL"/>
        </w:rPr>
        <w:t>Kindcentrum Emmaschool is voor kinderen de plek om op te groeien</w:t>
      </w:r>
    </w:p>
    <w:p w14:paraId="00C7050D" w14:textId="0FA029C5" w:rsidR="00027051" w:rsidRDefault="00027051" w:rsidP="00101BEE">
      <w:pPr>
        <w:jc w:val="center"/>
        <w:rPr>
          <w:rFonts w:asciiTheme="majorHAnsi" w:hAnsiTheme="majorHAnsi" w:cstheme="majorHAnsi"/>
          <w:i/>
          <w:iCs/>
          <w:lang w:val="nl-NL"/>
        </w:rPr>
      </w:pPr>
    </w:p>
    <w:p w14:paraId="319E3EDA" w14:textId="3CD6F8F2" w:rsidR="00027051" w:rsidRDefault="00027051" w:rsidP="00101BEE">
      <w:pPr>
        <w:jc w:val="center"/>
        <w:rPr>
          <w:rFonts w:asciiTheme="majorHAnsi" w:hAnsiTheme="majorHAnsi" w:cstheme="majorHAnsi"/>
          <w:i/>
          <w:iCs/>
          <w:lang w:val="nl-NL"/>
        </w:rPr>
      </w:pPr>
    </w:p>
    <w:p w14:paraId="450A0495" w14:textId="2C5EA677" w:rsidR="00027051" w:rsidRDefault="00027051" w:rsidP="00101BEE">
      <w:pPr>
        <w:jc w:val="center"/>
        <w:rPr>
          <w:rFonts w:asciiTheme="majorHAnsi" w:hAnsiTheme="majorHAnsi" w:cstheme="majorHAnsi"/>
          <w:i/>
          <w:iCs/>
          <w:lang w:val="nl-NL"/>
        </w:rPr>
      </w:pPr>
    </w:p>
    <w:p w14:paraId="4624F102" w14:textId="77777777" w:rsidR="00027051" w:rsidRDefault="00027051" w:rsidP="00101BEE">
      <w:pPr>
        <w:jc w:val="center"/>
        <w:rPr>
          <w:rFonts w:asciiTheme="majorHAnsi" w:hAnsiTheme="majorHAnsi" w:cstheme="majorHAnsi"/>
          <w:i/>
          <w:iCs/>
          <w:lang w:val="nl-NL"/>
        </w:rPr>
      </w:pPr>
    </w:p>
    <w:p w14:paraId="0F7CFF52" w14:textId="17C570EB" w:rsidR="00027051" w:rsidRDefault="00027051" w:rsidP="00101BEE">
      <w:pPr>
        <w:jc w:val="center"/>
        <w:rPr>
          <w:rFonts w:asciiTheme="majorHAnsi" w:hAnsiTheme="majorHAnsi" w:cstheme="majorHAnsi"/>
          <w:i/>
          <w:iCs/>
          <w:lang w:val="nl-NL"/>
        </w:rPr>
      </w:pPr>
    </w:p>
    <w:p w14:paraId="33E4B900" w14:textId="77777777" w:rsidR="005B3FBD" w:rsidRDefault="005B3FBD">
      <w:pPr>
        <w:rPr>
          <w:rFonts w:asciiTheme="majorHAnsi" w:eastAsiaTheme="majorEastAsia" w:hAnsiTheme="majorHAnsi" w:cstheme="majorBidi"/>
          <w:b/>
          <w:bCs/>
          <w:color w:val="365F91" w:themeColor="accent1" w:themeShade="BF"/>
          <w:sz w:val="28"/>
          <w:szCs w:val="28"/>
          <w:lang w:val="nl-NL"/>
        </w:rPr>
      </w:pPr>
      <w:bookmarkStart w:id="8" w:name="_Toc201002755"/>
      <w:r>
        <w:rPr>
          <w:lang w:val="nl-NL"/>
        </w:rPr>
        <w:br w:type="page"/>
      </w:r>
    </w:p>
    <w:p w14:paraId="5F5DA9D7" w14:textId="0C36F86A" w:rsidR="00101BEE" w:rsidRPr="008D354E" w:rsidRDefault="00101BEE" w:rsidP="00101BEE">
      <w:pPr>
        <w:pStyle w:val="Kop1"/>
        <w:rPr>
          <w:lang w:val="nl-NL"/>
        </w:rPr>
      </w:pPr>
      <w:bookmarkStart w:id="9" w:name="_Toc207190167"/>
      <w:r w:rsidRPr="00B16615">
        <w:rPr>
          <w:lang w:val="nl-NL"/>
        </w:rPr>
        <w:lastRenderedPageBreak/>
        <w:t>2 Het onderwijs</w:t>
      </w:r>
      <w:bookmarkEnd w:id="8"/>
      <w:bookmarkEnd w:id="9"/>
    </w:p>
    <w:p w14:paraId="5D54D2BF" w14:textId="7B259530" w:rsidR="00547FCA" w:rsidRPr="004121ED" w:rsidRDefault="004121ED" w:rsidP="004121ED">
      <w:pPr>
        <w:pStyle w:val="Kop2"/>
        <w:rPr>
          <w:lang w:val="nl-NL"/>
        </w:rPr>
      </w:pPr>
      <w:bookmarkStart w:id="10" w:name="_Toc201002756"/>
      <w:bookmarkStart w:id="11" w:name="_Toc207190168"/>
      <w:r w:rsidRPr="00B16615">
        <w:rPr>
          <w:lang w:val="nl-NL"/>
        </w:rPr>
        <w:t>2.1 O</w:t>
      </w:r>
      <w:r w:rsidR="00547FCA" w:rsidRPr="00B16615">
        <w:rPr>
          <w:lang w:val="nl-NL"/>
        </w:rPr>
        <w:t>rganisatie van het onderwijs</w:t>
      </w:r>
      <w:bookmarkEnd w:id="10"/>
      <w:bookmarkEnd w:id="11"/>
    </w:p>
    <w:p w14:paraId="1C314CA8" w14:textId="5F932016" w:rsidR="00547FCA" w:rsidRPr="0078798F" w:rsidRDefault="00547FCA" w:rsidP="0078798F">
      <w:pPr>
        <w:rPr>
          <w:rFonts w:asciiTheme="majorHAnsi" w:hAnsiTheme="majorHAnsi" w:cstheme="majorBidi"/>
          <w:lang w:val="nl-NL"/>
        </w:rPr>
      </w:pPr>
      <w:r w:rsidRPr="20D4A194">
        <w:rPr>
          <w:rFonts w:asciiTheme="majorHAnsi" w:hAnsiTheme="majorHAnsi" w:cstheme="majorBidi"/>
          <w:lang w:val="nl-NL"/>
        </w:rPr>
        <w:t>Onze leerlingen worden gegroepeerd</w:t>
      </w:r>
      <w:r w:rsidR="0078798F" w:rsidRPr="20D4A194">
        <w:rPr>
          <w:rFonts w:asciiTheme="majorHAnsi" w:hAnsiTheme="majorHAnsi" w:cstheme="majorBidi"/>
          <w:lang w:val="nl-NL"/>
        </w:rPr>
        <w:t xml:space="preserve"> in l</w:t>
      </w:r>
      <w:r w:rsidRPr="20D4A194">
        <w:rPr>
          <w:rFonts w:asciiTheme="majorHAnsi" w:hAnsiTheme="majorHAnsi" w:cstheme="majorBidi"/>
          <w:lang w:val="nl-NL"/>
        </w:rPr>
        <w:t>eerstofjaarklassen</w:t>
      </w:r>
      <w:r w:rsidR="0078798F" w:rsidRPr="20D4A194">
        <w:rPr>
          <w:rFonts w:asciiTheme="majorHAnsi" w:hAnsiTheme="majorHAnsi" w:cstheme="majorBidi"/>
          <w:lang w:val="nl-NL"/>
        </w:rPr>
        <w:t>. Dat betekent dat de</w:t>
      </w:r>
      <w:r w:rsidRPr="20D4A194">
        <w:rPr>
          <w:rFonts w:asciiTheme="majorHAnsi" w:hAnsiTheme="majorHAnsi" w:cstheme="majorBidi"/>
          <w:lang w:val="nl-NL"/>
        </w:rPr>
        <w:t xml:space="preserve"> leerlingen op basis van leeftijd</w:t>
      </w:r>
      <w:r w:rsidR="0078798F" w:rsidRPr="20D4A194">
        <w:rPr>
          <w:rFonts w:asciiTheme="majorHAnsi" w:hAnsiTheme="majorHAnsi" w:cstheme="majorBidi"/>
          <w:lang w:val="nl-NL"/>
        </w:rPr>
        <w:t xml:space="preserve"> worden</w:t>
      </w:r>
      <w:r w:rsidRPr="20D4A194">
        <w:rPr>
          <w:rFonts w:asciiTheme="majorHAnsi" w:hAnsiTheme="majorHAnsi" w:cstheme="majorBidi"/>
          <w:lang w:val="nl-NL"/>
        </w:rPr>
        <w:t xml:space="preserve"> gegroepeerd</w:t>
      </w:r>
      <w:r w:rsidR="003B680B" w:rsidRPr="20D4A194">
        <w:rPr>
          <w:rFonts w:asciiTheme="majorHAnsi" w:hAnsiTheme="majorHAnsi" w:cstheme="majorBidi"/>
          <w:lang w:val="nl-NL"/>
        </w:rPr>
        <w:t>. Op dit moment hebben we 14 verschillende groepen.</w:t>
      </w:r>
      <w:r w:rsidR="3BB92AAA" w:rsidRPr="3296F1BC">
        <w:rPr>
          <w:rFonts w:asciiTheme="majorHAnsi" w:hAnsiTheme="majorHAnsi" w:cstheme="majorBidi"/>
          <w:lang w:val="nl-NL"/>
        </w:rPr>
        <w:t xml:space="preserve"> </w:t>
      </w:r>
      <w:r w:rsidR="578FCAD9" w:rsidRPr="3296F1BC">
        <w:rPr>
          <w:rFonts w:asciiTheme="majorHAnsi" w:hAnsiTheme="majorHAnsi" w:cstheme="majorBidi"/>
          <w:lang w:val="nl-NL"/>
        </w:rPr>
        <w:t>In principe werken we met</w:t>
      </w:r>
      <w:r w:rsidR="3BB92AAA" w:rsidRPr="3296F1BC">
        <w:rPr>
          <w:rFonts w:asciiTheme="majorHAnsi" w:hAnsiTheme="majorHAnsi" w:cstheme="majorBidi"/>
          <w:lang w:val="nl-NL"/>
        </w:rPr>
        <w:t xml:space="preserve"> leerstofjaarklassen</w:t>
      </w:r>
      <w:r w:rsidR="2707AC5C" w:rsidRPr="3296F1BC">
        <w:rPr>
          <w:rFonts w:asciiTheme="majorHAnsi" w:hAnsiTheme="majorHAnsi" w:cstheme="majorBidi"/>
          <w:lang w:val="nl-NL"/>
        </w:rPr>
        <w:t>, soms hebben we combinatieklassen omdat dit formatief niet anders kan.</w:t>
      </w:r>
    </w:p>
    <w:p w14:paraId="54F02202" w14:textId="05B6DB72" w:rsidR="00547FCA" w:rsidRPr="00027051" w:rsidRDefault="003B680B" w:rsidP="00A94D9A">
      <w:pPr>
        <w:pStyle w:val="Kop2"/>
        <w:rPr>
          <w:lang w:val="nl-NL"/>
        </w:rPr>
      </w:pPr>
      <w:bookmarkStart w:id="12" w:name="_Toc188261925"/>
      <w:bookmarkStart w:id="13" w:name="_Toc201002757"/>
      <w:bookmarkStart w:id="14" w:name="_Toc207190169"/>
      <w:r w:rsidRPr="00B16615">
        <w:rPr>
          <w:lang w:val="nl-NL"/>
        </w:rPr>
        <w:t>2.2</w:t>
      </w:r>
      <w:r w:rsidR="00942DB7" w:rsidRPr="00B16615">
        <w:rPr>
          <w:lang w:val="nl-NL"/>
        </w:rPr>
        <w:t xml:space="preserve"> </w:t>
      </w:r>
      <w:r w:rsidR="00547FCA" w:rsidRPr="00B16615">
        <w:rPr>
          <w:lang w:val="nl-NL"/>
        </w:rPr>
        <w:t>Invulling onderwijstijd</w:t>
      </w:r>
      <w:bookmarkEnd w:id="12"/>
      <w:bookmarkEnd w:id="13"/>
      <w:bookmarkEnd w:id="14"/>
    </w:p>
    <w:p w14:paraId="1B557F98" w14:textId="05B6DB72" w:rsidR="00547FCA" w:rsidRPr="008D354E" w:rsidRDefault="00547FCA" w:rsidP="00942DB7">
      <w:pPr>
        <w:pStyle w:val="Kop3"/>
        <w:rPr>
          <w:lang w:val="nl-NL"/>
        </w:rPr>
      </w:pPr>
      <w:bookmarkStart w:id="15" w:name="_Toc201002758"/>
      <w:bookmarkStart w:id="16" w:name="_Toc207190170"/>
      <w:r w:rsidRPr="00B16615">
        <w:rPr>
          <w:lang w:val="nl-NL"/>
        </w:rPr>
        <w:t>Wat is onderwijstijd?</w:t>
      </w:r>
      <w:bookmarkEnd w:id="15"/>
      <w:bookmarkEnd w:id="16"/>
    </w:p>
    <w:p w14:paraId="137D2B25" w14:textId="33C355FF" w:rsidR="00547FCA" w:rsidRPr="00547FCA" w:rsidRDefault="00547FCA" w:rsidP="00547FCA">
      <w:pPr>
        <w:rPr>
          <w:rFonts w:ascii="Calibri" w:hAnsi="Calibri" w:cs="Calibri"/>
          <w:lang w:val="nl-NL"/>
        </w:rPr>
      </w:pPr>
      <w:r w:rsidRPr="00547FCA">
        <w:rPr>
          <w:rFonts w:ascii="Calibri" w:hAnsi="Calibri" w:cs="Calibri"/>
          <w:lang w:val="nl-NL"/>
        </w:rPr>
        <w:t>Kinderen in Nederland hebben recht op voldoende uren onderwijs. In de wet staat een minimaal aantal uur dat een leerling les krijgt tijdens de 8 jaar op de basisschool. De school bepaalt zelf de indeling van de schooldag en de tijden waarop de leerling op school moet zijn.</w:t>
      </w:r>
    </w:p>
    <w:p w14:paraId="413AB7AE" w14:textId="77777777" w:rsidR="00547FCA" w:rsidRPr="00E02274" w:rsidRDefault="00547FCA" w:rsidP="00547FCA">
      <w:pPr>
        <w:pStyle w:val="Kop3"/>
        <w:rPr>
          <w:lang w:val="nl-NL"/>
        </w:rPr>
      </w:pPr>
      <w:bookmarkStart w:id="17" w:name="_Toc201002759"/>
      <w:bookmarkStart w:id="18" w:name="_Toc207190171"/>
      <w:r w:rsidRPr="00B16615">
        <w:rPr>
          <w:lang w:val="nl-NL"/>
        </w:rPr>
        <w:t>Lunchtijd (en lestijd)</w:t>
      </w:r>
      <w:bookmarkEnd w:id="17"/>
      <w:bookmarkEnd w:id="18"/>
    </w:p>
    <w:p w14:paraId="04A57577" w14:textId="3EEC219E" w:rsidR="00547FCA" w:rsidRPr="008D354E" w:rsidRDefault="00547FCA" w:rsidP="00547FCA">
      <w:pPr>
        <w:rPr>
          <w:rFonts w:ascii="Calibri" w:hAnsi="Calibri" w:cs="Calibri"/>
          <w:lang w:val="nl-NL"/>
        </w:rPr>
      </w:pPr>
      <w:r w:rsidRPr="008D354E">
        <w:rPr>
          <w:rFonts w:ascii="Calibri" w:hAnsi="Calibri" w:cs="Calibri"/>
          <w:lang w:val="nl-NL"/>
        </w:rPr>
        <w:t>De wet op het primair onderwijs bepaalt het minimumaantal onderwijsuren dat leerlingen in het basisonderwijs moeten volgen. Een school heeft binnen de wet bepaalde keuzevrijheid. Wij hebben</w:t>
      </w:r>
      <w:r w:rsidR="00726D62" w:rsidRPr="008D354E">
        <w:rPr>
          <w:rFonts w:ascii="Calibri" w:hAnsi="Calibri" w:cs="Calibri"/>
          <w:lang w:val="nl-NL"/>
        </w:rPr>
        <w:t xml:space="preserve"> </w:t>
      </w:r>
      <w:r w:rsidRPr="008D354E">
        <w:rPr>
          <w:rFonts w:ascii="Calibri" w:hAnsi="Calibri" w:cs="Calibri"/>
          <w:lang w:val="nl-NL"/>
        </w:rPr>
        <w:t xml:space="preserve">ervoor gekozen om </w:t>
      </w:r>
      <w:r w:rsidR="000A59E6" w:rsidRPr="008D354E">
        <w:rPr>
          <w:rFonts w:ascii="Calibri" w:hAnsi="Calibri" w:cs="Calibri"/>
          <w:lang w:val="nl-NL"/>
        </w:rPr>
        <w:t xml:space="preserve">een deel van </w:t>
      </w:r>
      <w:r w:rsidRPr="008D354E">
        <w:rPr>
          <w:rFonts w:ascii="Calibri" w:hAnsi="Calibri" w:cs="Calibri"/>
          <w:lang w:val="nl-NL"/>
        </w:rPr>
        <w:t xml:space="preserve">de lunchtijd te laten gelden als lestijd. </w:t>
      </w:r>
    </w:p>
    <w:p w14:paraId="608DF69C" w14:textId="1773E283" w:rsidR="00547FCA" w:rsidRPr="008D354E" w:rsidRDefault="00547FCA" w:rsidP="00547FCA">
      <w:pPr>
        <w:rPr>
          <w:rFonts w:ascii="Calibri" w:hAnsi="Calibri" w:cs="Calibri"/>
          <w:lang w:val="nl-NL"/>
        </w:rPr>
      </w:pPr>
      <w:r w:rsidRPr="008D354E">
        <w:rPr>
          <w:rFonts w:ascii="Calibri" w:hAnsi="Calibri" w:cs="Calibri"/>
          <w:lang w:val="nl-NL"/>
        </w:rPr>
        <w:t>We zien de lunchtijd als belangrijk onderdeel van de dag. Natuurlijk is er tijdens de lunch voldoende tijd voor leerlingen om te eten en te drinken. We dragen zorg dat de activiteiten die tijdens de lunch plaatsvinden goed te combineren zijn met het lunchen.</w:t>
      </w:r>
    </w:p>
    <w:p w14:paraId="0E505776" w14:textId="400FEE07" w:rsidR="00726D62" w:rsidRPr="008D354E" w:rsidRDefault="62073390" w:rsidP="00726D62">
      <w:pPr>
        <w:rPr>
          <w:rFonts w:ascii="Calibri" w:hAnsi="Calibri" w:cs="Calibri"/>
        </w:rPr>
      </w:pPr>
      <w:r w:rsidRPr="20D4A194">
        <w:rPr>
          <w:rFonts w:ascii="Calibri" w:hAnsi="Calibri" w:cs="Calibri"/>
          <w:lang w:val="nl-NL"/>
        </w:rPr>
        <w:t>D</w:t>
      </w:r>
      <w:r w:rsidR="00726D62" w:rsidRPr="20D4A194">
        <w:rPr>
          <w:rFonts w:ascii="Calibri" w:hAnsi="Calibri" w:cs="Calibri"/>
          <w:lang w:val="nl-NL"/>
        </w:rPr>
        <w:t>aarnaast</w:t>
      </w:r>
      <w:r w:rsidR="00726D62" w:rsidRPr="008D354E">
        <w:rPr>
          <w:rFonts w:ascii="Calibri" w:hAnsi="Calibri" w:cs="Calibri"/>
          <w:lang w:val="nl-NL"/>
        </w:rPr>
        <w:t xml:space="preserve"> is het ook een mooi moment voor bepaalde onderwijsactiviteiten. </w:t>
      </w:r>
      <w:proofErr w:type="spellStart"/>
      <w:r w:rsidR="00726D62" w:rsidRPr="008D354E">
        <w:rPr>
          <w:rFonts w:ascii="Calibri" w:hAnsi="Calibri" w:cs="Calibri"/>
        </w:rPr>
        <w:t>Hierbij</w:t>
      </w:r>
      <w:proofErr w:type="spellEnd"/>
      <w:r w:rsidR="00726D62" w:rsidRPr="008D354E">
        <w:rPr>
          <w:rFonts w:ascii="Calibri" w:hAnsi="Calibri" w:cs="Calibri"/>
        </w:rPr>
        <w:t xml:space="preserve"> </w:t>
      </w:r>
      <w:proofErr w:type="spellStart"/>
      <w:r w:rsidR="00726D62" w:rsidRPr="008D354E">
        <w:rPr>
          <w:rFonts w:ascii="Calibri" w:hAnsi="Calibri" w:cs="Calibri"/>
        </w:rPr>
        <w:t>denken</w:t>
      </w:r>
      <w:proofErr w:type="spellEnd"/>
      <w:r w:rsidR="00726D62" w:rsidRPr="008D354E">
        <w:rPr>
          <w:rFonts w:ascii="Calibri" w:hAnsi="Calibri" w:cs="Calibri"/>
        </w:rPr>
        <w:t xml:space="preserve"> we </w:t>
      </w:r>
      <w:proofErr w:type="spellStart"/>
      <w:r w:rsidR="00726D62" w:rsidRPr="008D354E">
        <w:rPr>
          <w:rFonts w:ascii="Calibri" w:hAnsi="Calibri" w:cs="Calibri"/>
        </w:rPr>
        <w:t>bijvoorbeeld</w:t>
      </w:r>
      <w:proofErr w:type="spellEnd"/>
      <w:r w:rsidR="00726D62" w:rsidRPr="008D354E">
        <w:rPr>
          <w:rFonts w:ascii="Calibri" w:hAnsi="Calibri" w:cs="Calibri"/>
        </w:rPr>
        <w:t xml:space="preserve"> </w:t>
      </w:r>
      <w:proofErr w:type="spellStart"/>
      <w:r w:rsidR="00726D62" w:rsidRPr="008D354E">
        <w:rPr>
          <w:rFonts w:ascii="Calibri" w:hAnsi="Calibri" w:cs="Calibri"/>
        </w:rPr>
        <w:t>aan</w:t>
      </w:r>
      <w:proofErr w:type="spellEnd"/>
      <w:r w:rsidR="00726D62" w:rsidRPr="008D354E">
        <w:rPr>
          <w:rFonts w:ascii="Calibri" w:hAnsi="Calibri" w:cs="Calibri"/>
        </w:rPr>
        <w:t>:</w:t>
      </w:r>
    </w:p>
    <w:p w14:paraId="3B3806DC" w14:textId="77777777" w:rsidR="00726D62" w:rsidRPr="008D354E" w:rsidRDefault="00726D62" w:rsidP="00726D62">
      <w:pPr>
        <w:pStyle w:val="Lijstalinea"/>
        <w:numPr>
          <w:ilvl w:val="0"/>
          <w:numId w:val="27"/>
        </w:numPr>
        <w:spacing w:after="0" w:line="240" w:lineRule="auto"/>
        <w:rPr>
          <w:rFonts w:ascii="Calibri" w:hAnsi="Calibri" w:cs="Calibri"/>
          <w:lang w:val="nl-NL"/>
        </w:rPr>
      </w:pPr>
      <w:r w:rsidRPr="008D354E">
        <w:rPr>
          <w:rFonts w:ascii="Calibri" w:hAnsi="Calibri" w:cs="Calibri"/>
          <w:lang w:val="nl-NL"/>
        </w:rPr>
        <w:t>groepsgesprekken in het kader van sociale redzaamheid en weerbaarheid (normen en waarden, ook tijdens het eten);</w:t>
      </w:r>
    </w:p>
    <w:p w14:paraId="6F6BFA37" w14:textId="77777777" w:rsidR="00726D62" w:rsidRPr="008D354E" w:rsidRDefault="00726D62" w:rsidP="00726D62">
      <w:pPr>
        <w:pStyle w:val="Lijstalinea"/>
        <w:numPr>
          <w:ilvl w:val="0"/>
          <w:numId w:val="27"/>
        </w:numPr>
        <w:spacing w:after="0" w:line="240" w:lineRule="auto"/>
        <w:rPr>
          <w:rFonts w:ascii="Calibri" w:hAnsi="Calibri" w:cs="Calibri"/>
          <w:lang w:val="nl-NL"/>
        </w:rPr>
      </w:pPr>
      <w:r w:rsidRPr="008D354E">
        <w:rPr>
          <w:rFonts w:ascii="Calibri" w:hAnsi="Calibri" w:cs="Calibri"/>
          <w:lang w:val="nl-NL"/>
        </w:rPr>
        <w:t>groepsgesprekken over sociale integratie en burgerschap (met eventuele ondersteuning van het NOS Jeugdjournaal, Nieuws uit de natuur etc.);</w:t>
      </w:r>
    </w:p>
    <w:p w14:paraId="1C6AF716" w14:textId="1F0F22BE" w:rsidR="00726D62" w:rsidRPr="008D354E" w:rsidRDefault="00726D62" w:rsidP="00726D62">
      <w:pPr>
        <w:pStyle w:val="Lijstalinea"/>
        <w:numPr>
          <w:ilvl w:val="0"/>
          <w:numId w:val="27"/>
        </w:numPr>
        <w:spacing w:after="0" w:line="240" w:lineRule="auto"/>
        <w:rPr>
          <w:rFonts w:ascii="Calibri" w:hAnsi="Calibri" w:cs="Calibri"/>
          <w:lang w:val="nl-NL"/>
        </w:rPr>
      </w:pPr>
      <w:r w:rsidRPr="008D354E">
        <w:rPr>
          <w:rFonts w:ascii="Calibri" w:hAnsi="Calibri" w:cs="Calibri"/>
          <w:lang w:val="nl-NL"/>
        </w:rPr>
        <w:t xml:space="preserve">groepsgesprekken over de Kanjer methode </w:t>
      </w:r>
    </w:p>
    <w:p w14:paraId="4E95B812" w14:textId="77777777" w:rsidR="00726D62" w:rsidRPr="008D354E" w:rsidRDefault="00726D62" w:rsidP="00726D62">
      <w:pPr>
        <w:pStyle w:val="Lijstalinea"/>
        <w:numPr>
          <w:ilvl w:val="0"/>
          <w:numId w:val="27"/>
        </w:numPr>
        <w:spacing w:after="0" w:line="240" w:lineRule="auto"/>
        <w:rPr>
          <w:rFonts w:ascii="Calibri" w:hAnsi="Calibri" w:cs="Calibri"/>
        </w:rPr>
      </w:pPr>
      <w:proofErr w:type="spellStart"/>
      <w:r w:rsidRPr="692CB0CB">
        <w:rPr>
          <w:rFonts w:ascii="Calibri" w:hAnsi="Calibri" w:cs="Calibri"/>
        </w:rPr>
        <w:t>spreekbeurten</w:t>
      </w:r>
      <w:proofErr w:type="spellEnd"/>
      <w:r w:rsidRPr="692CB0CB">
        <w:rPr>
          <w:rFonts w:ascii="Calibri" w:hAnsi="Calibri" w:cs="Calibri"/>
        </w:rPr>
        <w:t xml:space="preserve"> </w:t>
      </w:r>
      <w:proofErr w:type="spellStart"/>
      <w:r w:rsidRPr="692CB0CB">
        <w:rPr>
          <w:rFonts w:ascii="Calibri" w:hAnsi="Calibri" w:cs="Calibri"/>
        </w:rPr>
        <w:t>en</w:t>
      </w:r>
      <w:proofErr w:type="spellEnd"/>
      <w:r w:rsidRPr="692CB0CB">
        <w:rPr>
          <w:rFonts w:ascii="Calibri" w:hAnsi="Calibri" w:cs="Calibri"/>
        </w:rPr>
        <w:t xml:space="preserve"> </w:t>
      </w:r>
      <w:proofErr w:type="spellStart"/>
      <w:r w:rsidRPr="692CB0CB">
        <w:rPr>
          <w:rFonts w:ascii="Calibri" w:hAnsi="Calibri" w:cs="Calibri"/>
        </w:rPr>
        <w:t>presentaties</w:t>
      </w:r>
      <w:proofErr w:type="spellEnd"/>
      <w:r w:rsidRPr="692CB0CB">
        <w:rPr>
          <w:rFonts w:ascii="Calibri" w:hAnsi="Calibri" w:cs="Calibri"/>
        </w:rPr>
        <w:t>;</w:t>
      </w:r>
    </w:p>
    <w:p w14:paraId="60C36367" w14:textId="22B48A2C" w:rsidR="00726D62" w:rsidRPr="008D354E" w:rsidRDefault="00726D62" w:rsidP="00726D62">
      <w:pPr>
        <w:pStyle w:val="Lijstalinea"/>
        <w:numPr>
          <w:ilvl w:val="0"/>
          <w:numId w:val="27"/>
        </w:numPr>
        <w:spacing w:after="0" w:line="240" w:lineRule="auto"/>
        <w:rPr>
          <w:rFonts w:ascii="Calibri" w:hAnsi="Calibri" w:cs="Calibri"/>
          <w:lang w:val="nl-NL"/>
        </w:rPr>
      </w:pPr>
      <w:r w:rsidRPr="008D354E">
        <w:rPr>
          <w:rFonts w:ascii="Calibri" w:hAnsi="Calibri" w:cs="Calibri"/>
          <w:lang w:val="nl-NL"/>
        </w:rPr>
        <w:t xml:space="preserve">ontspannings-/concentratieactiviteiten </w:t>
      </w:r>
    </w:p>
    <w:p w14:paraId="51D8EC04" w14:textId="77777777" w:rsidR="00726D62" w:rsidRPr="008D354E" w:rsidRDefault="00726D62" w:rsidP="00726D62">
      <w:pPr>
        <w:rPr>
          <w:rFonts w:ascii="Calibri" w:hAnsi="Calibri" w:cs="Calibri"/>
          <w:lang w:val="nl-NL"/>
        </w:rPr>
      </w:pPr>
    </w:p>
    <w:p w14:paraId="40259975" w14:textId="6BE91E35" w:rsidR="00726D62" w:rsidRPr="008D354E" w:rsidRDefault="00726D62" w:rsidP="00726D62">
      <w:pPr>
        <w:rPr>
          <w:rFonts w:ascii="Calibri" w:hAnsi="Calibri" w:cs="Calibri"/>
          <w:lang w:val="nl-NL"/>
        </w:rPr>
      </w:pPr>
      <w:r w:rsidRPr="008D354E">
        <w:rPr>
          <w:rFonts w:ascii="Calibri" w:hAnsi="Calibri" w:cs="Calibri"/>
          <w:lang w:val="nl-NL"/>
        </w:rPr>
        <w:t>Bovenstaande activiteiten zijn slechts een voorbeeld. In ons verantwoordingsdocument staan nog meer kerndoelen en activiteiten die plaats kunnen vinden.</w:t>
      </w:r>
    </w:p>
    <w:p w14:paraId="1C485B77" w14:textId="0ABE81B5" w:rsidR="003B680B" w:rsidRPr="00027051" w:rsidRDefault="003B680B" w:rsidP="00A94D9A">
      <w:pPr>
        <w:pStyle w:val="Kop2"/>
        <w:rPr>
          <w:lang w:val="nl-NL"/>
        </w:rPr>
      </w:pPr>
      <w:bookmarkStart w:id="19" w:name="_Toc201002760"/>
      <w:bookmarkStart w:id="20" w:name="_Toc207190172"/>
      <w:r w:rsidRPr="00B16615">
        <w:rPr>
          <w:lang w:val="nl-NL"/>
        </w:rPr>
        <w:t>2.3 Groepsindeling</w:t>
      </w:r>
      <w:bookmarkEnd w:id="19"/>
      <w:bookmarkEnd w:id="20"/>
      <w:r w:rsidRPr="00B16615">
        <w:rPr>
          <w:lang w:val="nl-NL"/>
        </w:rPr>
        <w:t xml:space="preserve"> </w:t>
      </w:r>
    </w:p>
    <w:p w14:paraId="040BB9CF" w14:textId="4EA29D2F" w:rsidR="003B680B" w:rsidRPr="00AD0354" w:rsidRDefault="003B680B" w:rsidP="003B680B">
      <w:pPr>
        <w:spacing w:after="3" w:line="248" w:lineRule="auto"/>
        <w:ind w:left="-5" w:right="6" w:hanging="10"/>
        <w:rPr>
          <w:rFonts w:ascii="Calibri" w:hAnsi="Calibri" w:cs="Calibri"/>
          <w:lang w:val="nl-NL"/>
        </w:rPr>
      </w:pPr>
      <w:r w:rsidRPr="00AD0354">
        <w:rPr>
          <w:rFonts w:ascii="Calibri" w:hAnsi="Calibri" w:cs="Calibri"/>
          <w:lang w:val="nl-NL"/>
        </w:rPr>
        <w:t xml:space="preserve">Bij </w:t>
      </w:r>
      <w:r w:rsidR="00A94D9A">
        <w:rPr>
          <w:rFonts w:ascii="Calibri" w:hAnsi="Calibri" w:cs="Calibri"/>
          <w:lang w:val="nl-NL"/>
        </w:rPr>
        <w:t xml:space="preserve">het </w:t>
      </w:r>
      <w:r w:rsidRPr="00AD0354">
        <w:rPr>
          <w:rFonts w:ascii="Calibri" w:hAnsi="Calibri" w:cs="Calibri"/>
          <w:lang w:val="nl-NL"/>
        </w:rPr>
        <w:t>indel</w:t>
      </w:r>
      <w:r w:rsidR="00A94D9A">
        <w:rPr>
          <w:rFonts w:ascii="Calibri" w:hAnsi="Calibri" w:cs="Calibri"/>
          <w:lang w:val="nl-NL"/>
        </w:rPr>
        <w:t>en van de groepen</w:t>
      </w:r>
      <w:r w:rsidRPr="00AD0354">
        <w:rPr>
          <w:rFonts w:ascii="Calibri" w:hAnsi="Calibri" w:cs="Calibri"/>
          <w:lang w:val="nl-NL"/>
        </w:rPr>
        <w:t xml:space="preserve"> gaan we, waar mogelijk, uit van jaargroepen. Dat betekent dat we in principe kinderen van dezelfde leeftijd bij elkaar in een groep plaatsen. Dit doen we vanuit effectiviteit en vanuit sociaal oogpunt. Binnen de jaargroepen wordt er gedifferentieerd. Er is voor de meer begaafde kinderen een aanvullend programma binnen (en buiten - Plato) de </w:t>
      </w:r>
      <w:r w:rsidRPr="00AD0354">
        <w:rPr>
          <w:rFonts w:ascii="Calibri" w:hAnsi="Calibri" w:cs="Calibri"/>
          <w:lang w:val="nl-NL"/>
        </w:rPr>
        <w:lastRenderedPageBreak/>
        <w:t xml:space="preserve">school. Tevens zijn er aan kinderen, die moeite hebben met de basisstof, individuele programma’s aan te bieden en krijgen ze ondersteuning. </w:t>
      </w:r>
    </w:p>
    <w:p w14:paraId="50E3DB3E" w14:textId="77777777" w:rsidR="003B680B" w:rsidRPr="00AD0354" w:rsidRDefault="003B680B" w:rsidP="003B680B">
      <w:pPr>
        <w:spacing w:after="0"/>
        <w:rPr>
          <w:rFonts w:ascii="Calibri" w:hAnsi="Calibri" w:cs="Calibri"/>
          <w:lang w:val="nl-NL"/>
        </w:rPr>
      </w:pPr>
      <w:r w:rsidRPr="00AD0354">
        <w:rPr>
          <w:rFonts w:ascii="Calibri" w:hAnsi="Calibri" w:cs="Calibri"/>
          <w:lang w:val="nl-NL"/>
        </w:rPr>
        <w:t xml:space="preserve"> </w:t>
      </w:r>
    </w:p>
    <w:p w14:paraId="093BBF2F" w14:textId="36FCB2B4" w:rsidR="003B680B" w:rsidRPr="00E377E0" w:rsidRDefault="003B680B" w:rsidP="00E377E0">
      <w:pPr>
        <w:spacing w:after="3" w:line="248" w:lineRule="auto"/>
        <w:ind w:left="-5" w:right="6" w:hanging="10"/>
        <w:rPr>
          <w:rFonts w:ascii="Calibri" w:hAnsi="Calibri" w:cs="Calibri"/>
          <w:lang w:val="nl-NL"/>
        </w:rPr>
      </w:pPr>
      <w:r w:rsidRPr="00AD0354">
        <w:rPr>
          <w:rFonts w:ascii="Calibri" w:hAnsi="Calibri" w:cs="Calibri"/>
          <w:lang w:val="nl-NL"/>
        </w:rPr>
        <w:t xml:space="preserve">De meeste kinderen stromen binnen in groep 1 en zullen in groep 8 onze </w:t>
      </w:r>
      <w:r w:rsidR="53F4EF96" w:rsidRPr="3296F1BC">
        <w:rPr>
          <w:rFonts w:ascii="Calibri" w:hAnsi="Calibri" w:cs="Calibri"/>
          <w:lang w:val="nl-NL"/>
        </w:rPr>
        <w:t>school</w:t>
      </w:r>
      <w:r w:rsidR="00856306">
        <w:rPr>
          <w:rFonts w:ascii="Calibri" w:hAnsi="Calibri" w:cs="Calibri"/>
          <w:lang w:val="nl-NL"/>
        </w:rPr>
        <w:t xml:space="preserve"> </w:t>
      </w:r>
      <w:r w:rsidR="53F4EF96" w:rsidRPr="3296F1BC">
        <w:rPr>
          <w:rFonts w:ascii="Calibri" w:hAnsi="Calibri" w:cs="Calibri"/>
          <w:lang w:val="nl-NL"/>
        </w:rPr>
        <w:t>verlaten</w:t>
      </w:r>
      <w:r w:rsidRPr="3296F1BC">
        <w:rPr>
          <w:rFonts w:ascii="Calibri" w:hAnsi="Calibri" w:cs="Calibri"/>
          <w:lang w:val="nl-NL"/>
        </w:rPr>
        <w:t>.</w:t>
      </w:r>
      <w:r w:rsidRPr="00AD0354">
        <w:rPr>
          <w:rFonts w:ascii="Calibri" w:hAnsi="Calibri" w:cs="Calibri"/>
          <w:lang w:val="nl-NL"/>
        </w:rPr>
        <w:t xml:space="preserve"> Tijdens deze basisschoolperiode is het mogelijk dat niet alle kinderen altijd in dezelfde groep blijven zitten. Vooral bij een groot leerlingaantal per groep, zal er steeds gekeken worden wat het beste is voor de kinderen. Deze expertise ligt bij onze leerkrachten, die een goed zicht hebben op wat de kinderen nodig hebben. Indien er sprake is van een splitsing van een groep of samenvoeging van een groep, dan zal de leerkracht bepalen, vanuit deze expertise, welke kinderen in welke groep geplaatst worden. De groepen komen tot stand door te kijken naar het aantal moeilijkere thuissituaties, vriendjes in de groep, werkhouding van kinderen, de zorgzwaarte in de groep, etc. Wij streven ernaar om steeds de beste combinaties te maken. Hierin zullen wij nooit toezeggingen doen.  </w:t>
      </w:r>
    </w:p>
    <w:p w14:paraId="0A809D33" w14:textId="7878FC00" w:rsidR="003B680B" w:rsidRPr="00F01621" w:rsidRDefault="003B680B" w:rsidP="00F01621">
      <w:pPr>
        <w:pStyle w:val="Kop3"/>
        <w:rPr>
          <w:lang w:val="nl-NL"/>
        </w:rPr>
      </w:pPr>
      <w:bookmarkStart w:id="21" w:name="_Toc201002761"/>
      <w:bookmarkStart w:id="22" w:name="_Toc207190173"/>
      <w:r w:rsidRPr="00B16615">
        <w:rPr>
          <w:lang w:val="nl-NL"/>
        </w:rPr>
        <w:t>Lestijden</w:t>
      </w:r>
      <w:bookmarkEnd w:id="21"/>
      <w:bookmarkEnd w:id="22"/>
      <w:r w:rsidRPr="00B16615">
        <w:rPr>
          <w:lang w:val="nl-NL"/>
        </w:rPr>
        <w:t xml:space="preserve"> </w:t>
      </w:r>
    </w:p>
    <w:tbl>
      <w:tblPr>
        <w:tblStyle w:val="Tabelraster1"/>
        <w:tblW w:w="3079" w:type="dxa"/>
        <w:tblInd w:w="0" w:type="dxa"/>
        <w:tblLook w:val="04A0" w:firstRow="1" w:lastRow="0" w:firstColumn="1" w:lastColumn="0" w:noHBand="0" w:noVBand="1"/>
      </w:tblPr>
      <w:tblGrid>
        <w:gridCol w:w="1416"/>
        <w:gridCol w:w="1663"/>
      </w:tblGrid>
      <w:tr w:rsidR="003B680B" w:rsidRPr="00AD0354" w14:paraId="37CDEC9C" w14:textId="77777777">
        <w:trPr>
          <w:trHeight w:val="247"/>
        </w:trPr>
        <w:tc>
          <w:tcPr>
            <w:tcW w:w="1416" w:type="dxa"/>
            <w:tcBorders>
              <w:top w:val="nil"/>
              <w:left w:val="nil"/>
              <w:bottom w:val="nil"/>
              <w:right w:val="nil"/>
            </w:tcBorders>
          </w:tcPr>
          <w:p w14:paraId="031B7649" w14:textId="77777777" w:rsidR="003B680B" w:rsidRPr="00AD0354" w:rsidRDefault="003B680B">
            <w:pPr>
              <w:rPr>
                <w:rFonts w:ascii="Calibri" w:hAnsi="Calibri" w:cs="Calibri"/>
                <w:sz w:val="22"/>
                <w:szCs w:val="22"/>
              </w:rPr>
            </w:pPr>
            <w:proofErr w:type="spellStart"/>
            <w:r w:rsidRPr="00AD0354">
              <w:rPr>
                <w:rFonts w:ascii="Calibri" w:hAnsi="Calibri" w:cs="Calibri"/>
                <w:sz w:val="22"/>
                <w:szCs w:val="22"/>
                <w:lang w:val="en-US"/>
              </w:rPr>
              <w:t>Maandag</w:t>
            </w:r>
            <w:proofErr w:type="spellEnd"/>
            <w:r w:rsidRPr="00AD0354">
              <w:rPr>
                <w:rFonts w:ascii="Calibri" w:hAnsi="Calibri" w:cs="Calibri"/>
                <w:sz w:val="22"/>
                <w:szCs w:val="22"/>
                <w:lang w:val="en-US"/>
              </w:rPr>
              <w:t xml:space="preserve">: </w:t>
            </w:r>
          </w:p>
        </w:tc>
        <w:tc>
          <w:tcPr>
            <w:tcW w:w="1663" w:type="dxa"/>
            <w:tcBorders>
              <w:top w:val="nil"/>
              <w:left w:val="nil"/>
              <w:bottom w:val="nil"/>
              <w:right w:val="nil"/>
            </w:tcBorders>
          </w:tcPr>
          <w:p w14:paraId="4F95904E" w14:textId="397505AD" w:rsidR="003B680B" w:rsidRPr="00AD0354" w:rsidRDefault="003B680B">
            <w:pPr>
              <w:jc w:val="both"/>
              <w:rPr>
                <w:rFonts w:ascii="Calibri" w:hAnsi="Calibri" w:cs="Calibri"/>
                <w:sz w:val="22"/>
                <w:szCs w:val="22"/>
              </w:rPr>
            </w:pPr>
            <w:r w:rsidRPr="00AD0354">
              <w:rPr>
                <w:rFonts w:ascii="Calibri" w:hAnsi="Calibri" w:cs="Calibri"/>
                <w:sz w:val="22"/>
                <w:szCs w:val="22"/>
                <w:lang w:val="en-US"/>
              </w:rPr>
              <w:t>08.</w:t>
            </w:r>
            <w:r w:rsidR="00F01621">
              <w:rPr>
                <w:rFonts w:ascii="Calibri" w:hAnsi="Calibri" w:cs="Calibri"/>
                <w:sz w:val="22"/>
                <w:szCs w:val="22"/>
                <w:lang w:val="en-US"/>
              </w:rPr>
              <w:t>30</w:t>
            </w:r>
            <w:r w:rsidRPr="00AD0354">
              <w:rPr>
                <w:rFonts w:ascii="Calibri" w:hAnsi="Calibri" w:cs="Calibri"/>
                <w:sz w:val="22"/>
                <w:szCs w:val="22"/>
                <w:lang w:val="en-US"/>
              </w:rPr>
              <w:t xml:space="preserve"> – 14.15 </w:t>
            </w:r>
            <w:proofErr w:type="spellStart"/>
            <w:r w:rsidRPr="00AD0354">
              <w:rPr>
                <w:rFonts w:ascii="Calibri" w:hAnsi="Calibri" w:cs="Calibri"/>
                <w:sz w:val="22"/>
                <w:szCs w:val="22"/>
                <w:lang w:val="en-US"/>
              </w:rPr>
              <w:t>uur</w:t>
            </w:r>
            <w:proofErr w:type="spellEnd"/>
            <w:r w:rsidRPr="00AD0354">
              <w:rPr>
                <w:rFonts w:ascii="Calibri" w:hAnsi="Calibri" w:cs="Calibri"/>
                <w:sz w:val="22"/>
                <w:szCs w:val="22"/>
                <w:lang w:val="en-US"/>
              </w:rPr>
              <w:t xml:space="preserve">  </w:t>
            </w:r>
          </w:p>
        </w:tc>
      </w:tr>
      <w:tr w:rsidR="003B680B" w:rsidRPr="00AD0354" w14:paraId="1882B4F2" w14:textId="77777777">
        <w:trPr>
          <w:trHeight w:val="269"/>
        </w:trPr>
        <w:tc>
          <w:tcPr>
            <w:tcW w:w="1416" w:type="dxa"/>
            <w:tcBorders>
              <w:top w:val="nil"/>
              <w:left w:val="nil"/>
              <w:bottom w:val="nil"/>
              <w:right w:val="nil"/>
            </w:tcBorders>
          </w:tcPr>
          <w:p w14:paraId="71FAF935" w14:textId="77777777" w:rsidR="003B680B" w:rsidRPr="00AD0354" w:rsidRDefault="003B680B">
            <w:pPr>
              <w:rPr>
                <w:rFonts w:ascii="Calibri" w:hAnsi="Calibri" w:cs="Calibri"/>
                <w:sz w:val="22"/>
                <w:szCs w:val="22"/>
              </w:rPr>
            </w:pPr>
            <w:proofErr w:type="spellStart"/>
            <w:r w:rsidRPr="00AD0354">
              <w:rPr>
                <w:rFonts w:ascii="Calibri" w:hAnsi="Calibri" w:cs="Calibri"/>
                <w:sz w:val="22"/>
                <w:szCs w:val="22"/>
                <w:lang w:val="en-US"/>
              </w:rPr>
              <w:t>Dinsdag</w:t>
            </w:r>
            <w:proofErr w:type="spellEnd"/>
            <w:r w:rsidRPr="00AD0354">
              <w:rPr>
                <w:rFonts w:ascii="Calibri" w:hAnsi="Calibri" w:cs="Calibri"/>
                <w:sz w:val="22"/>
                <w:szCs w:val="22"/>
                <w:lang w:val="en-US"/>
              </w:rPr>
              <w:t xml:space="preserve">: </w:t>
            </w:r>
          </w:p>
        </w:tc>
        <w:tc>
          <w:tcPr>
            <w:tcW w:w="1663" w:type="dxa"/>
            <w:tcBorders>
              <w:top w:val="nil"/>
              <w:left w:val="nil"/>
              <w:bottom w:val="nil"/>
              <w:right w:val="nil"/>
            </w:tcBorders>
          </w:tcPr>
          <w:p w14:paraId="44374C9B" w14:textId="773E6094" w:rsidR="003B680B" w:rsidRPr="00AD0354" w:rsidRDefault="003B680B">
            <w:pPr>
              <w:jc w:val="both"/>
              <w:rPr>
                <w:rFonts w:ascii="Calibri" w:hAnsi="Calibri" w:cs="Calibri"/>
                <w:sz w:val="22"/>
                <w:szCs w:val="22"/>
              </w:rPr>
            </w:pPr>
            <w:r w:rsidRPr="00AD0354">
              <w:rPr>
                <w:rFonts w:ascii="Calibri" w:hAnsi="Calibri" w:cs="Calibri"/>
                <w:sz w:val="22"/>
                <w:szCs w:val="22"/>
                <w:lang w:val="en-US"/>
              </w:rPr>
              <w:t>08.</w:t>
            </w:r>
            <w:r w:rsidR="00F01621">
              <w:rPr>
                <w:rFonts w:ascii="Calibri" w:hAnsi="Calibri" w:cs="Calibri"/>
                <w:sz w:val="22"/>
                <w:szCs w:val="22"/>
                <w:lang w:val="en-US"/>
              </w:rPr>
              <w:t>3</w:t>
            </w:r>
            <w:r w:rsidRPr="00AD0354">
              <w:rPr>
                <w:rFonts w:ascii="Calibri" w:hAnsi="Calibri" w:cs="Calibri"/>
                <w:sz w:val="22"/>
                <w:szCs w:val="22"/>
                <w:lang w:val="en-US"/>
              </w:rPr>
              <w:t xml:space="preserve">0 – 14.15 </w:t>
            </w:r>
            <w:proofErr w:type="spellStart"/>
            <w:r w:rsidRPr="00AD0354">
              <w:rPr>
                <w:rFonts w:ascii="Calibri" w:hAnsi="Calibri" w:cs="Calibri"/>
                <w:sz w:val="22"/>
                <w:szCs w:val="22"/>
                <w:lang w:val="en-US"/>
              </w:rPr>
              <w:t>uur</w:t>
            </w:r>
            <w:proofErr w:type="spellEnd"/>
            <w:r w:rsidRPr="00AD0354">
              <w:rPr>
                <w:rFonts w:ascii="Calibri" w:hAnsi="Calibri" w:cs="Calibri"/>
                <w:sz w:val="22"/>
                <w:szCs w:val="22"/>
                <w:lang w:val="en-US"/>
              </w:rPr>
              <w:t xml:space="preserve">  </w:t>
            </w:r>
          </w:p>
        </w:tc>
      </w:tr>
      <w:tr w:rsidR="003B680B" w:rsidRPr="00AD0354" w14:paraId="34BE6952" w14:textId="77777777">
        <w:trPr>
          <w:trHeight w:val="269"/>
        </w:trPr>
        <w:tc>
          <w:tcPr>
            <w:tcW w:w="1416" w:type="dxa"/>
            <w:tcBorders>
              <w:top w:val="nil"/>
              <w:left w:val="nil"/>
              <w:bottom w:val="nil"/>
              <w:right w:val="nil"/>
            </w:tcBorders>
          </w:tcPr>
          <w:p w14:paraId="69646B33" w14:textId="77777777" w:rsidR="003B680B" w:rsidRPr="00AD0354" w:rsidRDefault="003B680B">
            <w:pPr>
              <w:rPr>
                <w:rFonts w:ascii="Calibri" w:hAnsi="Calibri" w:cs="Calibri"/>
                <w:sz w:val="22"/>
                <w:szCs w:val="22"/>
              </w:rPr>
            </w:pPr>
            <w:proofErr w:type="spellStart"/>
            <w:r w:rsidRPr="00AD0354">
              <w:rPr>
                <w:rFonts w:ascii="Calibri" w:hAnsi="Calibri" w:cs="Calibri"/>
                <w:sz w:val="22"/>
                <w:szCs w:val="22"/>
                <w:lang w:val="en-US"/>
              </w:rPr>
              <w:t>Woensdag</w:t>
            </w:r>
            <w:proofErr w:type="spellEnd"/>
            <w:r w:rsidRPr="00AD0354">
              <w:rPr>
                <w:rFonts w:ascii="Calibri" w:hAnsi="Calibri" w:cs="Calibri"/>
                <w:sz w:val="22"/>
                <w:szCs w:val="22"/>
                <w:lang w:val="en-US"/>
              </w:rPr>
              <w:t xml:space="preserve">: </w:t>
            </w:r>
          </w:p>
        </w:tc>
        <w:tc>
          <w:tcPr>
            <w:tcW w:w="1663" w:type="dxa"/>
            <w:tcBorders>
              <w:top w:val="nil"/>
              <w:left w:val="nil"/>
              <w:bottom w:val="nil"/>
              <w:right w:val="nil"/>
            </w:tcBorders>
          </w:tcPr>
          <w:p w14:paraId="4C7161B6" w14:textId="7C7DD50B" w:rsidR="003B680B" w:rsidRPr="00AD0354" w:rsidRDefault="003B680B">
            <w:pPr>
              <w:jc w:val="both"/>
              <w:rPr>
                <w:rFonts w:ascii="Calibri" w:hAnsi="Calibri" w:cs="Calibri"/>
                <w:sz w:val="22"/>
                <w:szCs w:val="22"/>
              </w:rPr>
            </w:pPr>
            <w:r w:rsidRPr="00AD0354">
              <w:rPr>
                <w:rFonts w:ascii="Calibri" w:hAnsi="Calibri" w:cs="Calibri"/>
                <w:sz w:val="22"/>
                <w:szCs w:val="22"/>
                <w:lang w:val="en-US"/>
              </w:rPr>
              <w:t>08.</w:t>
            </w:r>
            <w:r w:rsidR="00F01621">
              <w:rPr>
                <w:rFonts w:ascii="Calibri" w:hAnsi="Calibri" w:cs="Calibri"/>
                <w:sz w:val="22"/>
                <w:szCs w:val="22"/>
                <w:lang w:val="en-US"/>
              </w:rPr>
              <w:t>3</w:t>
            </w:r>
            <w:r w:rsidRPr="00AD0354">
              <w:rPr>
                <w:rFonts w:ascii="Calibri" w:hAnsi="Calibri" w:cs="Calibri"/>
                <w:sz w:val="22"/>
                <w:szCs w:val="22"/>
                <w:lang w:val="en-US"/>
              </w:rPr>
              <w:t xml:space="preserve">0 – 12.30 </w:t>
            </w:r>
            <w:proofErr w:type="spellStart"/>
            <w:r w:rsidRPr="00AD0354">
              <w:rPr>
                <w:rFonts w:ascii="Calibri" w:hAnsi="Calibri" w:cs="Calibri"/>
                <w:sz w:val="22"/>
                <w:szCs w:val="22"/>
                <w:lang w:val="en-US"/>
              </w:rPr>
              <w:t>uur</w:t>
            </w:r>
            <w:proofErr w:type="spellEnd"/>
            <w:r w:rsidRPr="00AD0354">
              <w:rPr>
                <w:rFonts w:ascii="Calibri" w:hAnsi="Calibri" w:cs="Calibri"/>
                <w:sz w:val="22"/>
                <w:szCs w:val="22"/>
                <w:lang w:val="en-US"/>
              </w:rPr>
              <w:t xml:space="preserve">  </w:t>
            </w:r>
          </w:p>
        </w:tc>
      </w:tr>
      <w:tr w:rsidR="003B680B" w:rsidRPr="00AD0354" w14:paraId="50A325D7" w14:textId="77777777">
        <w:trPr>
          <w:trHeight w:val="269"/>
        </w:trPr>
        <w:tc>
          <w:tcPr>
            <w:tcW w:w="1416" w:type="dxa"/>
            <w:tcBorders>
              <w:top w:val="nil"/>
              <w:left w:val="nil"/>
              <w:bottom w:val="nil"/>
              <w:right w:val="nil"/>
            </w:tcBorders>
          </w:tcPr>
          <w:p w14:paraId="07DB3F57" w14:textId="77777777" w:rsidR="003B680B" w:rsidRPr="00AD0354" w:rsidRDefault="003B680B">
            <w:pPr>
              <w:rPr>
                <w:rFonts w:ascii="Calibri" w:hAnsi="Calibri" w:cs="Calibri"/>
                <w:sz w:val="22"/>
                <w:szCs w:val="22"/>
              </w:rPr>
            </w:pPr>
            <w:proofErr w:type="spellStart"/>
            <w:r w:rsidRPr="00AD0354">
              <w:rPr>
                <w:rFonts w:ascii="Calibri" w:hAnsi="Calibri" w:cs="Calibri"/>
                <w:sz w:val="22"/>
                <w:szCs w:val="22"/>
                <w:lang w:val="en-US"/>
              </w:rPr>
              <w:t>Donderdag</w:t>
            </w:r>
            <w:proofErr w:type="spellEnd"/>
            <w:r w:rsidRPr="00AD0354">
              <w:rPr>
                <w:rFonts w:ascii="Calibri" w:hAnsi="Calibri" w:cs="Calibri"/>
                <w:sz w:val="22"/>
                <w:szCs w:val="22"/>
                <w:lang w:val="en-US"/>
              </w:rPr>
              <w:t xml:space="preserve">: </w:t>
            </w:r>
          </w:p>
        </w:tc>
        <w:tc>
          <w:tcPr>
            <w:tcW w:w="1663" w:type="dxa"/>
            <w:tcBorders>
              <w:top w:val="nil"/>
              <w:left w:val="nil"/>
              <w:bottom w:val="nil"/>
              <w:right w:val="nil"/>
            </w:tcBorders>
          </w:tcPr>
          <w:p w14:paraId="0119AA33" w14:textId="28FBC52D" w:rsidR="003B680B" w:rsidRPr="00AD0354" w:rsidRDefault="003B680B">
            <w:pPr>
              <w:jc w:val="both"/>
              <w:rPr>
                <w:rFonts w:ascii="Calibri" w:hAnsi="Calibri" w:cs="Calibri"/>
                <w:sz w:val="22"/>
                <w:szCs w:val="22"/>
              </w:rPr>
            </w:pPr>
            <w:r w:rsidRPr="00AD0354">
              <w:rPr>
                <w:rFonts w:ascii="Calibri" w:hAnsi="Calibri" w:cs="Calibri"/>
                <w:sz w:val="22"/>
                <w:szCs w:val="22"/>
                <w:lang w:val="en-US"/>
              </w:rPr>
              <w:t>08.</w:t>
            </w:r>
            <w:r w:rsidR="00F01621">
              <w:rPr>
                <w:rFonts w:ascii="Calibri" w:hAnsi="Calibri" w:cs="Calibri"/>
                <w:sz w:val="22"/>
                <w:szCs w:val="22"/>
                <w:lang w:val="en-US"/>
              </w:rPr>
              <w:t>3</w:t>
            </w:r>
            <w:r w:rsidRPr="00AD0354">
              <w:rPr>
                <w:rFonts w:ascii="Calibri" w:hAnsi="Calibri" w:cs="Calibri"/>
                <w:sz w:val="22"/>
                <w:szCs w:val="22"/>
                <w:lang w:val="en-US"/>
              </w:rPr>
              <w:t xml:space="preserve">0 – 14.15 </w:t>
            </w:r>
            <w:proofErr w:type="spellStart"/>
            <w:r w:rsidRPr="00AD0354">
              <w:rPr>
                <w:rFonts w:ascii="Calibri" w:hAnsi="Calibri" w:cs="Calibri"/>
                <w:sz w:val="22"/>
                <w:szCs w:val="22"/>
                <w:lang w:val="en-US"/>
              </w:rPr>
              <w:t>uur</w:t>
            </w:r>
            <w:proofErr w:type="spellEnd"/>
            <w:r w:rsidRPr="00AD0354">
              <w:rPr>
                <w:rFonts w:ascii="Calibri" w:hAnsi="Calibri" w:cs="Calibri"/>
                <w:sz w:val="22"/>
                <w:szCs w:val="22"/>
                <w:lang w:val="en-US"/>
              </w:rPr>
              <w:t xml:space="preserve">  </w:t>
            </w:r>
          </w:p>
        </w:tc>
      </w:tr>
      <w:tr w:rsidR="003B680B" w:rsidRPr="00AD0354" w14:paraId="5B51D1DE" w14:textId="77777777">
        <w:trPr>
          <w:trHeight w:val="247"/>
        </w:trPr>
        <w:tc>
          <w:tcPr>
            <w:tcW w:w="1416" w:type="dxa"/>
            <w:tcBorders>
              <w:top w:val="nil"/>
              <w:left w:val="nil"/>
              <w:bottom w:val="nil"/>
              <w:right w:val="nil"/>
            </w:tcBorders>
          </w:tcPr>
          <w:p w14:paraId="1DEF959B" w14:textId="77777777" w:rsidR="003B680B" w:rsidRPr="00AD0354" w:rsidRDefault="003B680B">
            <w:pPr>
              <w:rPr>
                <w:rFonts w:ascii="Calibri" w:hAnsi="Calibri" w:cs="Calibri"/>
                <w:sz w:val="22"/>
                <w:szCs w:val="22"/>
              </w:rPr>
            </w:pPr>
            <w:proofErr w:type="spellStart"/>
            <w:r w:rsidRPr="00AD0354">
              <w:rPr>
                <w:rFonts w:ascii="Calibri" w:hAnsi="Calibri" w:cs="Calibri"/>
                <w:sz w:val="22"/>
                <w:szCs w:val="22"/>
                <w:lang w:val="en-US"/>
              </w:rPr>
              <w:t>Vrijdag</w:t>
            </w:r>
            <w:proofErr w:type="spellEnd"/>
            <w:r w:rsidRPr="00AD0354">
              <w:rPr>
                <w:rFonts w:ascii="Calibri" w:hAnsi="Calibri" w:cs="Calibri"/>
                <w:sz w:val="22"/>
                <w:szCs w:val="22"/>
                <w:lang w:val="en-US"/>
              </w:rPr>
              <w:t xml:space="preserve">:  </w:t>
            </w:r>
          </w:p>
        </w:tc>
        <w:tc>
          <w:tcPr>
            <w:tcW w:w="1663" w:type="dxa"/>
            <w:tcBorders>
              <w:top w:val="nil"/>
              <w:left w:val="nil"/>
              <w:bottom w:val="nil"/>
              <w:right w:val="nil"/>
            </w:tcBorders>
          </w:tcPr>
          <w:p w14:paraId="0B4B1ADA" w14:textId="5DBF5A36" w:rsidR="003B680B" w:rsidRPr="00AD0354" w:rsidRDefault="003B680B">
            <w:pPr>
              <w:jc w:val="both"/>
              <w:rPr>
                <w:rFonts w:ascii="Calibri" w:hAnsi="Calibri" w:cs="Calibri"/>
                <w:sz w:val="22"/>
                <w:szCs w:val="22"/>
              </w:rPr>
            </w:pPr>
            <w:r w:rsidRPr="00AD0354">
              <w:rPr>
                <w:rFonts w:ascii="Calibri" w:hAnsi="Calibri" w:cs="Calibri"/>
                <w:sz w:val="22"/>
                <w:szCs w:val="22"/>
                <w:lang w:val="en-US"/>
              </w:rPr>
              <w:t>08.</w:t>
            </w:r>
            <w:r w:rsidR="00F01621">
              <w:rPr>
                <w:rFonts w:ascii="Calibri" w:hAnsi="Calibri" w:cs="Calibri"/>
                <w:sz w:val="22"/>
                <w:szCs w:val="22"/>
                <w:lang w:val="en-US"/>
              </w:rPr>
              <w:t>3</w:t>
            </w:r>
            <w:r w:rsidRPr="00AD0354">
              <w:rPr>
                <w:rFonts w:ascii="Calibri" w:hAnsi="Calibri" w:cs="Calibri"/>
                <w:sz w:val="22"/>
                <w:szCs w:val="22"/>
                <w:lang w:val="en-US"/>
              </w:rPr>
              <w:t xml:space="preserve">0 – 14.15 </w:t>
            </w:r>
            <w:proofErr w:type="spellStart"/>
            <w:r w:rsidRPr="00AD0354">
              <w:rPr>
                <w:rFonts w:ascii="Calibri" w:hAnsi="Calibri" w:cs="Calibri"/>
                <w:sz w:val="22"/>
                <w:szCs w:val="22"/>
                <w:lang w:val="en-US"/>
              </w:rPr>
              <w:t>uur</w:t>
            </w:r>
            <w:proofErr w:type="spellEnd"/>
            <w:r w:rsidRPr="00AD0354">
              <w:rPr>
                <w:rFonts w:ascii="Calibri" w:hAnsi="Calibri" w:cs="Calibri"/>
                <w:sz w:val="22"/>
                <w:szCs w:val="22"/>
                <w:lang w:val="en-US"/>
              </w:rPr>
              <w:t xml:space="preserve"> </w:t>
            </w:r>
          </w:p>
        </w:tc>
      </w:tr>
    </w:tbl>
    <w:p w14:paraId="6CED2616" w14:textId="77777777" w:rsidR="003B680B" w:rsidRPr="00AD0354" w:rsidRDefault="003B680B" w:rsidP="003B680B">
      <w:pPr>
        <w:spacing w:after="0"/>
        <w:rPr>
          <w:rFonts w:ascii="Calibri" w:hAnsi="Calibri" w:cs="Calibri"/>
        </w:rPr>
      </w:pPr>
      <w:r w:rsidRPr="00AD0354">
        <w:rPr>
          <w:rFonts w:ascii="Calibri" w:hAnsi="Calibri" w:cs="Calibri"/>
        </w:rPr>
        <w:t xml:space="preserve"> </w:t>
      </w:r>
    </w:p>
    <w:p w14:paraId="380A253B" w14:textId="2DAFA5BF" w:rsidR="00E377E0" w:rsidRDefault="003B680B" w:rsidP="00E377E0">
      <w:pPr>
        <w:spacing w:after="3" w:line="248" w:lineRule="auto"/>
        <w:ind w:left="-5" w:right="6" w:hanging="10"/>
        <w:rPr>
          <w:rFonts w:ascii="Calibri" w:hAnsi="Calibri" w:cs="Calibri"/>
          <w:lang w:val="nl-NL"/>
        </w:rPr>
      </w:pPr>
      <w:r w:rsidRPr="00AD0354">
        <w:rPr>
          <w:rFonts w:ascii="Calibri" w:hAnsi="Calibri" w:cs="Calibri"/>
          <w:lang w:val="nl-NL"/>
        </w:rPr>
        <w:t>De deuren gaan om 08.</w:t>
      </w:r>
      <w:r w:rsidR="00F01621">
        <w:rPr>
          <w:rFonts w:ascii="Calibri" w:hAnsi="Calibri" w:cs="Calibri"/>
          <w:lang w:val="nl-NL"/>
        </w:rPr>
        <w:t>25</w:t>
      </w:r>
      <w:r w:rsidRPr="00AD0354">
        <w:rPr>
          <w:rFonts w:ascii="Calibri" w:hAnsi="Calibri" w:cs="Calibri"/>
          <w:lang w:val="nl-NL"/>
        </w:rPr>
        <w:t xml:space="preserve"> uur open. </w:t>
      </w:r>
    </w:p>
    <w:p w14:paraId="553076B8" w14:textId="77777777" w:rsidR="00E377E0" w:rsidRPr="00AD0354" w:rsidRDefault="00E377E0" w:rsidP="00E377E0">
      <w:pPr>
        <w:pStyle w:val="Kop3"/>
        <w:rPr>
          <w:lang w:val="nl-NL"/>
        </w:rPr>
      </w:pPr>
      <w:bookmarkStart w:id="23" w:name="_Toc201002762"/>
      <w:bookmarkStart w:id="24" w:name="_Toc207190174"/>
      <w:r w:rsidRPr="00B16615">
        <w:rPr>
          <w:lang w:val="nl-NL"/>
        </w:rPr>
        <w:t>Opvang:</w:t>
      </w:r>
      <w:bookmarkEnd w:id="23"/>
      <w:bookmarkEnd w:id="24"/>
      <w:r w:rsidRPr="00B16615">
        <w:rPr>
          <w:lang w:val="nl-NL"/>
        </w:rPr>
        <w:t xml:space="preserve"> </w:t>
      </w:r>
    </w:p>
    <w:p w14:paraId="4C55B247" w14:textId="467194C7" w:rsidR="003B680B" w:rsidRPr="00AD0354" w:rsidRDefault="00E377E0" w:rsidP="00E377E0">
      <w:pPr>
        <w:spacing w:after="3" w:line="248" w:lineRule="auto"/>
        <w:ind w:left="-5" w:right="6" w:hanging="10"/>
        <w:rPr>
          <w:rFonts w:ascii="Calibri" w:hAnsi="Calibri" w:cs="Calibri"/>
          <w:lang w:val="nl-NL"/>
        </w:rPr>
      </w:pPr>
      <w:r w:rsidRPr="00AD0354">
        <w:rPr>
          <w:rFonts w:ascii="Calibri" w:hAnsi="Calibri" w:cs="Calibri"/>
          <w:lang w:val="nl-NL"/>
        </w:rPr>
        <w:t xml:space="preserve">In de kinderopvang werken wij met verticale groepen. Dit houdt in dat kinderen van verschillende leeftijden hier samen komen. Aan Kindcentrum Emmaschool zijn meerdere opvanglocaties verbonden. </w:t>
      </w:r>
    </w:p>
    <w:p w14:paraId="0EA534E6" w14:textId="2E7A3B00" w:rsidR="003B680B" w:rsidRPr="00071496" w:rsidRDefault="00F01621" w:rsidP="00F01621">
      <w:pPr>
        <w:pStyle w:val="Kop3"/>
        <w:rPr>
          <w:lang w:val="nl-NL"/>
        </w:rPr>
      </w:pPr>
      <w:bookmarkStart w:id="25" w:name="_Toc201002763"/>
      <w:bookmarkStart w:id="26" w:name="_Toc207190175"/>
      <w:r w:rsidRPr="00B16615">
        <w:rPr>
          <w:lang w:val="nl-NL"/>
        </w:rPr>
        <w:t>Tijden van de o</w:t>
      </w:r>
      <w:r w:rsidR="003B680B" w:rsidRPr="00B16615">
        <w:rPr>
          <w:lang w:val="nl-NL"/>
        </w:rPr>
        <w:t>pvang:</w:t>
      </w:r>
      <w:bookmarkEnd w:id="25"/>
      <w:bookmarkEnd w:id="26"/>
      <w:r w:rsidR="003B680B" w:rsidRPr="00B16615">
        <w:rPr>
          <w:lang w:val="nl-NL"/>
        </w:rPr>
        <w:t xml:space="preserve"> </w:t>
      </w:r>
    </w:p>
    <w:p w14:paraId="45D12D23" w14:textId="71B74801" w:rsidR="00942DB7" w:rsidRPr="00E377E0" w:rsidRDefault="003B680B" w:rsidP="00E377E0">
      <w:pPr>
        <w:spacing w:after="3" w:line="248" w:lineRule="auto"/>
        <w:ind w:left="-5" w:right="6" w:hanging="10"/>
        <w:rPr>
          <w:rFonts w:ascii="Calibri" w:hAnsi="Calibri" w:cs="Calibri"/>
          <w:lang w:val="nl-NL"/>
        </w:rPr>
      </w:pPr>
      <w:r w:rsidRPr="00AD0354">
        <w:rPr>
          <w:rFonts w:ascii="Calibri" w:hAnsi="Calibri" w:cs="Calibri"/>
          <w:lang w:val="nl-NL"/>
        </w:rPr>
        <w:t xml:space="preserve">Wij bieden opvang van 7.00 uur tot 18.00 uur. De </w:t>
      </w:r>
      <w:proofErr w:type="spellStart"/>
      <w:r w:rsidRPr="00AD0354">
        <w:rPr>
          <w:rFonts w:ascii="Calibri" w:hAnsi="Calibri" w:cs="Calibri"/>
          <w:lang w:val="nl-NL"/>
        </w:rPr>
        <w:t>opvangdag</w:t>
      </w:r>
      <w:proofErr w:type="spellEnd"/>
      <w:r w:rsidRPr="00AD0354">
        <w:rPr>
          <w:rFonts w:ascii="Calibri" w:hAnsi="Calibri" w:cs="Calibri"/>
          <w:lang w:val="nl-NL"/>
        </w:rPr>
        <w:t xml:space="preserve"> voor de </w:t>
      </w:r>
      <w:proofErr w:type="spellStart"/>
      <w:r w:rsidRPr="20D4A194">
        <w:rPr>
          <w:rFonts w:ascii="Calibri" w:hAnsi="Calibri" w:cs="Calibri"/>
          <w:lang w:val="nl-NL"/>
        </w:rPr>
        <w:t>PeuterOp</w:t>
      </w:r>
      <w:r w:rsidR="7E024956" w:rsidRPr="20D4A194">
        <w:rPr>
          <w:rFonts w:ascii="Calibri" w:hAnsi="Calibri" w:cs="Calibri"/>
          <w:lang w:val="nl-NL"/>
        </w:rPr>
        <w:t>v</w:t>
      </w:r>
      <w:r w:rsidRPr="20D4A194">
        <w:rPr>
          <w:rFonts w:ascii="Calibri" w:hAnsi="Calibri" w:cs="Calibri"/>
          <w:lang w:val="nl-NL"/>
        </w:rPr>
        <w:t>ang</w:t>
      </w:r>
      <w:proofErr w:type="spellEnd"/>
      <w:r w:rsidRPr="00AD0354">
        <w:rPr>
          <w:rFonts w:ascii="Calibri" w:hAnsi="Calibri" w:cs="Calibri"/>
          <w:lang w:val="nl-NL"/>
        </w:rPr>
        <w:t xml:space="preserve"> is van 8.</w:t>
      </w:r>
      <w:r w:rsidR="7D61648B" w:rsidRPr="3296F1BC">
        <w:rPr>
          <w:rFonts w:ascii="Calibri" w:hAnsi="Calibri" w:cs="Calibri"/>
          <w:lang w:val="nl-NL"/>
        </w:rPr>
        <w:t>30</w:t>
      </w:r>
      <w:r w:rsidRPr="00AD0354">
        <w:rPr>
          <w:rFonts w:ascii="Calibri" w:hAnsi="Calibri" w:cs="Calibri"/>
          <w:lang w:val="nl-NL"/>
        </w:rPr>
        <w:t xml:space="preserve"> uur tot 12.</w:t>
      </w:r>
      <w:r w:rsidR="58FD92F3" w:rsidRPr="3296F1BC">
        <w:rPr>
          <w:rFonts w:ascii="Calibri" w:hAnsi="Calibri" w:cs="Calibri"/>
          <w:lang w:val="nl-NL"/>
        </w:rPr>
        <w:t>30</w:t>
      </w:r>
      <w:r w:rsidRPr="00AD0354">
        <w:rPr>
          <w:rFonts w:ascii="Calibri" w:hAnsi="Calibri" w:cs="Calibri"/>
          <w:lang w:val="nl-NL"/>
        </w:rPr>
        <w:t xml:space="preserve"> uur.  </w:t>
      </w:r>
    </w:p>
    <w:p w14:paraId="413CA7D7" w14:textId="0E657BF9" w:rsidR="00942DB7" w:rsidRPr="00942DB7" w:rsidRDefault="00101BEE" w:rsidP="00E377E0">
      <w:pPr>
        <w:pStyle w:val="Kop2"/>
        <w:rPr>
          <w:lang w:val="nl-NL"/>
        </w:rPr>
      </w:pPr>
      <w:bookmarkStart w:id="27" w:name="_Toc201002764"/>
      <w:bookmarkStart w:id="28" w:name="_Toc207190176"/>
      <w:r w:rsidRPr="00B16615">
        <w:rPr>
          <w:lang w:val="nl-NL"/>
        </w:rPr>
        <w:t>2.</w:t>
      </w:r>
      <w:r w:rsidR="00F01621" w:rsidRPr="00B16615">
        <w:rPr>
          <w:lang w:val="nl-NL"/>
        </w:rPr>
        <w:t>4</w:t>
      </w:r>
      <w:r w:rsidRPr="00B16615">
        <w:rPr>
          <w:lang w:val="nl-NL"/>
        </w:rPr>
        <w:t xml:space="preserve"> Hoe wordt er lesgegeven?</w:t>
      </w:r>
      <w:bookmarkEnd w:id="27"/>
      <w:bookmarkEnd w:id="28"/>
    </w:p>
    <w:p w14:paraId="54C234B6" w14:textId="77777777" w:rsidR="00101BEE" w:rsidRPr="00AE52DE" w:rsidRDefault="00101BEE" w:rsidP="00942DB7">
      <w:pPr>
        <w:pStyle w:val="Kop3"/>
        <w:rPr>
          <w:lang w:val="nl-NL"/>
        </w:rPr>
      </w:pPr>
      <w:bookmarkStart w:id="29" w:name="_Toc201002765"/>
      <w:bookmarkStart w:id="30" w:name="_Toc207190177"/>
      <w:r w:rsidRPr="00B16615">
        <w:rPr>
          <w:lang w:val="nl-NL"/>
        </w:rPr>
        <w:t>Expliciete Directe Instructie (EDI)</w:t>
      </w:r>
      <w:bookmarkEnd w:id="29"/>
      <w:bookmarkEnd w:id="30"/>
      <w:r w:rsidRPr="00B16615">
        <w:rPr>
          <w:lang w:val="nl-NL"/>
        </w:rPr>
        <w:t xml:space="preserve">                                                                                                  </w:t>
      </w:r>
    </w:p>
    <w:p w14:paraId="396D0502" w14:textId="6745128D" w:rsidR="00101BEE" w:rsidRPr="008D354E" w:rsidRDefault="00101BEE" w:rsidP="00101BEE">
      <w:pPr>
        <w:spacing w:after="3" w:line="248" w:lineRule="auto"/>
        <w:ind w:left="-5" w:right="6" w:hanging="10"/>
        <w:rPr>
          <w:rFonts w:ascii="Calibri" w:hAnsi="Calibri" w:cs="Calibri"/>
          <w:lang w:val="nl-NL"/>
        </w:rPr>
      </w:pPr>
      <w:r w:rsidRPr="008D354E">
        <w:rPr>
          <w:rFonts w:ascii="Calibri" w:hAnsi="Calibri" w:cs="Calibri"/>
          <w:lang w:val="nl-NL"/>
        </w:rPr>
        <w:t xml:space="preserve">In alle groepen wordt er gewerkt met het EDI-model. Dit is een lesmodel dat uitgaat van de verschillende leervermogens van leerlingen. </w:t>
      </w:r>
    </w:p>
    <w:p w14:paraId="2665DDDE" w14:textId="77777777" w:rsidR="00101BEE" w:rsidRPr="008D354E" w:rsidRDefault="00101BEE" w:rsidP="00101BEE">
      <w:pPr>
        <w:spacing w:after="124" w:line="248" w:lineRule="auto"/>
        <w:ind w:left="-5" w:right="6" w:hanging="10"/>
        <w:rPr>
          <w:rFonts w:ascii="Calibri" w:hAnsi="Calibri" w:cs="Calibri"/>
          <w:lang w:val="nl-NL"/>
        </w:rPr>
      </w:pPr>
      <w:r w:rsidRPr="008D354E">
        <w:rPr>
          <w:rFonts w:ascii="Calibri" w:hAnsi="Calibri" w:cs="Calibri"/>
          <w:lang w:val="nl-NL"/>
        </w:rPr>
        <w:t xml:space="preserve">Het EDI-model ondersteunt leerlingen bij het stapsgewijs en actief eigen maken van de lesstof. Sommige leerlingen begrijpen de instructie snel en kunnen vlot aan de slag, andere leerlingen hebben meer uitleg nodig. Door deze manier van lesgeven, wordt gehoor gegeven aan de verschillen tussen leerlingen. Het EDI-model geeft veel structuur in de lessen, want elke les is opgebouwd uit een aantal fasen: terugblik, oriëntatie, instructie, begeleid inoefenen, controle, verwerking en afronding. </w:t>
      </w:r>
    </w:p>
    <w:p w14:paraId="2CFD53B5" w14:textId="77777777" w:rsidR="00101BEE" w:rsidRPr="008D354E" w:rsidRDefault="00101BEE" w:rsidP="00101BEE">
      <w:pPr>
        <w:spacing w:after="100"/>
        <w:ind w:right="1526"/>
        <w:jc w:val="center"/>
        <w:rPr>
          <w:rFonts w:ascii="Calibri" w:hAnsi="Calibri" w:cs="Calibri"/>
          <w:lang w:val="nl-NL"/>
        </w:rPr>
      </w:pPr>
      <w:r w:rsidRPr="008D354E">
        <w:rPr>
          <w:rFonts w:ascii="Calibri" w:hAnsi="Calibri" w:cs="Calibri"/>
          <w:noProof/>
        </w:rPr>
        <w:lastRenderedPageBreak/>
        <w:drawing>
          <wp:inline distT="0" distB="0" distL="0" distR="0" wp14:anchorId="06A5F5DF" wp14:editId="27D6124D">
            <wp:extent cx="4733290" cy="1882521"/>
            <wp:effectExtent l="0" t="0" r="0" b="0"/>
            <wp:docPr id="6287" name="Picture 6287"/>
            <wp:cNvGraphicFramePr/>
            <a:graphic xmlns:a="http://schemas.openxmlformats.org/drawingml/2006/main">
              <a:graphicData uri="http://schemas.openxmlformats.org/drawingml/2006/picture">
                <pic:pic xmlns:pic="http://schemas.openxmlformats.org/drawingml/2006/picture">
                  <pic:nvPicPr>
                    <pic:cNvPr id="6287" name="Picture 6287"/>
                    <pic:cNvPicPr/>
                  </pic:nvPicPr>
                  <pic:blipFill>
                    <a:blip r:embed="rId16"/>
                    <a:stretch>
                      <a:fillRect/>
                    </a:stretch>
                  </pic:blipFill>
                  <pic:spPr>
                    <a:xfrm>
                      <a:off x="0" y="0"/>
                      <a:ext cx="4733290" cy="1882521"/>
                    </a:xfrm>
                    <a:prstGeom prst="rect">
                      <a:avLst/>
                    </a:prstGeom>
                  </pic:spPr>
                </pic:pic>
              </a:graphicData>
            </a:graphic>
          </wp:inline>
        </w:drawing>
      </w:r>
      <w:r w:rsidRPr="008D354E">
        <w:rPr>
          <w:rFonts w:ascii="Calibri" w:hAnsi="Calibri" w:cs="Calibri"/>
          <w:lang w:val="nl-NL"/>
        </w:rPr>
        <w:t xml:space="preserve"> </w:t>
      </w:r>
    </w:p>
    <w:p w14:paraId="0D811A3A" w14:textId="77777777" w:rsidR="00101BEE" w:rsidRPr="008D354E" w:rsidRDefault="00101BEE" w:rsidP="00101BEE">
      <w:pPr>
        <w:spacing w:after="0"/>
        <w:rPr>
          <w:rFonts w:ascii="Calibri" w:hAnsi="Calibri" w:cs="Calibri"/>
          <w:lang w:val="nl-NL"/>
        </w:rPr>
      </w:pPr>
      <w:r w:rsidRPr="008D354E">
        <w:rPr>
          <w:rFonts w:ascii="Calibri" w:hAnsi="Calibri" w:cs="Calibri"/>
          <w:lang w:val="nl-NL"/>
        </w:rPr>
        <w:t xml:space="preserve"> </w:t>
      </w:r>
    </w:p>
    <w:p w14:paraId="2CD7E3E3" w14:textId="77777777" w:rsidR="00101BEE" w:rsidRPr="008D354E" w:rsidRDefault="00101BEE" w:rsidP="00101BEE">
      <w:pPr>
        <w:spacing w:after="225" w:line="249" w:lineRule="auto"/>
        <w:ind w:left="-5" w:hanging="10"/>
        <w:rPr>
          <w:rFonts w:ascii="Calibri" w:hAnsi="Calibri" w:cs="Calibri"/>
          <w:lang w:val="nl-NL"/>
        </w:rPr>
      </w:pPr>
      <w:r w:rsidRPr="008D354E">
        <w:rPr>
          <w:rFonts w:ascii="Calibri" w:hAnsi="Calibri" w:cs="Calibri"/>
          <w:lang w:val="nl-NL"/>
        </w:rPr>
        <w:t xml:space="preserve">Vanzelfsprekend wordt er ook veel met de gehele groep gedaan: lichamelijke opvoeding, handvaardigheid, muzikale vorming, dans, zingen en drama, (voor)lezen, kringgesprekken, kanjerlessen, lessen wereldoriëntatie, excursies, enzovoort. De leerkracht geeft deze lessen volgens de planning van de afzonderlijke vakken. </w:t>
      </w:r>
    </w:p>
    <w:p w14:paraId="06759081" w14:textId="77777777" w:rsidR="00101BEE" w:rsidRPr="00EE771D" w:rsidRDefault="00101BEE" w:rsidP="00942DB7">
      <w:pPr>
        <w:pStyle w:val="Kop3"/>
        <w:rPr>
          <w:lang w:val="nl-NL"/>
        </w:rPr>
      </w:pPr>
      <w:bookmarkStart w:id="31" w:name="_Toc201002766"/>
      <w:bookmarkStart w:id="32" w:name="_Toc207190178"/>
      <w:r w:rsidRPr="00B16615">
        <w:rPr>
          <w:lang w:val="nl-NL"/>
        </w:rPr>
        <w:t>Zelfstandig werken</w:t>
      </w:r>
      <w:bookmarkEnd w:id="31"/>
      <w:bookmarkEnd w:id="32"/>
      <w:r w:rsidRPr="00B16615">
        <w:rPr>
          <w:lang w:val="nl-NL"/>
        </w:rPr>
        <w:t xml:space="preserve"> </w:t>
      </w:r>
    </w:p>
    <w:p w14:paraId="67356A8B" w14:textId="77777777" w:rsidR="00101BEE" w:rsidRPr="008D354E" w:rsidRDefault="00101BEE" w:rsidP="00101BEE">
      <w:pPr>
        <w:spacing w:after="3" w:line="248" w:lineRule="auto"/>
        <w:ind w:left="-5" w:right="6" w:hanging="10"/>
        <w:rPr>
          <w:rFonts w:ascii="Calibri" w:hAnsi="Calibri" w:cs="Calibri"/>
          <w:lang w:val="nl-NL"/>
        </w:rPr>
      </w:pPr>
      <w:r w:rsidRPr="008D354E">
        <w:rPr>
          <w:rFonts w:ascii="Calibri" w:hAnsi="Calibri" w:cs="Calibri"/>
          <w:lang w:val="nl-NL"/>
        </w:rPr>
        <w:t xml:space="preserve">Zelfstandig werken levert een belangrijke bijdrage aan het ontwikkelen van </w:t>
      </w:r>
    </w:p>
    <w:p w14:paraId="074553DB" w14:textId="12E3FF48" w:rsidR="00101BEE" w:rsidRPr="008D354E" w:rsidRDefault="00101BEE" w:rsidP="00101BEE">
      <w:pPr>
        <w:spacing w:after="188" w:line="248" w:lineRule="auto"/>
        <w:ind w:left="-5" w:right="6" w:hanging="10"/>
        <w:rPr>
          <w:rFonts w:ascii="Calibri" w:hAnsi="Calibri" w:cs="Calibri"/>
          <w:lang w:val="nl-NL"/>
        </w:rPr>
      </w:pPr>
      <w:r w:rsidRPr="008D354E">
        <w:rPr>
          <w:rFonts w:ascii="Calibri" w:hAnsi="Calibri" w:cs="Calibri"/>
          <w:lang w:val="nl-NL"/>
        </w:rPr>
        <w:t>verantwoordelijkheidsgevoel en zelfstandigheid. Binnen het kindcentrum is er een doorgaande lijn voor het zelfstandig werken</w:t>
      </w:r>
      <w:r w:rsidRPr="3296F1BC">
        <w:rPr>
          <w:rFonts w:ascii="Calibri" w:hAnsi="Calibri" w:cs="Calibri"/>
          <w:lang w:val="nl-NL"/>
        </w:rPr>
        <w:t>.</w:t>
      </w:r>
      <w:r w:rsidRPr="008D354E">
        <w:rPr>
          <w:rFonts w:ascii="Calibri" w:hAnsi="Calibri" w:cs="Calibri"/>
          <w:lang w:val="nl-NL"/>
        </w:rPr>
        <w:t xml:space="preserve"> De kinderen leren om te gaan met de relatieve vrijheid die het zelfstandig werken biedt om hun werk effectief te plannen en uit te voeren.  </w:t>
      </w:r>
    </w:p>
    <w:p w14:paraId="09AEA79E" w14:textId="77777777" w:rsidR="00101BEE" w:rsidRPr="00EE771D" w:rsidRDefault="00101BEE" w:rsidP="00942DB7">
      <w:pPr>
        <w:pStyle w:val="Kop3"/>
        <w:rPr>
          <w:lang w:val="nl-NL"/>
        </w:rPr>
      </w:pPr>
      <w:bookmarkStart w:id="33" w:name="_Toc201002767"/>
      <w:bookmarkStart w:id="34" w:name="_Toc207190179"/>
      <w:r w:rsidRPr="00B16615">
        <w:rPr>
          <w:lang w:val="nl-NL"/>
        </w:rPr>
        <w:t>Leren samenwerken</w:t>
      </w:r>
      <w:bookmarkEnd w:id="33"/>
      <w:bookmarkEnd w:id="34"/>
      <w:r w:rsidRPr="00B16615">
        <w:rPr>
          <w:lang w:val="nl-NL"/>
        </w:rPr>
        <w:t xml:space="preserve">  </w:t>
      </w:r>
    </w:p>
    <w:p w14:paraId="7DE4A134" w14:textId="17AF2186" w:rsidR="00101BEE" w:rsidRPr="004F44D7" w:rsidRDefault="71977506" w:rsidP="259FE9B0">
      <w:pPr>
        <w:spacing w:after="3" w:line="248" w:lineRule="auto"/>
        <w:ind w:left="-5" w:right="6" w:hanging="10"/>
        <w:rPr>
          <w:rFonts w:ascii="Calibri" w:hAnsi="Calibri" w:cs="Calibri"/>
          <w:lang w:val="nl-NL"/>
        </w:rPr>
      </w:pPr>
      <w:r w:rsidRPr="692CB0CB">
        <w:rPr>
          <w:rFonts w:ascii="Calibri" w:hAnsi="Calibri" w:cs="Calibri"/>
          <w:lang w:val="nl-NL"/>
        </w:rPr>
        <w:t>De kinderen werken samen aan een taak met duidelijke kleinere taken en rollen binnen de groep. De opdracht is helder geformuleerd en de kinderen kunnen de taak uitvoeren zonder directe hulp van de leerkracht. Samenwerkend leren heeft veel voordelen: kinderen zijn onder andere meer betrokken en actiever aan het leren. Het bevordert daarnaast de communicatieve vaardigheden, het verantwoordelijkheidsgevoel voor elkaar en de onderlinge relatie tussen de kinderen; kinderen vragen en accepteren gemakkelijker hulp van klasgenoten. Samenwerkend leren stimuleert het zelfvertrouwen</w:t>
      </w:r>
      <w:r w:rsidR="6A991F66" w:rsidRPr="692CB0CB">
        <w:rPr>
          <w:rFonts w:ascii="Calibri" w:hAnsi="Calibri" w:cs="Calibri"/>
          <w:lang w:val="nl-NL"/>
        </w:rPr>
        <w:t>,</w:t>
      </w:r>
      <w:r w:rsidRPr="692CB0CB">
        <w:rPr>
          <w:rFonts w:ascii="Calibri" w:hAnsi="Calibri" w:cs="Calibri"/>
          <w:lang w:val="nl-NL"/>
        </w:rPr>
        <w:t xml:space="preserve"> doordat het de betrokkenheid en een actieve deelname van de leerlingen stimuleert. Er is veel variatie in werkvormen. De leerlingen leren veel van en met elkaar. </w:t>
      </w:r>
    </w:p>
    <w:p w14:paraId="26951677" w14:textId="5D83A198" w:rsidR="00101BEE" w:rsidRPr="00942DB7" w:rsidRDefault="00B97077" w:rsidP="00942DB7">
      <w:pPr>
        <w:pStyle w:val="Kop3"/>
        <w:rPr>
          <w:lang w:val="nl-NL"/>
        </w:rPr>
      </w:pPr>
      <w:bookmarkStart w:id="35" w:name="_Toc201002768"/>
      <w:bookmarkStart w:id="36" w:name="_Toc207190180"/>
      <w:proofErr w:type="spellStart"/>
      <w:r w:rsidRPr="00B16615">
        <w:rPr>
          <w:lang w:val="nl-NL"/>
        </w:rPr>
        <w:t>Early</w:t>
      </w:r>
      <w:proofErr w:type="spellEnd"/>
      <w:r w:rsidRPr="00B16615">
        <w:rPr>
          <w:lang w:val="nl-NL"/>
        </w:rPr>
        <w:t xml:space="preserve"> Bird school</w:t>
      </w:r>
      <w:bookmarkEnd w:id="35"/>
      <w:bookmarkEnd w:id="36"/>
    </w:p>
    <w:p w14:paraId="1F72D210" w14:textId="2F0D6806" w:rsidR="00B97077" w:rsidRPr="00B97077" w:rsidRDefault="00B97077" w:rsidP="00B97077">
      <w:pPr>
        <w:rPr>
          <w:rFonts w:ascii="Calibri" w:hAnsi="Calibri" w:cs="Calibri"/>
          <w:lang w:val="nl-NL"/>
        </w:rPr>
      </w:pPr>
      <w:r w:rsidRPr="008D354E">
        <w:rPr>
          <w:rFonts w:ascii="Calibri" w:hAnsi="Calibri" w:cs="Calibri"/>
          <w:lang w:val="nl-NL"/>
        </w:rPr>
        <w:t xml:space="preserve">Sinds 2008 zijn wij een </w:t>
      </w:r>
      <w:proofErr w:type="spellStart"/>
      <w:r w:rsidRPr="008D354E">
        <w:rPr>
          <w:rFonts w:ascii="Calibri" w:hAnsi="Calibri" w:cs="Calibri"/>
          <w:lang w:val="nl-NL"/>
        </w:rPr>
        <w:t>Early</w:t>
      </w:r>
      <w:proofErr w:type="spellEnd"/>
      <w:r w:rsidRPr="008D354E">
        <w:rPr>
          <w:rFonts w:ascii="Calibri" w:hAnsi="Calibri" w:cs="Calibri"/>
          <w:lang w:val="nl-NL"/>
        </w:rPr>
        <w:t xml:space="preserve"> Bird school en daar zijn we trots op. Dit houdt in dat de kinderen vanaf groep 1 tot en met groep 8 wekelijks Engelse les krijgen. </w:t>
      </w:r>
      <w:r w:rsidRPr="00B97077">
        <w:rPr>
          <w:rFonts w:ascii="Calibri" w:eastAsia="Times New Roman" w:hAnsi="Calibri" w:cs="Calibri"/>
          <w:lang w:val="nl-NL" w:eastAsia="nl-NL"/>
        </w:rPr>
        <w:t xml:space="preserve">De </w:t>
      </w:r>
      <w:proofErr w:type="spellStart"/>
      <w:r w:rsidRPr="00466948">
        <w:rPr>
          <w:rFonts w:ascii="Calibri" w:eastAsia="Times New Roman" w:hAnsi="Calibri" w:cs="Calibri"/>
          <w:lang w:val="nl-NL" w:eastAsia="nl-NL"/>
        </w:rPr>
        <w:t>Early</w:t>
      </w:r>
      <w:proofErr w:type="spellEnd"/>
      <w:r w:rsidRPr="00466948">
        <w:rPr>
          <w:rFonts w:ascii="Calibri" w:eastAsia="Times New Roman" w:hAnsi="Calibri" w:cs="Calibri"/>
          <w:lang w:val="nl-NL" w:eastAsia="nl-NL"/>
        </w:rPr>
        <w:t xml:space="preserve"> Bird-methode</w:t>
      </w:r>
      <w:r w:rsidRPr="00B97077">
        <w:rPr>
          <w:rFonts w:ascii="Calibri" w:eastAsia="Times New Roman" w:hAnsi="Calibri" w:cs="Calibri"/>
          <w:lang w:val="nl-NL" w:eastAsia="nl-NL"/>
        </w:rPr>
        <w:t xml:space="preserve"> is een onderwijsprogramma voor het vroeg aanleren van </w:t>
      </w:r>
      <w:r w:rsidRPr="00466948">
        <w:rPr>
          <w:rFonts w:ascii="Calibri" w:eastAsia="Times New Roman" w:hAnsi="Calibri" w:cs="Calibri"/>
          <w:lang w:val="nl-NL" w:eastAsia="nl-NL"/>
        </w:rPr>
        <w:t>Engels in het basisonderwijs</w:t>
      </w:r>
      <w:r w:rsidRPr="00B97077">
        <w:rPr>
          <w:rFonts w:ascii="Calibri" w:eastAsia="Times New Roman" w:hAnsi="Calibri" w:cs="Calibri"/>
          <w:lang w:val="nl-NL" w:eastAsia="nl-NL"/>
        </w:rPr>
        <w:t>, vanaf groep 1 of 2. Het idee is dat jonge kinderen taal gemakkelijker oppikken dan oudere kinderen, en dat vroeg beginnen met Engels voordelen heeft voor hun taalgevoel, uitspraak, en motivatie.</w:t>
      </w:r>
    </w:p>
    <w:p w14:paraId="12F18097" w14:textId="77777777" w:rsidR="00B97077" w:rsidRPr="008D354E" w:rsidRDefault="00B97077" w:rsidP="00942DB7">
      <w:pPr>
        <w:rPr>
          <w:rFonts w:ascii="Calibri" w:hAnsi="Calibri" w:cs="Calibri"/>
          <w:lang w:val="nl-NL" w:eastAsia="nl-NL"/>
        </w:rPr>
      </w:pPr>
      <w:r w:rsidRPr="008D354E">
        <w:rPr>
          <w:rFonts w:ascii="Calibri" w:hAnsi="Calibri" w:cs="Calibri"/>
          <w:lang w:val="nl-NL" w:eastAsia="nl-NL"/>
        </w:rPr>
        <w:t xml:space="preserve">Kenmerken van de </w:t>
      </w:r>
      <w:proofErr w:type="spellStart"/>
      <w:r w:rsidRPr="008D354E">
        <w:rPr>
          <w:rFonts w:ascii="Calibri" w:hAnsi="Calibri" w:cs="Calibri"/>
          <w:lang w:val="nl-NL" w:eastAsia="nl-NL"/>
        </w:rPr>
        <w:t>Early</w:t>
      </w:r>
      <w:proofErr w:type="spellEnd"/>
      <w:r w:rsidRPr="008D354E">
        <w:rPr>
          <w:rFonts w:ascii="Calibri" w:hAnsi="Calibri" w:cs="Calibri"/>
          <w:lang w:val="nl-NL" w:eastAsia="nl-NL"/>
        </w:rPr>
        <w:t xml:space="preserve"> Bird-methode:</w:t>
      </w:r>
    </w:p>
    <w:p w14:paraId="55DECCFD" w14:textId="77777777" w:rsidR="00B97077" w:rsidRPr="00B97077" w:rsidRDefault="00B97077" w:rsidP="00B97077">
      <w:pPr>
        <w:numPr>
          <w:ilvl w:val="0"/>
          <w:numId w:val="25"/>
        </w:numPr>
        <w:spacing w:before="100" w:beforeAutospacing="1" w:after="100" w:afterAutospacing="1" w:line="240" w:lineRule="auto"/>
        <w:rPr>
          <w:rFonts w:ascii="Calibri" w:eastAsia="Times New Roman" w:hAnsi="Calibri" w:cs="Calibri"/>
          <w:lang w:val="nl-NL" w:eastAsia="nl-NL"/>
        </w:rPr>
      </w:pPr>
      <w:r w:rsidRPr="00B97077">
        <w:rPr>
          <w:rFonts w:ascii="Calibri" w:eastAsia="Times New Roman" w:hAnsi="Calibri" w:cs="Calibri"/>
          <w:b/>
          <w:bCs/>
          <w:lang w:val="nl-NL" w:eastAsia="nl-NL"/>
        </w:rPr>
        <w:t>Start in de onderbouw</w:t>
      </w:r>
      <w:r w:rsidRPr="00B97077">
        <w:rPr>
          <w:rFonts w:ascii="Calibri" w:eastAsia="Times New Roman" w:hAnsi="Calibri" w:cs="Calibri"/>
          <w:lang w:val="nl-NL" w:eastAsia="nl-NL"/>
        </w:rPr>
        <w:t>: Engels wordt spelenderwijs aangeboden vanaf de kleuterklassen.</w:t>
      </w:r>
    </w:p>
    <w:p w14:paraId="5F6ADF39" w14:textId="77777777" w:rsidR="00B97077" w:rsidRPr="00B97077" w:rsidRDefault="00B97077" w:rsidP="00B97077">
      <w:pPr>
        <w:numPr>
          <w:ilvl w:val="0"/>
          <w:numId w:val="25"/>
        </w:numPr>
        <w:spacing w:before="100" w:beforeAutospacing="1" w:after="100" w:afterAutospacing="1" w:line="240" w:lineRule="auto"/>
        <w:rPr>
          <w:rFonts w:ascii="Calibri" w:eastAsia="Times New Roman" w:hAnsi="Calibri" w:cs="Calibri"/>
          <w:lang w:val="nl-NL" w:eastAsia="nl-NL"/>
        </w:rPr>
      </w:pPr>
      <w:r w:rsidRPr="00B97077">
        <w:rPr>
          <w:rFonts w:ascii="Calibri" w:eastAsia="Times New Roman" w:hAnsi="Calibri" w:cs="Calibri"/>
          <w:b/>
          <w:bCs/>
          <w:lang w:val="nl-NL" w:eastAsia="nl-NL"/>
        </w:rPr>
        <w:lastRenderedPageBreak/>
        <w:t>Doorlopende leerlijn</w:t>
      </w:r>
      <w:r w:rsidRPr="00B97077">
        <w:rPr>
          <w:rFonts w:ascii="Calibri" w:eastAsia="Times New Roman" w:hAnsi="Calibri" w:cs="Calibri"/>
          <w:lang w:val="nl-NL" w:eastAsia="nl-NL"/>
        </w:rPr>
        <w:t>: Het programma loopt van groep 1 t/m groep 8, waarbij de moeilijkheidsgraad geleidelijk toeneemt.</w:t>
      </w:r>
    </w:p>
    <w:p w14:paraId="22027B54" w14:textId="77777777" w:rsidR="00B97077" w:rsidRPr="00B97077" w:rsidRDefault="00B97077" w:rsidP="00B97077">
      <w:pPr>
        <w:numPr>
          <w:ilvl w:val="0"/>
          <w:numId w:val="25"/>
        </w:numPr>
        <w:spacing w:before="100" w:beforeAutospacing="1" w:after="100" w:afterAutospacing="1" w:line="240" w:lineRule="auto"/>
        <w:rPr>
          <w:rFonts w:ascii="Calibri" w:eastAsia="Times New Roman" w:hAnsi="Calibri" w:cs="Calibri"/>
          <w:lang w:val="nl-NL" w:eastAsia="nl-NL"/>
        </w:rPr>
      </w:pPr>
      <w:r w:rsidRPr="00B97077">
        <w:rPr>
          <w:rFonts w:ascii="Calibri" w:eastAsia="Times New Roman" w:hAnsi="Calibri" w:cs="Calibri"/>
          <w:b/>
          <w:bCs/>
          <w:lang w:val="nl-NL" w:eastAsia="nl-NL"/>
        </w:rPr>
        <w:t>Focus op mondelinge vaardigheden</w:t>
      </w:r>
      <w:r w:rsidRPr="00B97077">
        <w:rPr>
          <w:rFonts w:ascii="Calibri" w:eastAsia="Times New Roman" w:hAnsi="Calibri" w:cs="Calibri"/>
          <w:lang w:val="nl-NL" w:eastAsia="nl-NL"/>
        </w:rPr>
        <w:t>: In de eerste jaren ligt de nadruk vooral op luisteren en spreken.</w:t>
      </w:r>
    </w:p>
    <w:p w14:paraId="54421563" w14:textId="77777777" w:rsidR="00B97077" w:rsidRPr="00B97077" w:rsidRDefault="00B97077" w:rsidP="00B97077">
      <w:pPr>
        <w:numPr>
          <w:ilvl w:val="0"/>
          <w:numId w:val="25"/>
        </w:numPr>
        <w:spacing w:before="100" w:beforeAutospacing="1" w:after="100" w:afterAutospacing="1" w:line="240" w:lineRule="auto"/>
        <w:rPr>
          <w:rFonts w:ascii="Calibri" w:eastAsia="Times New Roman" w:hAnsi="Calibri" w:cs="Calibri"/>
          <w:lang w:val="nl-NL" w:eastAsia="nl-NL"/>
        </w:rPr>
      </w:pPr>
      <w:r w:rsidRPr="00B97077">
        <w:rPr>
          <w:rFonts w:ascii="Calibri" w:eastAsia="Times New Roman" w:hAnsi="Calibri" w:cs="Calibri"/>
          <w:b/>
          <w:bCs/>
          <w:lang w:val="nl-NL" w:eastAsia="nl-NL"/>
        </w:rPr>
        <w:t>Thematisch aanbod</w:t>
      </w:r>
      <w:r w:rsidRPr="00B97077">
        <w:rPr>
          <w:rFonts w:ascii="Calibri" w:eastAsia="Times New Roman" w:hAnsi="Calibri" w:cs="Calibri"/>
          <w:lang w:val="nl-NL" w:eastAsia="nl-NL"/>
        </w:rPr>
        <w:t>: Engels wordt vaak geïntegreerd in thema’s die aansluiten bij de belevingswereld van de kinderen.</w:t>
      </w:r>
    </w:p>
    <w:p w14:paraId="063B68EF" w14:textId="77777777" w:rsidR="00B97077" w:rsidRPr="00B97077" w:rsidRDefault="00B97077" w:rsidP="00B97077">
      <w:pPr>
        <w:numPr>
          <w:ilvl w:val="0"/>
          <w:numId w:val="25"/>
        </w:numPr>
        <w:spacing w:before="100" w:beforeAutospacing="1" w:after="100" w:afterAutospacing="1" w:line="240" w:lineRule="auto"/>
        <w:rPr>
          <w:rFonts w:ascii="Calibri" w:eastAsia="Times New Roman" w:hAnsi="Calibri" w:cs="Calibri"/>
          <w:lang w:val="nl-NL" w:eastAsia="nl-NL"/>
        </w:rPr>
      </w:pPr>
      <w:r w:rsidRPr="00B97077">
        <w:rPr>
          <w:rFonts w:ascii="Calibri" w:eastAsia="Times New Roman" w:hAnsi="Calibri" w:cs="Calibri"/>
          <w:b/>
          <w:bCs/>
          <w:lang w:val="nl-NL" w:eastAsia="nl-NL"/>
        </w:rPr>
        <w:t xml:space="preserve">Gebruik van native speakers of </w:t>
      </w:r>
      <w:proofErr w:type="spellStart"/>
      <w:r w:rsidRPr="00B97077">
        <w:rPr>
          <w:rFonts w:ascii="Calibri" w:eastAsia="Times New Roman" w:hAnsi="Calibri" w:cs="Calibri"/>
          <w:b/>
          <w:bCs/>
          <w:lang w:val="nl-NL" w:eastAsia="nl-NL"/>
        </w:rPr>
        <w:t>near</w:t>
      </w:r>
      <w:proofErr w:type="spellEnd"/>
      <w:r w:rsidRPr="00B97077">
        <w:rPr>
          <w:rFonts w:ascii="Calibri" w:eastAsia="Times New Roman" w:hAnsi="Calibri" w:cs="Calibri"/>
          <w:b/>
          <w:bCs/>
          <w:lang w:val="nl-NL" w:eastAsia="nl-NL"/>
        </w:rPr>
        <w:t>-native leerkrachten</w:t>
      </w:r>
      <w:r w:rsidRPr="00B97077">
        <w:rPr>
          <w:rFonts w:ascii="Calibri" w:eastAsia="Times New Roman" w:hAnsi="Calibri" w:cs="Calibri"/>
          <w:lang w:val="nl-NL" w:eastAsia="nl-NL"/>
        </w:rPr>
        <w:t xml:space="preserve"> (optioneel): Sommige scholen kiezen ervoor om met tweetalige leerkrachten te werken.</w:t>
      </w:r>
    </w:p>
    <w:p w14:paraId="303556DE" w14:textId="77777777" w:rsidR="00B97077" w:rsidRPr="00B97077" w:rsidRDefault="00B97077" w:rsidP="00B97077">
      <w:pPr>
        <w:numPr>
          <w:ilvl w:val="0"/>
          <w:numId w:val="25"/>
        </w:numPr>
        <w:spacing w:before="100" w:beforeAutospacing="1" w:after="100" w:afterAutospacing="1" w:line="240" w:lineRule="auto"/>
        <w:rPr>
          <w:rFonts w:ascii="Calibri" w:eastAsia="Times New Roman" w:hAnsi="Calibri" w:cs="Calibri"/>
          <w:lang w:val="nl-NL" w:eastAsia="nl-NL"/>
        </w:rPr>
      </w:pPr>
      <w:r w:rsidRPr="00B97077">
        <w:rPr>
          <w:rFonts w:ascii="Calibri" w:eastAsia="Times New Roman" w:hAnsi="Calibri" w:cs="Calibri"/>
          <w:b/>
          <w:bCs/>
          <w:lang w:val="nl-NL" w:eastAsia="nl-NL"/>
        </w:rPr>
        <w:t>Professionalisering van leerkrachten</w:t>
      </w:r>
      <w:r w:rsidRPr="00B97077">
        <w:rPr>
          <w:rFonts w:ascii="Calibri" w:eastAsia="Times New Roman" w:hAnsi="Calibri" w:cs="Calibri"/>
          <w:lang w:val="nl-NL" w:eastAsia="nl-NL"/>
        </w:rPr>
        <w:t>: Leerkrachten krijgen scholing om goed Engels te geven, passend bij de leeftijd van de kinderen.</w:t>
      </w:r>
    </w:p>
    <w:p w14:paraId="02A78404" w14:textId="6A160C4B" w:rsidR="00B97077" w:rsidRPr="00E377E0" w:rsidRDefault="00B97077" w:rsidP="00E377E0">
      <w:pPr>
        <w:rPr>
          <w:rFonts w:ascii="Calibri" w:hAnsi="Calibri" w:cs="Calibri"/>
          <w:b/>
          <w:bCs/>
          <w:lang w:val="nl-NL" w:eastAsia="nl-NL"/>
        </w:rPr>
      </w:pPr>
      <w:r w:rsidRPr="008D354E">
        <w:rPr>
          <w:rFonts w:ascii="Calibri" w:hAnsi="Calibri" w:cs="Calibri"/>
          <w:b/>
          <w:bCs/>
          <w:lang w:val="nl-NL" w:eastAsia="nl-NL"/>
        </w:rPr>
        <w:t>Doel:</w:t>
      </w:r>
      <w:r w:rsidR="00E377E0">
        <w:rPr>
          <w:rFonts w:ascii="Calibri" w:hAnsi="Calibri" w:cs="Calibri"/>
          <w:b/>
          <w:bCs/>
          <w:lang w:val="nl-NL" w:eastAsia="nl-NL"/>
        </w:rPr>
        <w:t xml:space="preserve"> </w:t>
      </w:r>
      <w:r w:rsidRPr="00B97077">
        <w:rPr>
          <w:rFonts w:ascii="Calibri" w:eastAsia="Times New Roman" w:hAnsi="Calibri" w:cs="Calibri"/>
          <w:lang w:val="nl-NL" w:eastAsia="nl-NL"/>
        </w:rPr>
        <w:t>De methode wil leerlingen een stevige basis in het Engels meegeven, zodat zij zelfverzekerd en vaardig zijn in het communiceren in een internationale wereld.</w:t>
      </w:r>
    </w:p>
    <w:p w14:paraId="1B5FEABB" w14:textId="0347A573" w:rsidR="00101BEE" w:rsidRDefault="00101BEE" w:rsidP="00101BEE">
      <w:pPr>
        <w:spacing w:after="0"/>
        <w:rPr>
          <w:rFonts w:asciiTheme="majorHAnsi" w:hAnsiTheme="majorHAnsi" w:cstheme="majorHAnsi"/>
          <w:lang w:val="nl-NL"/>
        </w:rPr>
      </w:pPr>
    </w:p>
    <w:p w14:paraId="56D570CA" w14:textId="32F685E1" w:rsidR="00EE771D" w:rsidRPr="00EE771D" w:rsidRDefault="00B97077" w:rsidP="00942DB7">
      <w:pPr>
        <w:spacing w:after="0"/>
        <w:rPr>
          <w:rFonts w:asciiTheme="majorHAnsi" w:hAnsiTheme="majorHAnsi" w:cstheme="majorHAnsi"/>
          <w:lang w:val="nl-NL"/>
        </w:rPr>
      </w:pPr>
      <w:r w:rsidRPr="00EE771D">
        <w:rPr>
          <w:rFonts w:asciiTheme="majorHAnsi" w:hAnsiTheme="majorHAnsi" w:cstheme="majorHAnsi"/>
          <w:noProof/>
        </w:rPr>
        <w:drawing>
          <wp:inline distT="0" distB="0" distL="0" distR="0" wp14:anchorId="16F93F47" wp14:editId="72FD3BC4">
            <wp:extent cx="1869456" cy="896850"/>
            <wp:effectExtent l="0" t="0" r="0" b="0"/>
            <wp:docPr id="6456" name="Picture 6456"/>
            <wp:cNvGraphicFramePr/>
            <a:graphic xmlns:a="http://schemas.openxmlformats.org/drawingml/2006/main">
              <a:graphicData uri="http://schemas.openxmlformats.org/drawingml/2006/picture">
                <pic:pic xmlns:pic="http://schemas.openxmlformats.org/drawingml/2006/picture">
                  <pic:nvPicPr>
                    <pic:cNvPr id="6456" name="Picture 6456"/>
                    <pic:cNvPicPr/>
                  </pic:nvPicPr>
                  <pic:blipFill>
                    <a:blip r:embed="rId17"/>
                    <a:stretch>
                      <a:fillRect/>
                    </a:stretch>
                  </pic:blipFill>
                  <pic:spPr>
                    <a:xfrm>
                      <a:off x="0" y="0"/>
                      <a:ext cx="1869456" cy="896850"/>
                    </a:xfrm>
                    <a:prstGeom prst="rect">
                      <a:avLst/>
                    </a:prstGeom>
                  </pic:spPr>
                </pic:pic>
              </a:graphicData>
            </a:graphic>
          </wp:inline>
        </w:drawing>
      </w:r>
    </w:p>
    <w:p w14:paraId="493A0701" w14:textId="77777777" w:rsidR="00101BEE" w:rsidRDefault="00EE771D" w:rsidP="00101BEE">
      <w:pPr>
        <w:spacing w:after="0"/>
        <w:rPr>
          <w:rFonts w:asciiTheme="majorHAnsi" w:hAnsiTheme="majorHAnsi" w:cstheme="majorHAnsi"/>
          <w:color w:val="BF8F00"/>
          <w:lang w:val="nl-NL"/>
        </w:rPr>
      </w:pPr>
      <w:r w:rsidRPr="00EE771D">
        <w:rPr>
          <w:rFonts w:asciiTheme="majorHAnsi" w:hAnsiTheme="majorHAnsi" w:cstheme="majorHAnsi"/>
          <w:color w:val="BF8F00"/>
          <w:lang w:val="nl-NL"/>
        </w:rPr>
        <w:t xml:space="preserve"> </w:t>
      </w:r>
      <w:r w:rsidRPr="00EE771D">
        <w:rPr>
          <w:rFonts w:asciiTheme="majorHAnsi" w:hAnsiTheme="majorHAnsi" w:cstheme="majorHAnsi"/>
          <w:color w:val="BF8F00"/>
          <w:lang w:val="nl-NL"/>
        </w:rPr>
        <w:tab/>
        <w:t xml:space="preserve"> </w:t>
      </w:r>
    </w:p>
    <w:p w14:paraId="2959BFA8" w14:textId="064761C8" w:rsidR="00071496" w:rsidRDefault="00CB27FF" w:rsidP="00942DB7">
      <w:pPr>
        <w:pStyle w:val="Kop2"/>
        <w:rPr>
          <w:lang w:val="nl-NL"/>
        </w:rPr>
      </w:pPr>
      <w:bookmarkStart w:id="37" w:name="_Toc201002769"/>
      <w:bookmarkStart w:id="38" w:name="_Toc207190181"/>
      <w:r w:rsidRPr="00B16615">
        <w:rPr>
          <w:lang w:val="nl-NL"/>
        </w:rPr>
        <w:t>2.</w:t>
      </w:r>
      <w:r w:rsidR="00071496" w:rsidRPr="00B16615">
        <w:rPr>
          <w:lang w:val="nl-NL"/>
        </w:rPr>
        <w:t>5</w:t>
      </w:r>
      <w:r w:rsidRPr="00B16615">
        <w:rPr>
          <w:lang w:val="nl-NL"/>
        </w:rPr>
        <w:t xml:space="preserve"> </w:t>
      </w:r>
      <w:r w:rsidR="00E31C31" w:rsidRPr="00B16615">
        <w:rPr>
          <w:lang w:val="nl-NL"/>
        </w:rPr>
        <w:t>Wie doet wat?</w:t>
      </w:r>
      <w:bookmarkEnd w:id="37"/>
      <w:bookmarkEnd w:id="38"/>
      <w:r w:rsidR="00E31C31" w:rsidRPr="00B16615">
        <w:rPr>
          <w:lang w:val="nl-NL"/>
        </w:rPr>
        <w:t xml:space="preserve"> </w:t>
      </w:r>
    </w:p>
    <w:p w14:paraId="3A267624" w14:textId="6E12A83A" w:rsidR="00EE771D" w:rsidRPr="00E377E0" w:rsidRDefault="00EE771D" w:rsidP="00E377E0">
      <w:pPr>
        <w:pStyle w:val="Geenafstand"/>
        <w:rPr>
          <w:rFonts w:ascii="Calibri" w:hAnsi="Calibri" w:cs="Calibri"/>
          <w:color w:val="4F81BD" w:themeColor="accent1"/>
          <w:sz w:val="26"/>
          <w:szCs w:val="26"/>
          <w:lang w:val="nl-NL"/>
        </w:rPr>
      </w:pPr>
      <w:r w:rsidRPr="00E377E0">
        <w:rPr>
          <w:rFonts w:ascii="Calibri" w:hAnsi="Calibri" w:cs="Calibri"/>
          <w:lang w:val="nl-NL"/>
        </w:rPr>
        <w:t xml:space="preserve">Het team van de Emmaschool geeft gezamenlijk vorm aan de visie en uitgangspunten van het kindcentrum. Het team bouwt voortdurend aan de verbetering en de ontwikkeling van het onderwijs en de kinderopvang.  </w:t>
      </w:r>
    </w:p>
    <w:p w14:paraId="3A83B581" w14:textId="49673577" w:rsidR="00EE771D" w:rsidRPr="00E377E0" w:rsidRDefault="00EE771D" w:rsidP="00E377E0">
      <w:pPr>
        <w:pStyle w:val="Geenafstand"/>
        <w:rPr>
          <w:rFonts w:ascii="Calibri" w:hAnsi="Calibri" w:cs="Calibri"/>
          <w:color w:val="404040"/>
          <w:lang w:val="nl-NL"/>
        </w:rPr>
      </w:pPr>
      <w:r w:rsidRPr="00E377E0">
        <w:rPr>
          <w:rFonts w:ascii="Calibri" w:hAnsi="Calibri" w:cs="Calibri"/>
          <w:lang w:val="nl-NL"/>
        </w:rPr>
        <w:t xml:space="preserve"> Het team bestaat uit de volgende functies: </w:t>
      </w:r>
      <w:r w:rsidR="00547FCA" w:rsidRPr="00E377E0">
        <w:rPr>
          <w:rFonts w:ascii="Calibri" w:hAnsi="Calibri" w:cs="Calibri"/>
          <w:lang w:val="nl-NL"/>
        </w:rPr>
        <w:t>pedagogisch medewerkers, groepsleerkrachten, onderwijsassistenten, kwaliteits- coördinatoren, administratief medewerker, conciërge en directeur</w:t>
      </w:r>
      <w:r w:rsidR="00547FCA" w:rsidRPr="00E377E0">
        <w:rPr>
          <w:rFonts w:ascii="Calibri" w:hAnsi="Calibri" w:cs="Calibri"/>
          <w:color w:val="404040"/>
          <w:lang w:val="nl-NL"/>
        </w:rPr>
        <w:t xml:space="preserve">. </w:t>
      </w:r>
    </w:p>
    <w:p w14:paraId="3CDC4D85" w14:textId="77777777" w:rsidR="00547FCA" w:rsidRDefault="00547FCA" w:rsidP="00CB27FF">
      <w:pPr>
        <w:spacing w:after="0"/>
        <w:rPr>
          <w:rFonts w:ascii="Calibri" w:hAnsi="Calibri" w:cs="Calibri"/>
          <w:color w:val="404040"/>
          <w:lang w:val="nl-NL"/>
        </w:rPr>
      </w:pPr>
    </w:p>
    <w:tbl>
      <w:tblPr>
        <w:tblStyle w:val="Tabelraster1"/>
        <w:tblW w:w="8780" w:type="dxa"/>
        <w:tblInd w:w="9" w:type="dxa"/>
        <w:tblCellMar>
          <w:top w:w="49" w:type="dxa"/>
          <w:left w:w="5" w:type="dxa"/>
          <w:right w:w="29" w:type="dxa"/>
        </w:tblCellMar>
        <w:tblLook w:val="04A0" w:firstRow="1" w:lastRow="0" w:firstColumn="1" w:lastColumn="0" w:noHBand="0" w:noVBand="1"/>
      </w:tblPr>
      <w:tblGrid>
        <w:gridCol w:w="2159"/>
        <w:gridCol w:w="2153"/>
        <w:gridCol w:w="4468"/>
      </w:tblGrid>
      <w:tr w:rsidR="008D354E" w:rsidRPr="00EE771D" w14:paraId="663FB774" w14:textId="77777777">
        <w:trPr>
          <w:trHeight w:val="230"/>
        </w:trPr>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cPr>
          <w:p w14:paraId="1FD09FAE" w14:textId="77777777" w:rsidR="00547FCA" w:rsidRPr="008D354E" w:rsidRDefault="00547FCA">
            <w:pPr>
              <w:rPr>
                <w:rFonts w:ascii="Calibri" w:hAnsi="Calibri" w:cs="Calibri"/>
                <w:sz w:val="22"/>
                <w:szCs w:val="22"/>
              </w:rPr>
            </w:pPr>
            <w:proofErr w:type="spellStart"/>
            <w:r w:rsidRPr="008D354E">
              <w:rPr>
                <w:rFonts w:ascii="Calibri" w:eastAsia="Verdana" w:hAnsi="Calibri" w:cs="Calibri"/>
                <w:b/>
                <w:bCs/>
                <w:sz w:val="22"/>
                <w:szCs w:val="22"/>
                <w:lang w:val="en-US"/>
              </w:rPr>
              <w:t>Functie</w:t>
            </w:r>
            <w:proofErr w:type="spellEnd"/>
            <w:r w:rsidRPr="008D354E">
              <w:rPr>
                <w:rFonts w:ascii="Calibri" w:eastAsia="Verdana" w:hAnsi="Calibri" w:cs="Calibri"/>
                <w:sz w:val="22"/>
                <w:szCs w:val="22"/>
                <w:lang w:val="en-US"/>
              </w:rPr>
              <w:t xml:space="preserve"> </w:t>
            </w:r>
            <w:r w:rsidRPr="008D354E">
              <w:rPr>
                <w:rFonts w:ascii="Calibri" w:eastAsia="Segoe UI" w:hAnsi="Calibri" w:cs="Calibri"/>
                <w:sz w:val="22"/>
                <w:szCs w:val="22"/>
                <w:lang w:val="en-US"/>
              </w:rPr>
              <w:t xml:space="preserve"> </w:t>
            </w:r>
          </w:p>
        </w:tc>
        <w:tc>
          <w:tcPr>
            <w:tcW w:w="23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cPr>
          <w:p w14:paraId="218A90F5" w14:textId="77777777" w:rsidR="00547FCA" w:rsidRPr="008D354E" w:rsidRDefault="00547FCA">
            <w:pPr>
              <w:tabs>
                <w:tab w:val="center" w:pos="585"/>
              </w:tabs>
              <w:rPr>
                <w:rFonts w:ascii="Calibri" w:hAnsi="Calibri" w:cs="Calibri"/>
                <w:sz w:val="22"/>
                <w:szCs w:val="22"/>
              </w:rPr>
            </w:pPr>
            <w:r w:rsidRPr="008D354E">
              <w:rPr>
                <w:rFonts w:ascii="Calibri" w:eastAsia="Verdana" w:hAnsi="Calibri" w:cs="Calibri"/>
                <w:b/>
                <w:sz w:val="22"/>
                <w:szCs w:val="22"/>
              </w:rPr>
              <w:t>Naam</w:t>
            </w:r>
            <w:r w:rsidRPr="008D354E">
              <w:rPr>
                <w:rFonts w:ascii="Calibri" w:eastAsia="Segoe UI" w:hAnsi="Calibri" w:cs="Calibri"/>
                <w:sz w:val="22"/>
                <w:szCs w:val="22"/>
                <w:vertAlign w:val="subscript"/>
              </w:rPr>
              <w:t xml:space="preserve"> </w:t>
            </w:r>
            <w:r w:rsidRPr="008D354E">
              <w:rPr>
                <w:rFonts w:ascii="Calibri" w:eastAsia="Segoe UI" w:hAnsi="Calibri" w:cs="Calibri"/>
                <w:sz w:val="22"/>
                <w:szCs w:val="22"/>
                <w:vertAlign w:val="subscript"/>
              </w:rPr>
              <w:tab/>
            </w:r>
            <w:r w:rsidRPr="008D354E">
              <w:rPr>
                <w:rFonts w:ascii="Calibri" w:eastAsia="Verdana" w:hAnsi="Calibri" w:cs="Calibri"/>
                <w:sz w:val="22"/>
                <w:szCs w:val="22"/>
              </w:rPr>
              <w:t xml:space="preserve"> </w:t>
            </w:r>
            <w:r w:rsidRPr="008D354E">
              <w:rPr>
                <w:rFonts w:ascii="Calibri" w:eastAsia="Segoe UI" w:hAnsi="Calibri" w:cs="Calibri"/>
                <w:sz w:val="22"/>
                <w:szCs w:val="22"/>
              </w:rPr>
              <w:t xml:space="preserve"> </w:t>
            </w:r>
          </w:p>
        </w:tc>
        <w:tc>
          <w:tcPr>
            <w:tcW w:w="4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cPr>
          <w:p w14:paraId="5BE7CA10" w14:textId="77777777" w:rsidR="00547FCA" w:rsidRPr="008D354E" w:rsidRDefault="00547FCA">
            <w:pPr>
              <w:ind w:left="2"/>
              <w:rPr>
                <w:rFonts w:ascii="Calibri" w:hAnsi="Calibri" w:cs="Calibri"/>
                <w:sz w:val="22"/>
                <w:szCs w:val="22"/>
              </w:rPr>
            </w:pPr>
            <w:r w:rsidRPr="008D354E">
              <w:rPr>
                <w:rFonts w:ascii="Calibri" w:eastAsia="Verdana" w:hAnsi="Calibri" w:cs="Calibri"/>
                <w:b/>
                <w:bCs/>
                <w:sz w:val="22"/>
                <w:szCs w:val="22"/>
                <w:lang w:val="en-US"/>
              </w:rPr>
              <w:t xml:space="preserve"> </w:t>
            </w:r>
            <w:proofErr w:type="spellStart"/>
            <w:r w:rsidRPr="008D354E">
              <w:rPr>
                <w:rFonts w:ascii="Calibri" w:eastAsia="Verdana" w:hAnsi="Calibri" w:cs="Calibri"/>
                <w:b/>
                <w:bCs/>
                <w:sz w:val="22"/>
                <w:szCs w:val="22"/>
                <w:lang w:val="en-US"/>
              </w:rPr>
              <w:t>Contactgegevens</w:t>
            </w:r>
            <w:proofErr w:type="spellEnd"/>
            <w:r w:rsidRPr="008D354E">
              <w:rPr>
                <w:rFonts w:ascii="Calibri" w:eastAsia="Verdana" w:hAnsi="Calibri" w:cs="Calibri"/>
                <w:b/>
                <w:bCs/>
                <w:sz w:val="22"/>
                <w:szCs w:val="22"/>
                <w:lang w:val="en-US"/>
              </w:rPr>
              <w:t xml:space="preserve"> </w:t>
            </w:r>
          </w:p>
        </w:tc>
      </w:tr>
      <w:tr w:rsidR="00547FCA" w:rsidRPr="00EE771D" w14:paraId="6D86496A" w14:textId="77777777">
        <w:trPr>
          <w:trHeight w:val="285"/>
        </w:trPr>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DCFB5" w14:textId="77777777" w:rsidR="00547FCA" w:rsidRPr="008D354E" w:rsidRDefault="00547FCA">
            <w:pPr>
              <w:rPr>
                <w:rFonts w:ascii="Calibri" w:hAnsi="Calibri" w:cs="Calibri"/>
                <w:sz w:val="22"/>
                <w:szCs w:val="22"/>
              </w:rPr>
            </w:pPr>
            <w:r w:rsidRPr="008D354E">
              <w:rPr>
                <w:rFonts w:ascii="Calibri" w:hAnsi="Calibri" w:cs="Calibri"/>
                <w:sz w:val="22"/>
                <w:szCs w:val="22"/>
              </w:rPr>
              <w:t xml:space="preserve">Directeur  </w:t>
            </w:r>
            <w:r w:rsidRPr="008D354E">
              <w:rPr>
                <w:rFonts w:ascii="Calibri" w:eastAsia="Segoe UI" w:hAnsi="Calibri" w:cs="Calibri"/>
                <w:sz w:val="22"/>
                <w:szCs w:val="22"/>
              </w:rPr>
              <w:t xml:space="preserve"> </w:t>
            </w:r>
          </w:p>
        </w:tc>
        <w:tc>
          <w:tcPr>
            <w:tcW w:w="23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6222D" w14:textId="77777777" w:rsidR="00547FCA" w:rsidRPr="008D354E" w:rsidRDefault="00547FCA">
            <w:pPr>
              <w:ind w:left="2"/>
              <w:rPr>
                <w:rFonts w:ascii="Calibri" w:hAnsi="Calibri" w:cs="Calibri"/>
                <w:sz w:val="22"/>
                <w:szCs w:val="22"/>
              </w:rPr>
            </w:pPr>
            <w:r w:rsidRPr="008D354E">
              <w:rPr>
                <w:rFonts w:ascii="Calibri" w:hAnsi="Calibri" w:cs="Calibri"/>
                <w:sz w:val="22"/>
                <w:szCs w:val="22"/>
                <w:lang w:val="en-US"/>
              </w:rPr>
              <w:t xml:space="preserve">Lydia van </w:t>
            </w:r>
            <w:proofErr w:type="spellStart"/>
            <w:r w:rsidRPr="008D354E">
              <w:rPr>
                <w:rFonts w:ascii="Calibri" w:hAnsi="Calibri" w:cs="Calibri"/>
                <w:sz w:val="22"/>
                <w:szCs w:val="22"/>
                <w:lang w:val="en-US"/>
              </w:rPr>
              <w:t>Hes</w:t>
            </w:r>
            <w:proofErr w:type="spellEnd"/>
            <w:r w:rsidRPr="008D354E">
              <w:rPr>
                <w:rFonts w:ascii="Calibri" w:hAnsi="Calibri" w:cs="Calibri"/>
                <w:sz w:val="22"/>
                <w:szCs w:val="22"/>
                <w:lang w:val="en-US"/>
              </w:rPr>
              <w:t xml:space="preserve"> </w:t>
            </w:r>
          </w:p>
        </w:tc>
        <w:tc>
          <w:tcPr>
            <w:tcW w:w="47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CCB14F" w14:textId="77777777" w:rsidR="00547FCA" w:rsidRPr="008D354E" w:rsidRDefault="00547FCA">
            <w:pPr>
              <w:ind w:left="2"/>
              <w:rPr>
                <w:rFonts w:ascii="Calibri" w:hAnsi="Calibri" w:cs="Calibri"/>
                <w:sz w:val="22"/>
                <w:szCs w:val="22"/>
              </w:rPr>
            </w:pPr>
            <w:r w:rsidRPr="008D354E">
              <w:rPr>
                <w:rFonts w:ascii="Calibri" w:hAnsi="Calibri" w:cs="Calibri"/>
                <w:sz w:val="22"/>
                <w:szCs w:val="22"/>
              </w:rPr>
              <w:t xml:space="preserve">directie@kindcentrum-emmaschool.nl  </w:t>
            </w:r>
          </w:p>
          <w:p w14:paraId="5C1A06DE" w14:textId="5043F551" w:rsidR="00547FCA" w:rsidRPr="008D354E" w:rsidRDefault="00547FCA">
            <w:pPr>
              <w:ind w:left="2"/>
              <w:rPr>
                <w:rFonts w:ascii="Calibri" w:hAnsi="Calibri" w:cs="Calibri"/>
                <w:sz w:val="22"/>
                <w:szCs w:val="22"/>
              </w:rPr>
            </w:pPr>
            <w:r w:rsidRPr="008D354E">
              <w:rPr>
                <w:rFonts w:ascii="Calibri" w:hAnsi="Calibri" w:cs="Calibri"/>
                <w:sz w:val="22"/>
                <w:szCs w:val="22"/>
              </w:rPr>
              <w:t>tel: 0613810795</w:t>
            </w:r>
          </w:p>
        </w:tc>
      </w:tr>
      <w:tr w:rsidR="00547FCA" w:rsidRPr="00256370" w14:paraId="4B401D43" w14:textId="77777777">
        <w:trPr>
          <w:trHeight w:val="1301"/>
        </w:trPr>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BB4E62" w14:textId="7CE9CC9B" w:rsidR="00547FCA" w:rsidRPr="00BA1C11" w:rsidRDefault="00547FCA">
            <w:pPr>
              <w:rPr>
                <w:rFonts w:ascii="Calibri" w:hAnsi="Calibri" w:cs="Calibri"/>
                <w:sz w:val="22"/>
                <w:szCs w:val="22"/>
              </w:rPr>
            </w:pPr>
            <w:proofErr w:type="spellStart"/>
            <w:r w:rsidRPr="008D354E">
              <w:rPr>
                <w:rFonts w:ascii="Calibri" w:hAnsi="Calibri" w:cs="Calibri"/>
                <w:sz w:val="22"/>
                <w:szCs w:val="22"/>
                <w:lang w:val="en-US"/>
              </w:rPr>
              <w:t>Kwaliteits</w:t>
            </w:r>
            <w:proofErr w:type="spellEnd"/>
            <w:r w:rsidR="00BA1C11" w:rsidRPr="00BA1C11">
              <w:rPr>
                <w:rFonts w:ascii="Calibri" w:hAnsi="Calibri" w:cs="Calibri"/>
                <w:sz w:val="22"/>
                <w:szCs w:val="22"/>
              </w:rPr>
              <w:t>coördinatoren</w:t>
            </w:r>
            <w:r w:rsidR="00BA1C11">
              <w:rPr>
                <w:rFonts w:ascii="Calibri" w:hAnsi="Calibri" w:cs="Calibri"/>
                <w:sz w:val="22"/>
                <w:szCs w:val="22"/>
                <w:lang w:val="en-US"/>
              </w:rPr>
              <w:t xml:space="preserve"> </w:t>
            </w:r>
          </w:p>
        </w:tc>
        <w:tc>
          <w:tcPr>
            <w:tcW w:w="231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3BAEE93" w14:textId="77777777" w:rsidR="00547FCA" w:rsidRPr="008D354E" w:rsidRDefault="00547FCA">
            <w:pPr>
              <w:spacing w:after="136"/>
              <w:rPr>
                <w:rFonts w:ascii="Calibri" w:hAnsi="Calibri" w:cs="Calibri"/>
                <w:sz w:val="22"/>
                <w:szCs w:val="22"/>
              </w:rPr>
            </w:pPr>
            <w:r w:rsidRPr="008D354E">
              <w:rPr>
                <w:rFonts w:ascii="Calibri" w:hAnsi="Calibri" w:cs="Calibri"/>
                <w:sz w:val="22"/>
                <w:szCs w:val="22"/>
              </w:rPr>
              <w:t xml:space="preserve">Floor Boelens </w:t>
            </w:r>
          </w:p>
          <w:p w14:paraId="455F6999" w14:textId="77777777" w:rsidR="00547FCA" w:rsidRPr="008D354E" w:rsidRDefault="00547FCA" w:rsidP="00B92C34">
            <w:pPr>
              <w:ind w:left="2"/>
              <w:rPr>
                <w:rFonts w:ascii="Calibri" w:hAnsi="Calibri" w:cs="Calibri"/>
                <w:sz w:val="22"/>
                <w:szCs w:val="22"/>
              </w:rPr>
            </w:pPr>
            <w:r w:rsidRPr="008D354E">
              <w:rPr>
                <w:rFonts w:ascii="Calibri" w:hAnsi="Calibri" w:cs="Calibri"/>
                <w:sz w:val="22"/>
                <w:szCs w:val="22"/>
              </w:rPr>
              <w:t xml:space="preserve">Margaret van Roosmalen </w:t>
            </w:r>
          </w:p>
          <w:p w14:paraId="7862F782" w14:textId="77777777" w:rsidR="00547FCA" w:rsidRPr="008D354E" w:rsidRDefault="00547FCA">
            <w:pPr>
              <w:ind w:left="2"/>
              <w:rPr>
                <w:rFonts w:ascii="Calibri" w:hAnsi="Calibri" w:cs="Calibri"/>
                <w:sz w:val="22"/>
                <w:szCs w:val="22"/>
              </w:rPr>
            </w:pPr>
            <w:r w:rsidRPr="008D354E">
              <w:rPr>
                <w:rFonts w:ascii="Calibri" w:hAnsi="Calibri" w:cs="Calibri"/>
                <w:sz w:val="22"/>
                <w:szCs w:val="22"/>
              </w:rPr>
              <w:t xml:space="preserve"> </w:t>
            </w:r>
          </w:p>
        </w:tc>
        <w:tc>
          <w:tcPr>
            <w:tcW w:w="47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5521A4" w14:textId="527B2F5A" w:rsidR="00547FCA" w:rsidRPr="008D354E" w:rsidRDefault="00547FCA" w:rsidP="00547FCA">
            <w:pPr>
              <w:spacing w:after="138"/>
              <w:rPr>
                <w:rFonts w:ascii="Calibri" w:hAnsi="Calibri" w:cs="Calibri"/>
                <w:sz w:val="22"/>
                <w:szCs w:val="22"/>
              </w:rPr>
            </w:pPr>
            <w:r w:rsidRPr="008D354E">
              <w:rPr>
                <w:rFonts w:ascii="Calibri" w:hAnsi="Calibri" w:cs="Calibri"/>
                <w:sz w:val="22"/>
                <w:szCs w:val="22"/>
              </w:rPr>
              <w:t xml:space="preserve"> f.boelens@plateau-assen.nl </w:t>
            </w:r>
          </w:p>
          <w:p w14:paraId="4DF85776" w14:textId="77777777" w:rsidR="00547FCA" w:rsidRPr="008D354E" w:rsidRDefault="00547FCA">
            <w:pPr>
              <w:ind w:left="2"/>
              <w:rPr>
                <w:rFonts w:ascii="Calibri" w:hAnsi="Calibri" w:cs="Calibri"/>
                <w:sz w:val="22"/>
                <w:szCs w:val="22"/>
              </w:rPr>
            </w:pPr>
            <w:r w:rsidRPr="008D354E">
              <w:rPr>
                <w:rFonts w:ascii="Calibri" w:hAnsi="Calibri" w:cs="Calibri"/>
                <w:sz w:val="22"/>
                <w:szCs w:val="22"/>
              </w:rPr>
              <w:t xml:space="preserve">m.vanroosmalen@plateau-assen.nl </w:t>
            </w:r>
          </w:p>
        </w:tc>
      </w:tr>
      <w:tr w:rsidR="00547FCA" w:rsidRPr="00256370" w14:paraId="6D29CE9A" w14:textId="77777777">
        <w:trPr>
          <w:trHeight w:val="552"/>
        </w:trPr>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F738B" w14:textId="77777777" w:rsidR="00547FCA" w:rsidRPr="008D354E" w:rsidRDefault="00547FCA">
            <w:pPr>
              <w:rPr>
                <w:rFonts w:ascii="Calibri" w:hAnsi="Calibri" w:cs="Calibri"/>
                <w:sz w:val="22"/>
                <w:szCs w:val="22"/>
              </w:rPr>
            </w:pPr>
            <w:proofErr w:type="spellStart"/>
            <w:r w:rsidRPr="008D354E">
              <w:rPr>
                <w:rFonts w:ascii="Calibri" w:hAnsi="Calibri" w:cs="Calibri"/>
                <w:sz w:val="22"/>
                <w:szCs w:val="22"/>
                <w:lang w:val="en-US"/>
              </w:rPr>
              <w:t>Administratie</w:t>
            </w:r>
            <w:proofErr w:type="spellEnd"/>
            <w:r w:rsidRPr="008D354E">
              <w:rPr>
                <w:rFonts w:ascii="Calibri" w:hAnsi="Calibri" w:cs="Calibri"/>
                <w:sz w:val="22"/>
                <w:szCs w:val="22"/>
                <w:lang w:val="en-US"/>
              </w:rPr>
              <w:t xml:space="preserve">  </w:t>
            </w:r>
            <w:r w:rsidRPr="008D354E">
              <w:rPr>
                <w:rFonts w:ascii="Calibri" w:eastAsia="Segoe UI" w:hAnsi="Calibri" w:cs="Calibri"/>
                <w:sz w:val="22"/>
                <w:szCs w:val="22"/>
                <w:lang w:val="en-US"/>
              </w:rPr>
              <w:t xml:space="preserve"> </w:t>
            </w:r>
          </w:p>
        </w:tc>
        <w:tc>
          <w:tcPr>
            <w:tcW w:w="23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0A463" w14:textId="77777777" w:rsidR="00547FCA" w:rsidRPr="008D354E" w:rsidRDefault="00547FCA">
            <w:pPr>
              <w:ind w:left="2"/>
              <w:rPr>
                <w:rFonts w:ascii="Calibri" w:hAnsi="Calibri" w:cs="Calibri"/>
                <w:sz w:val="22"/>
                <w:szCs w:val="22"/>
              </w:rPr>
            </w:pPr>
            <w:r w:rsidRPr="008D354E">
              <w:rPr>
                <w:rFonts w:ascii="Calibri" w:hAnsi="Calibri" w:cs="Calibri"/>
                <w:sz w:val="22"/>
                <w:szCs w:val="22"/>
              </w:rPr>
              <w:t xml:space="preserve">Helena Schol  </w:t>
            </w:r>
            <w:r w:rsidRPr="008D354E">
              <w:rPr>
                <w:rFonts w:ascii="Calibri" w:eastAsia="Segoe UI" w:hAnsi="Calibri" w:cs="Calibri"/>
                <w:sz w:val="22"/>
                <w:szCs w:val="22"/>
              </w:rPr>
              <w:t xml:space="preserve"> </w:t>
            </w:r>
          </w:p>
        </w:tc>
        <w:tc>
          <w:tcPr>
            <w:tcW w:w="47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F64C6" w14:textId="77777777" w:rsidR="00547FCA" w:rsidRPr="008D354E" w:rsidRDefault="00547FCA">
            <w:pPr>
              <w:ind w:left="2"/>
              <w:rPr>
                <w:rFonts w:ascii="Calibri" w:hAnsi="Calibri" w:cs="Calibri"/>
                <w:sz w:val="22"/>
                <w:szCs w:val="22"/>
              </w:rPr>
            </w:pPr>
            <w:r w:rsidRPr="008D354E">
              <w:rPr>
                <w:rFonts w:ascii="Calibri" w:hAnsi="Calibri" w:cs="Calibri"/>
                <w:sz w:val="22"/>
                <w:szCs w:val="22"/>
              </w:rPr>
              <w:t xml:space="preserve">administratie@kindcentrum-emmaschool.nl  Info@kindcentrum-emmaschool.nl  </w:t>
            </w:r>
          </w:p>
        </w:tc>
      </w:tr>
      <w:tr w:rsidR="00547FCA" w:rsidRPr="00EE771D" w14:paraId="3BE94B50" w14:textId="77777777">
        <w:trPr>
          <w:trHeight w:val="444"/>
        </w:trPr>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E7DF81" w14:textId="77777777" w:rsidR="00547FCA" w:rsidRPr="008D354E" w:rsidRDefault="00547FCA">
            <w:pPr>
              <w:rPr>
                <w:rFonts w:ascii="Calibri" w:hAnsi="Calibri" w:cs="Calibri"/>
                <w:sz w:val="22"/>
                <w:szCs w:val="22"/>
              </w:rPr>
            </w:pPr>
            <w:proofErr w:type="spellStart"/>
            <w:r w:rsidRPr="008D354E">
              <w:rPr>
                <w:rFonts w:ascii="Calibri" w:hAnsi="Calibri" w:cs="Calibri"/>
                <w:sz w:val="22"/>
                <w:szCs w:val="22"/>
                <w:lang w:val="en-US"/>
              </w:rPr>
              <w:t>Conciërge</w:t>
            </w:r>
            <w:proofErr w:type="spellEnd"/>
            <w:r w:rsidRPr="008D354E">
              <w:rPr>
                <w:rFonts w:ascii="Calibri" w:hAnsi="Calibri" w:cs="Calibri"/>
                <w:sz w:val="22"/>
                <w:szCs w:val="22"/>
                <w:lang w:val="en-US"/>
              </w:rPr>
              <w:t xml:space="preserve"> </w:t>
            </w:r>
          </w:p>
        </w:tc>
        <w:tc>
          <w:tcPr>
            <w:tcW w:w="23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7657EB" w14:textId="77777777" w:rsidR="00547FCA" w:rsidRPr="008D354E" w:rsidRDefault="00547FCA">
            <w:pPr>
              <w:ind w:left="2"/>
              <w:rPr>
                <w:rFonts w:ascii="Calibri" w:hAnsi="Calibri" w:cs="Calibri"/>
                <w:sz w:val="22"/>
                <w:szCs w:val="22"/>
              </w:rPr>
            </w:pPr>
            <w:r w:rsidRPr="008D354E">
              <w:rPr>
                <w:rFonts w:ascii="Calibri" w:hAnsi="Calibri" w:cs="Calibri"/>
                <w:sz w:val="22"/>
                <w:szCs w:val="22"/>
              </w:rPr>
              <w:t xml:space="preserve">Jan Dilling </w:t>
            </w:r>
          </w:p>
        </w:tc>
        <w:tc>
          <w:tcPr>
            <w:tcW w:w="47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17962E" w14:textId="32D40B8C" w:rsidR="00547FCA" w:rsidRPr="008D354E" w:rsidRDefault="00547FCA">
            <w:pPr>
              <w:ind w:left="2"/>
              <w:rPr>
                <w:rFonts w:ascii="Calibri" w:hAnsi="Calibri" w:cs="Calibri"/>
                <w:sz w:val="22"/>
                <w:szCs w:val="22"/>
              </w:rPr>
            </w:pPr>
            <w:r w:rsidRPr="008D354E">
              <w:rPr>
                <w:rFonts w:ascii="Calibri" w:hAnsi="Calibri" w:cs="Calibri"/>
                <w:sz w:val="22"/>
                <w:szCs w:val="22"/>
              </w:rPr>
              <w:t xml:space="preserve">tel: 0592-820640 </w:t>
            </w:r>
          </w:p>
        </w:tc>
      </w:tr>
    </w:tbl>
    <w:p w14:paraId="5B156EB6" w14:textId="0EA99B91" w:rsidR="00CB27FF" w:rsidRDefault="00CB27FF" w:rsidP="00547FCA">
      <w:pPr>
        <w:spacing w:after="74"/>
        <w:rPr>
          <w:rFonts w:asciiTheme="majorHAnsi" w:hAnsiTheme="majorHAnsi" w:cstheme="majorHAnsi"/>
          <w:color w:val="1F497D" w:themeColor="text2"/>
          <w:lang w:val="nl-NL"/>
        </w:rPr>
      </w:pPr>
    </w:p>
    <w:p w14:paraId="41328964" w14:textId="7DA96714" w:rsidR="00E377E0" w:rsidRPr="00EE771D" w:rsidRDefault="00E377E0" w:rsidP="00E377E0">
      <w:pPr>
        <w:spacing w:after="0"/>
        <w:rPr>
          <w:rFonts w:asciiTheme="majorHAnsi" w:hAnsiTheme="majorHAnsi" w:cstheme="majorHAnsi"/>
        </w:rPr>
      </w:pPr>
    </w:p>
    <w:tbl>
      <w:tblPr>
        <w:tblStyle w:val="Tabelraster1"/>
        <w:tblW w:w="8776" w:type="dxa"/>
        <w:tblInd w:w="9" w:type="dxa"/>
        <w:tblCellMar>
          <w:top w:w="50" w:type="dxa"/>
          <w:left w:w="2" w:type="dxa"/>
          <w:right w:w="37" w:type="dxa"/>
        </w:tblCellMar>
        <w:tblLook w:val="04A0" w:firstRow="1" w:lastRow="0" w:firstColumn="1" w:lastColumn="0" w:noHBand="0" w:noVBand="1"/>
      </w:tblPr>
      <w:tblGrid>
        <w:gridCol w:w="1902"/>
        <w:gridCol w:w="6874"/>
      </w:tblGrid>
      <w:tr w:rsidR="00E377E0" w:rsidRPr="00FC4FEE" w14:paraId="3FCD7913"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cPr>
          <w:p w14:paraId="4ACD9ADE" w14:textId="77777777" w:rsidR="00E377E0" w:rsidRPr="00FC4FEE" w:rsidRDefault="00E377E0">
            <w:pPr>
              <w:ind w:left="4"/>
              <w:rPr>
                <w:rFonts w:ascii="Calibri" w:hAnsi="Calibri" w:cs="Calibri"/>
                <w:sz w:val="22"/>
                <w:szCs w:val="22"/>
              </w:rPr>
            </w:pPr>
            <w:r w:rsidRPr="3296F1BC">
              <w:rPr>
                <w:rFonts w:ascii="Calibri" w:hAnsi="Calibri" w:cs="Calibri"/>
                <w:sz w:val="22"/>
                <w:szCs w:val="22"/>
              </w:rPr>
              <w:t xml:space="preserve">Groep  </w:t>
            </w:r>
            <w:r w:rsidRPr="3296F1BC">
              <w:rPr>
                <w:rFonts w:ascii="Calibri" w:eastAsia="Segoe UI" w:hAnsi="Calibri" w:cs="Calibri"/>
                <w:sz w:val="22"/>
                <w:szCs w:val="22"/>
              </w:rPr>
              <w:t xml:space="preserve"> </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cPr>
          <w:p w14:paraId="4CBB12CF" w14:textId="7737771A" w:rsidR="00E377E0" w:rsidRPr="00FC4FEE" w:rsidRDefault="00E377E0">
            <w:pPr>
              <w:rPr>
                <w:rFonts w:ascii="Calibri" w:hAnsi="Calibri" w:cs="Calibri"/>
                <w:sz w:val="22"/>
                <w:szCs w:val="22"/>
                <w:lang w:val="en-US"/>
              </w:rPr>
            </w:pPr>
            <w:proofErr w:type="spellStart"/>
            <w:r w:rsidRPr="3296F1BC">
              <w:rPr>
                <w:rFonts w:ascii="Calibri" w:hAnsi="Calibri" w:cs="Calibri"/>
                <w:sz w:val="22"/>
                <w:szCs w:val="22"/>
                <w:lang w:val="en-US"/>
              </w:rPr>
              <w:t>Leerkracht</w:t>
            </w:r>
            <w:r w:rsidR="7CC9E6F1" w:rsidRPr="3296F1BC">
              <w:rPr>
                <w:rFonts w:ascii="Calibri" w:hAnsi="Calibri" w:cs="Calibri"/>
                <w:sz w:val="22"/>
                <w:szCs w:val="22"/>
                <w:lang w:val="en-US"/>
              </w:rPr>
              <w:t>en</w:t>
            </w:r>
            <w:proofErr w:type="spellEnd"/>
            <w:r w:rsidR="7CC9E6F1" w:rsidRPr="3296F1BC">
              <w:rPr>
                <w:rFonts w:ascii="Calibri" w:hAnsi="Calibri" w:cs="Calibri"/>
                <w:sz w:val="22"/>
                <w:szCs w:val="22"/>
                <w:lang w:val="en-US"/>
              </w:rPr>
              <w:t>:</w:t>
            </w:r>
          </w:p>
        </w:tc>
      </w:tr>
      <w:tr w:rsidR="00E377E0" w:rsidRPr="00FC4FEE" w14:paraId="5C492430"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A9AA1" w14:textId="3572C614" w:rsidR="00E377E0" w:rsidRPr="00FC4FEE" w:rsidRDefault="00E377E0">
            <w:pPr>
              <w:ind w:right="16"/>
              <w:jc w:val="center"/>
              <w:rPr>
                <w:rFonts w:ascii="Calibri" w:eastAsia="Segoe UI" w:hAnsi="Calibri" w:cs="Calibri"/>
                <w:sz w:val="22"/>
                <w:szCs w:val="22"/>
              </w:rPr>
            </w:pPr>
            <w:r w:rsidRPr="3296F1BC">
              <w:rPr>
                <w:rFonts w:ascii="Calibri" w:hAnsi="Calibri" w:cs="Calibri"/>
                <w:sz w:val="22"/>
                <w:szCs w:val="22"/>
              </w:rPr>
              <w:lastRenderedPageBreak/>
              <w:t>1/</w:t>
            </w:r>
            <w:r w:rsidR="2B05DB47" w:rsidRPr="3296F1BC">
              <w:rPr>
                <w:rFonts w:ascii="Calibri" w:hAnsi="Calibri" w:cs="Calibri"/>
                <w:sz w:val="22"/>
                <w:szCs w:val="22"/>
              </w:rPr>
              <w:t>2</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FAEC54" w14:textId="12699B25" w:rsidR="00E377E0" w:rsidRPr="00FC4FEE" w:rsidRDefault="2B05DB47">
            <w:pPr>
              <w:rPr>
                <w:rFonts w:ascii="Calibri" w:hAnsi="Calibri" w:cs="Calibri"/>
                <w:sz w:val="22"/>
                <w:szCs w:val="22"/>
              </w:rPr>
            </w:pPr>
            <w:r w:rsidRPr="3296F1BC">
              <w:rPr>
                <w:rFonts w:ascii="Calibri" w:hAnsi="Calibri" w:cs="Calibri"/>
                <w:sz w:val="22"/>
                <w:szCs w:val="22"/>
              </w:rPr>
              <w:t>Corien en Alies (woe)</w:t>
            </w:r>
          </w:p>
        </w:tc>
      </w:tr>
      <w:tr w:rsidR="00E377E0" w:rsidRPr="00FC4FEE" w14:paraId="39C50B47"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E1ED3" w14:textId="4F01DDB0" w:rsidR="00E377E0" w:rsidRPr="00FC4FEE" w:rsidRDefault="2B05DB47">
            <w:pPr>
              <w:ind w:left="85"/>
              <w:jc w:val="center"/>
              <w:rPr>
                <w:rFonts w:ascii="Calibri" w:hAnsi="Calibri" w:cs="Calibri"/>
                <w:sz w:val="22"/>
                <w:szCs w:val="22"/>
              </w:rPr>
            </w:pPr>
            <w:r w:rsidRPr="3296F1BC">
              <w:rPr>
                <w:rFonts w:ascii="Calibri" w:hAnsi="Calibri" w:cs="Calibri"/>
                <w:sz w:val="22"/>
                <w:szCs w:val="22"/>
              </w:rPr>
              <w:t>1/2</w:t>
            </w:r>
            <w:r w:rsidR="00E377E0" w:rsidRPr="3296F1BC">
              <w:rPr>
                <w:rFonts w:ascii="Calibri" w:hAnsi="Calibri" w:cs="Calibri"/>
                <w:sz w:val="22"/>
                <w:szCs w:val="22"/>
              </w:rPr>
              <w:t xml:space="preserve"> </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1793E" w14:textId="6D9E13C1" w:rsidR="00E377E0" w:rsidRPr="00FC4FEE" w:rsidRDefault="55DC4CD9">
            <w:pPr>
              <w:rPr>
                <w:rFonts w:ascii="Calibri" w:hAnsi="Calibri" w:cs="Calibri"/>
                <w:sz w:val="22"/>
                <w:szCs w:val="22"/>
                <w:lang w:val="en-US"/>
              </w:rPr>
            </w:pPr>
            <w:r w:rsidRPr="3296F1BC">
              <w:rPr>
                <w:rFonts w:ascii="Calibri" w:hAnsi="Calibri" w:cs="Calibri"/>
                <w:sz w:val="22"/>
                <w:szCs w:val="22"/>
                <w:lang w:val="en-US"/>
              </w:rPr>
              <w:t>A</w:t>
            </w:r>
            <w:r w:rsidR="6F5BC6DC" w:rsidRPr="3296F1BC">
              <w:rPr>
                <w:rFonts w:ascii="Calibri" w:hAnsi="Calibri" w:cs="Calibri"/>
                <w:sz w:val="22"/>
                <w:szCs w:val="22"/>
                <w:lang w:val="en-US"/>
              </w:rPr>
              <w:t>ndrea (</w:t>
            </w:r>
            <w:proofErr w:type="spellStart"/>
            <w:r w:rsidR="6F5BC6DC" w:rsidRPr="3296F1BC">
              <w:rPr>
                <w:rFonts w:ascii="Calibri" w:hAnsi="Calibri" w:cs="Calibri"/>
                <w:sz w:val="22"/>
                <w:szCs w:val="22"/>
                <w:lang w:val="en-US"/>
              </w:rPr>
              <w:t>ma,di,woe</w:t>
            </w:r>
            <w:proofErr w:type="spellEnd"/>
            <w:r w:rsidR="6F5BC6DC" w:rsidRPr="3296F1BC">
              <w:rPr>
                <w:rFonts w:ascii="Calibri" w:hAnsi="Calibri" w:cs="Calibri"/>
                <w:sz w:val="22"/>
                <w:szCs w:val="22"/>
                <w:lang w:val="en-US"/>
              </w:rPr>
              <w:t>) Janette W</w:t>
            </w:r>
            <w:r w:rsidR="00BB386C">
              <w:rPr>
                <w:rFonts w:ascii="Calibri" w:hAnsi="Calibri" w:cs="Calibri"/>
                <w:sz w:val="22"/>
                <w:szCs w:val="22"/>
                <w:lang w:val="en-US"/>
              </w:rPr>
              <w:t>.</w:t>
            </w:r>
          </w:p>
        </w:tc>
      </w:tr>
      <w:tr w:rsidR="00E377E0" w:rsidRPr="00FC4FEE" w14:paraId="4A737C4C"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E6EC5" w14:textId="33997CC9" w:rsidR="00E377E0" w:rsidRPr="00FC4FEE" w:rsidRDefault="00E377E0">
            <w:pPr>
              <w:ind w:right="12"/>
              <w:jc w:val="center"/>
              <w:rPr>
                <w:rFonts w:ascii="Calibri" w:eastAsia="Segoe UI" w:hAnsi="Calibri" w:cs="Calibri"/>
                <w:sz w:val="22"/>
                <w:szCs w:val="22"/>
              </w:rPr>
            </w:pPr>
            <w:r w:rsidRPr="3296F1BC">
              <w:rPr>
                <w:rFonts w:ascii="Calibri" w:hAnsi="Calibri" w:cs="Calibri"/>
                <w:sz w:val="22"/>
                <w:szCs w:val="22"/>
              </w:rPr>
              <w:t>1/2</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FC5C72" w14:textId="6F0586D8" w:rsidR="00E377E0" w:rsidRPr="00F52AF7" w:rsidRDefault="00E377E0">
            <w:pPr>
              <w:rPr>
                <w:rFonts w:ascii="Calibri" w:hAnsi="Calibri" w:cs="Calibri"/>
                <w:sz w:val="22"/>
                <w:szCs w:val="22"/>
                <w:lang w:val="en-US"/>
              </w:rPr>
            </w:pPr>
            <w:r w:rsidRPr="00F52AF7">
              <w:rPr>
                <w:rFonts w:ascii="Calibri" w:hAnsi="Calibri" w:cs="Calibri"/>
                <w:sz w:val="22"/>
                <w:szCs w:val="22"/>
                <w:lang w:val="en-US"/>
              </w:rPr>
              <w:t>Tally (ma, di</w:t>
            </w:r>
            <w:r w:rsidR="722A0D79" w:rsidRPr="00F52AF7">
              <w:rPr>
                <w:rFonts w:ascii="Calibri" w:hAnsi="Calibri" w:cs="Calibri"/>
                <w:sz w:val="22"/>
                <w:szCs w:val="22"/>
                <w:lang w:val="en-US"/>
              </w:rPr>
              <w:t>, woe) Iris</w:t>
            </w:r>
          </w:p>
        </w:tc>
      </w:tr>
      <w:tr w:rsidR="00E377E0" w:rsidRPr="00FC4FEE" w14:paraId="5AC1F54A"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44541" w14:textId="5B7C0D9A" w:rsidR="00E377E0" w:rsidRPr="00FC4FEE" w:rsidRDefault="2320D7DD">
            <w:pPr>
              <w:ind w:left="85"/>
              <w:jc w:val="center"/>
              <w:rPr>
                <w:rFonts w:ascii="Calibri" w:hAnsi="Calibri" w:cs="Calibri"/>
                <w:sz w:val="22"/>
                <w:szCs w:val="22"/>
              </w:rPr>
            </w:pPr>
            <w:r w:rsidRPr="3296F1BC">
              <w:rPr>
                <w:rFonts w:ascii="Calibri" w:hAnsi="Calibri" w:cs="Calibri"/>
                <w:sz w:val="22"/>
                <w:szCs w:val="22"/>
              </w:rPr>
              <w:t>1/2</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199B1" w14:textId="416306FC" w:rsidR="00E377E0" w:rsidRPr="00FC4FEE" w:rsidRDefault="3330742A">
            <w:pPr>
              <w:rPr>
                <w:rFonts w:ascii="Calibri" w:hAnsi="Calibri" w:cs="Calibri"/>
                <w:sz w:val="22"/>
                <w:szCs w:val="22"/>
                <w:lang w:val="en-US"/>
              </w:rPr>
            </w:pPr>
            <w:r w:rsidRPr="692CB0CB">
              <w:rPr>
                <w:rFonts w:ascii="Calibri" w:hAnsi="Calibri" w:cs="Calibri"/>
                <w:sz w:val="22"/>
                <w:szCs w:val="22"/>
                <w:lang w:val="en-US"/>
              </w:rPr>
              <w:t>Lotte</w:t>
            </w:r>
            <w:r w:rsidR="6B07D58C" w:rsidRPr="692CB0CB">
              <w:rPr>
                <w:rFonts w:ascii="Calibri" w:hAnsi="Calibri" w:cs="Calibri"/>
                <w:sz w:val="22"/>
                <w:szCs w:val="22"/>
                <w:lang w:val="en-US"/>
              </w:rPr>
              <w:t xml:space="preserve"> </w:t>
            </w:r>
            <w:r w:rsidR="00BB386C">
              <w:rPr>
                <w:rFonts w:ascii="Calibri" w:hAnsi="Calibri" w:cs="Calibri"/>
                <w:sz w:val="22"/>
                <w:szCs w:val="22"/>
                <w:lang w:val="en-US"/>
              </w:rPr>
              <w:t>K.</w:t>
            </w:r>
          </w:p>
        </w:tc>
      </w:tr>
      <w:tr w:rsidR="00E377E0" w:rsidRPr="00256370" w14:paraId="66BFC5B5"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BF77D" w14:textId="63CE9730" w:rsidR="00E377E0" w:rsidRPr="00FC4FEE" w:rsidRDefault="6EFD8A7E">
            <w:pPr>
              <w:ind w:right="15"/>
              <w:jc w:val="center"/>
              <w:rPr>
                <w:rFonts w:ascii="Calibri" w:hAnsi="Calibri" w:cs="Calibri"/>
                <w:sz w:val="22"/>
                <w:szCs w:val="22"/>
              </w:rPr>
            </w:pPr>
            <w:r w:rsidRPr="3296F1BC">
              <w:rPr>
                <w:rFonts w:ascii="Calibri" w:hAnsi="Calibri" w:cs="Calibri"/>
                <w:sz w:val="22"/>
                <w:szCs w:val="22"/>
              </w:rPr>
              <w:t>3A</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826DEC" w14:textId="0F0FD654" w:rsidR="00E377E0" w:rsidRPr="00FC4FEE" w:rsidRDefault="780A0759">
            <w:pPr>
              <w:rPr>
                <w:rFonts w:ascii="Calibri" w:hAnsi="Calibri" w:cs="Calibri"/>
                <w:sz w:val="22"/>
                <w:szCs w:val="22"/>
              </w:rPr>
            </w:pPr>
            <w:r w:rsidRPr="3296F1BC">
              <w:rPr>
                <w:rFonts w:ascii="Calibri" w:hAnsi="Calibri" w:cs="Calibri"/>
                <w:sz w:val="22"/>
                <w:szCs w:val="22"/>
              </w:rPr>
              <w:t>Iris (</w:t>
            </w:r>
            <w:proofErr w:type="spellStart"/>
            <w:r w:rsidRPr="3296F1BC">
              <w:rPr>
                <w:rFonts w:ascii="Calibri" w:hAnsi="Calibri" w:cs="Calibri"/>
                <w:sz w:val="22"/>
                <w:szCs w:val="22"/>
              </w:rPr>
              <w:t>ma,di</w:t>
            </w:r>
            <w:proofErr w:type="spellEnd"/>
            <w:r w:rsidRPr="3296F1BC">
              <w:rPr>
                <w:rFonts w:ascii="Calibri" w:hAnsi="Calibri" w:cs="Calibri"/>
                <w:sz w:val="22"/>
                <w:szCs w:val="22"/>
              </w:rPr>
              <w:t xml:space="preserve">) </w:t>
            </w:r>
            <w:proofErr w:type="spellStart"/>
            <w:r w:rsidRPr="3296F1BC">
              <w:rPr>
                <w:rFonts w:ascii="Calibri" w:hAnsi="Calibri" w:cs="Calibri"/>
                <w:sz w:val="22"/>
                <w:szCs w:val="22"/>
              </w:rPr>
              <w:t>Jannette</w:t>
            </w:r>
            <w:proofErr w:type="spellEnd"/>
            <w:r w:rsidRPr="3296F1BC">
              <w:rPr>
                <w:rFonts w:ascii="Calibri" w:hAnsi="Calibri" w:cs="Calibri"/>
                <w:sz w:val="22"/>
                <w:szCs w:val="22"/>
              </w:rPr>
              <w:t xml:space="preserve"> H</w:t>
            </w:r>
            <w:r w:rsidR="00BB386C">
              <w:rPr>
                <w:rFonts w:ascii="Calibri" w:hAnsi="Calibri" w:cs="Calibri"/>
                <w:sz w:val="22"/>
                <w:szCs w:val="22"/>
              </w:rPr>
              <w:t>.</w:t>
            </w:r>
          </w:p>
        </w:tc>
      </w:tr>
      <w:tr w:rsidR="00E377E0" w:rsidRPr="00851835" w14:paraId="21CEB913"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109BD3" w14:textId="773ACDC5" w:rsidR="00E377E0" w:rsidRPr="00FC4FEE" w:rsidRDefault="00E377E0">
            <w:pPr>
              <w:ind w:right="16"/>
              <w:jc w:val="center"/>
              <w:rPr>
                <w:rFonts w:ascii="Calibri" w:eastAsia="Segoe UI" w:hAnsi="Calibri" w:cs="Calibri"/>
                <w:sz w:val="22"/>
                <w:szCs w:val="22"/>
              </w:rPr>
            </w:pPr>
            <w:r w:rsidRPr="3296F1BC">
              <w:rPr>
                <w:rFonts w:ascii="Calibri" w:hAnsi="Calibri" w:cs="Calibri"/>
                <w:sz w:val="22"/>
                <w:szCs w:val="22"/>
              </w:rPr>
              <w:t>3</w:t>
            </w:r>
            <w:r w:rsidR="7E12BE2C" w:rsidRPr="3296F1BC">
              <w:rPr>
                <w:rFonts w:ascii="Calibri" w:hAnsi="Calibri" w:cs="Calibri"/>
                <w:sz w:val="22"/>
                <w:szCs w:val="22"/>
              </w:rPr>
              <w:t>B</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6DD26" w14:textId="7D776705" w:rsidR="00E377E0" w:rsidRPr="00F52AF7" w:rsidRDefault="00E377E0">
            <w:pPr>
              <w:rPr>
                <w:rFonts w:ascii="Calibri" w:hAnsi="Calibri" w:cs="Calibri"/>
                <w:sz w:val="22"/>
                <w:szCs w:val="22"/>
                <w:lang w:val="en-US"/>
              </w:rPr>
            </w:pPr>
            <w:r w:rsidRPr="00F52AF7">
              <w:rPr>
                <w:rFonts w:ascii="Calibri" w:hAnsi="Calibri" w:cs="Calibri"/>
                <w:sz w:val="22"/>
                <w:szCs w:val="22"/>
                <w:lang w:val="en-US"/>
              </w:rPr>
              <w:t>Annette (</w:t>
            </w:r>
            <w:proofErr w:type="spellStart"/>
            <w:r w:rsidRPr="00F52AF7">
              <w:rPr>
                <w:rFonts w:ascii="Calibri" w:hAnsi="Calibri" w:cs="Calibri"/>
                <w:sz w:val="22"/>
                <w:szCs w:val="22"/>
                <w:lang w:val="en-US"/>
              </w:rPr>
              <w:t>ma,di</w:t>
            </w:r>
            <w:r w:rsidR="603AEA68" w:rsidRPr="00F52AF7">
              <w:rPr>
                <w:rFonts w:ascii="Calibri" w:hAnsi="Calibri" w:cs="Calibri"/>
                <w:sz w:val="22"/>
                <w:szCs w:val="22"/>
                <w:lang w:val="en-US"/>
              </w:rPr>
              <w:t>,woe</w:t>
            </w:r>
            <w:proofErr w:type="spellEnd"/>
            <w:r w:rsidR="603AEA68" w:rsidRPr="00F52AF7">
              <w:rPr>
                <w:rFonts w:ascii="Calibri" w:hAnsi="Calibri" w:cs="Calibri"/>
                <w:sz w:val="22"/>
                <w:szCs w:val="22"/>
                <w:lang w:val="en-US"/>
              </w:rPr>
              <w:t>) Janine</w:t>
            </w:r>
          </w:p>
        </w:tc>
      </w:tr>
      <w:tr w:rsidR="00E377E0" w:rsidRPr="00FC4FEE" w14:paraId="57A40034"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EBF35" w14:textId="6F2437C2" w:rsidR="00E377E0" w:rsidRPr="00FC4FEE" w:rsidRDefault="4C233BEC">
            <w:pPr>
              <w:ind w:left="85"/>
              <w:jc w:val="center"/>
              <w:rPr>
                <w:rFonts w:ascii="Calibri" w:hAnsi="Calibri" w:cs="Calibri"/>
                <w:sz w:val="22"/>
                <w:szCs w:val="22"/>
              </w:rPr>
            </w:pPr>
            <w:r w:rsidRPr="3296F1BC">
              <w:rPr>
                <w:rFonts w:ascii="Calibri" w:hAnsi="Calibri" w:cs="Calibri"/>
                <w:sz w:val="22"/>
                <w:szCs w:val="22"/>
              </w:rPr>
              <w:t>4</w:t>
            </w:r>
            <w:r w:rsidR="1CAF1646" w:rsidRPr="3296F1BC">
              <w:rPr>
                <w:rFonts w:ascii="Calibri" w:hAnsi="Calibri" w:cs="Calibri"/>
                <w:sz w:val="22"/>
                <w:szCs w:val="22"/>
              </w:rPr>
              <w:t>A</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1A1BA8" w14:textId="518A86FA" w:rsidR="00E377E0" w:rsidRPr="00FC4FEE" w:rsidRDefault="5DDDA7CC">
            <w:pPr>
              <w:rPr>
                <w:rFonts w:ascii="Calibri" w:hAnsi="Calibri" w:cs="Calibri"/>
                <w:sz w:val="22"/>
                <w:szCs w:val="22"/>
                <w:lang w:val="en-US"/>
              </w:rPr>
            </w:pPr>
            <w:r w:rsidRPr="3296F1BC">
              <w:rPr>
                <w:rFonts w:ascii="Calibri" w:hAnsi="Calibri" w:cs="Calibri"/>
                <w:sz w:val="22"/>
                <w:szCs w:val="22"/>
                <w:lang w:val="en-US"/>
              </w:rPr>
              <w:t>Ingrid (</w:t>
            </w:r>
            <w:proofErr w:type="spellStart"/>
            <w:r w:rsidRPr="3296F1BC">
              <w:rPr>
                <w:rFonts w:ascii="Calibri" w:hAnsi="Calibri" w:cs="Calibri"/>
                <w:sz w:val="22"/>
                <w:szCs w:val="22"/>
                <w:lang w:val="en-US"/>
              </w:rPr>
              <w:t>ma,di</w:t>
            </w:r>
            <w:proofErr w:type="spellEnd"/>
            <w:r w:rsidRPr="3296F1BC">
              <w:rPr>
                <w:rFonts w:ascii="Calibri" w:hAnsi="Calibri" w:cs="Calibri"/>
                <w:sz w:val="22"/>
                <w:szCs w:val="22"/>
                <w:lang w:val="en-US"/>
              </w:rPr>
              <w:t>) Astrid</w:t>
            </w:r>
          </w:p>
        </w:tc>
      </w:tr>
      <w:tr w:rsidR="00E377E0" w:rsidRPr="00FC4FEE" w14:paraId="0DB0A386"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8B49D" w14:textId="477EBC50" w:rsidR="00E377E0" w:rsidRPr="00FC4FEE" w:rsidRDefault="5DDDA7CC">
            <w:pPr>
              <w:ind w:right="12"/>
              <w:jc w:val="center"/>
              <w:rPr>
                <w:rFonts w:ascii="Calibri" w:hAnsi="Calibri" w:cs="Calibri"/>
                <w:sz w:val="22"/>
                <w:szCs w:val="22"/>
              </w:rPr>
            </w:pPr>
            <w:r w:rsidRPr="3296F1BC">
              <w:rPr>
                <w:rFonts w:ascii="Calibri" w:hAnsi="Calibri" w:cs="Calibri"/>
                <w:sz w:val="22"/>
                <w:szCs w:val="22"/>
              </w:rPr>
              <w:t>4B</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25D030" w14:textId="3CF2D088" w:rsidR="00E377E0" w:rsidRPr="00FC4FEE" w:rsidRDefault="5DDDA7CC">
            <w:pPr>
              <w:rPr>
                <w:rFonts w:ascii="Calibri" w:hAnsi="Calibri" w:cs="Calibri"/>
                <w:sz w:val="22"/>
                <w:szCs w:val="22"/>
              </w:rPr>
            </w:pPr>
            <w:r w:rsidRPr="3296F1BC">
              <w:rPr>
                <w:rFonts w:ascii="Calibri" w:hAnsi="Calibri" w:cs="Calibri"/>
                <w:sz w:val="22"/>
                <w:szCs w:val="22"/>
              </w:rPr>
              <w:t>Ingrid (woe) Robin</w:t>
            </w:r>
          </w:p>
        </w:tc>
      </w:tr>
      <w:tr w:rsidR="00E377E0" w:rsidRPr="00851835" w14:paraId="4E3F324A"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DF63D" w14:textId="68C9C8E5" w:rsidR="00E377E0" w:rsidRPr="00FC4FEE" w:rsidRDefault="00E377E0">
            <w:pPr>
              <w:ind w:left="85"/>
              <w:jc w:val="center"/>
              <w:rPr>
                <w:rFonts w:ascii="Calibri" w:hAnsi="Calibri" w:cs="Calibri"/>
                <w:sz w:val="22"/>
                <w:szCs w:val="22"/>
              </w:rPr>
            </w:pPr>
            <w:r w:rsidRPr="3296F1BC">
              <w:rPr>
                <w:rFonts w:ascii="Calibri" w:hAnsi="Calibri" w:cs="Calibri"/>
                <w:sz w:val="22"/>
                <w:szCs w:val="22"/>
              </w:rPr>
              <w:t xml:space="preserve"> </w:t>
            </w:r>
            <w:r w:rsidR="353F0604" w:rsidRPr="3296F1BC">
              <w:rPr>
                <w:rFonts w:ascii="Calibri" w:hAnsi="Calibri" w:cs="Calibri"/>
                <w:sz w:val="22"/>
                <w:szCs w:val="22"/>
              </w:rPr>
              <w:t>5</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C6298" w14:textId="20804A37" w:rsidR="00E377E0" w:rsidRPr="00F52AF7" w:rsidRDefault="353F0604">
            <w:pPr>
              <w:rPr>
                <w:rFonts w:ascii="Calibri" w:hAnsi="Calibri" w:cs="Calibri"/>
                <w:sz w:val="22"/>
                <w:szCs w:val="22"/>
                <w:lang w:val="en-US"/>
              </w:rPr>
            </w:pPr>
            <w:r w:rsidRPr="185DDAC7">
              <w:rPr>
                <w:rFonts w:ascii="Calibri" w:hAnsi="Calibri" w:cs="Calibri"/>
                <w:sz w:val="22"/>
                <w:szCs w:val="22"/>
                <w:lang w:val="en-US"/>
              </w:rPr>
              <w:t>Diana (</w:t>
            </w:r>
            <w:proofErr w:type="spellStart"/>
            <w:r w:rsidRPr="185DDAC7">
              <w:rPr>
                <w:rFonts w:ascii="Calibri" w:hAnsi="Calibri" w:cs="Calibri"/>
                <w:sz w:val="22"/>
                <w:szCs w:val="22"/>
                <w:lang w:val="en-US"/>
              </w:rPr>
              <w:t>ma,di,woe</w:t>
            </w:r>
            <w:proofErr w:type="spellEnd"/>
            <w:r w:rsidRPr="185DDAC7">
              <w:rPr>
                <w:rFonts w:ascii="Calibri" w:hAnsi="Calibri" w:cs="Calibri"/>
                <w:sz w:val="22"/>
                <w:szCs w:val="22"/>
                <w:lang w:val="en-US"/>
              </w:rPr>
              <w:t xml:space="preserve">) </w:t>
            </w:r>
            <w:proofErr w:type="spellStart"/>
            <w:r w:rsidRPr="185DDAC7">
              <w:rPr>
                <w:rFonts w:ascii="Calibri" w:hAnsi="Calibri" w:cs="Calibri"/>
                <w:sz w:val="22"/>
                <w:szCs w:val="22"/>
                <w:lang w:val="en-US"/>
              </w:rPr>
              <w:t>Marri</w:t>
            </w:r>
            <w:r w:rsidR="00BB386C">
              <w:rPr>
                <w:rFonts w:ascii="Calibri" w:hAnsi="Calibri" w:cs="Calibri"/>
                <w:sz w:val="22"/>
                <w:szCs w:val="22"/>
                <w:lang w:val="en-US"/>
              </w:rPr>
              <w:t>ë</w:t>
            </w:r>
            <w:r w:rsidRPr="185DDAC7">
              <w:rPr>
                <w:rFonts w:ascii="Calibri" w:hAnsi="Calibri" w:cs="Calibri"/>
                <w:sz w:val="22"/>
                <w:szCs w:val="22"/>
                <w:lang w:val="en-US"/>
              </w:rPr>
              <w:t>t</w:t>
            </w:r>
            <w:proofErr w:type="spellEnd"/>
          </w:p>
        </w:tc>
      </w:tr>
      <w:tr w:rsidR="00E377E0" w:rsidRPr="00851835" w14:paraId="2309732C"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92F40" w14:textId="7402357D" w:rsidR="00E377E0" w:rsidRPr="00FC4FEE" w:rsidRDefault="353F0604">
            <w:pPr>
              <w:ind w:left="37"/>
              <w:jc w:val="center"/>
              <w:rPr>
                <w:rFonts w:ascii="Calibri" w:hAnsi="Calibri" w:cs="Calibri"/>
                <w:sz w:val="22"/>
                <w:szCs w:val="22"/>
              </w:rPr>
            </w:pPr>
            <w:r w:rsidRPr="3296F1BC">
              <w:rPr>
                <w:rFonts w:ascii="Calibri" w:hAnsi="Calibri" w:cs="Calibri"/>
                <w:sz w:val="22"/>
                <w:szCs w:val="22"/>
              </w:rPr>
              <w:t>5/6</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69971" w14:textId="620FAB31" w:rsidR="00E377E0" w:rsidRPr="00FC4FEE" w:rsidRDefault="00E377E0">
            <w:pPr>
              <w:rPr>
                <w:rFonts w:ascii="Calibri" w:hAnsi="Calibri" w:cs="Calibri"/>
                <w:sz w:val="22"/>
                <w:szCs w:val="22"/>
              </w:rPr>
            </w:pPr>
            <w:r w:rsidRPr="3296F1BC">
              <w:rPr>
                <w:rFonts w:ascii="Calibri" w:hAnsi="Calibri" w:cs="Calibri"/>
                <w:sz w:val="22"/>
                <w:szCs w:val="22"/>
              </w:rPr>
              <w:t>Mathilde</w:t>
            </w:r>
          </w:p>
        </w:tc>
      </w:tr>
      <w:tr w:rsidR="00E377E0" w:rsidRPr="00256370" w14:paraId="68AF9EA2"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9420C6" w14:textId="235E7C34" w:rsidR="00E377E0" w:rsidRPr="00FC4FEE" w:rsidRDefault="2FF022D1">
            <w:pPr>
              <w:ind w:left="37"/>
              <w:jc w:val="center"/>
              <w:rPr>
                <w:rFonts w:ascii="Calibri" w:hAnsi="Calibri" w:cs="Calibri"/>
                <w:sz w:val="22"/>
                <w:szCs w:val="22"/>
              </w:rPr>
            </w:pPr>
            <w:r w:rsidRPr="3296F1BC">
              <w:rPr>
                <w:rFonts w:ascii="Calibri" w:hAnsi="Calibri" w:cs="Calibri"/>
                <w:sz w:val="22"/>
                <w:szCs w:val="22"/>
              </w:rPr>
              <w:t>6</w:t>
            </w:r>
          </w:p>
          <w:p w14:paraId="19BA11D7" w14:textId="77777777" w:rsidR="00E377E0" w:rsidRPr="00FC4FEE" w:rsidRDefault="00E377E0">
            <w:pPr>
              <w:ind w:left="85"/>
              <w:jc w:val="center"/>
              <w:rPr>
                <w:rFonts w:ascii="Calibri" w:hAnsi="Calibri" w:cs="Calibri"/>
                <w:sz w:val="22"/>
                <w:szCs w:val="22"/>
              </w:rPr>
            </w:pPr>
            <w:r w:rsidRPr="3296F1BC">
              <w:rPr>
                <w:rFonts w:ascii="Calibri" w:hAnsi="Calibri" w:cs="Calibri"/>
                <w:sz w:val="22"/>
                <w:szCs w:val="22"/>
              </w:rPr>
              <w:t xml:space="preserve"> </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B2AA4" w14:textId="06CEDB42" w:rsidR="00E377E0" w:rsidRPr="00FC4FEE" w:rsidRDefault="37FE0AC9">
            <w:pPr>
              <w:rPr>
                <w:rFonts w:ascii="Calibri" w:hAnsi="Calibri" w:cs="Calibri"/>
                <w:sz w:val="22"/>
                <w:szCs w:val="22"/>
              </w:rPr>
            </w:pPr>
            <w:r w:rsidRPr="692CB0CB">
              <w:rPr>
                <w:rFonts w:ascii="Calibri" w:hAnsi="Calibri" w:cs="Calibri"/>
                <w:sz w:val="22"/>
                <w:szCs w:val="22"/>
              </w:rPr>
              <w:t xml:space="preserve">Lotte </w:t>
            </w:r>
            <w:r w:rsidR="00BB386C">
              <w:rPr>
                <w:rFonts w:ascii="Calibri" w:hAnsi="Calibri" w:cs="Calibri"/>
                <w:sz w:val="22"/>
                <w:szCs w:val="22"/>
              </w:rPr>
              <w:t>B</w:t>
            </w:r>
            <w:r w:rsidRPr="692CB0CB">
              <w:rPr>
                <w:rFonts w:ascii="Calibri" w:hAnsi="Calibri" w:cs="Calibri"/>
                <w:sz w:val="22"/>
                <w:szCs w:val="22"/>
              </w:rPr>
              <w:t>.</w:t>
            </w:r>
            <w:r w:rsidR="0ED72C04" w:rsidRPr="692CB0CB">
              <w:rPr>
                <w:rFonts w:ascii="Calibri" w:hAnsi="Calibri" w:cs="Calibri"/>
                <w:sz w:val="22"/>
                <w:szCs w:val="22"/>
              </w:rPr>
              <w:t xml:space="preserve"> (</w:t>
            </w:r>
            <w:proofErr w:type="spellStart"/>
            <w:r w:rsidR="0ED72C04" w:rsidRPr="692CB0CB">
              <w:rPr>
                <w:rFonts w:ascii="Calibri" w:hAnsi="Calibri" w:cs="Calibri"/>
                <w:sz w:val="22"/>
                <w:szCs w:val="22"/>
              </w:rPr>
              <w:t>ma,di,woe</w:t>
            </w:r>
            <w:proofErr w:type="spellEnd"/>
            <w:r w:rsidR="0ED72C04" w:rsidRPr="692CB0CB">
              <w:rPr>
                <w:rFonts w:ascii="Calibri" w:hAnsi="Calibri" w:cs="Calibri"/>
                <w:sz w:val="22"/>
                <w:szCs w:val="22"/>
              </w:rPr>
              <w:t>) Lisa</w:t>
            </w:r>
          </w:p>
        </w:tc>
      </w:tr>
      <w:tr w:rsidR="00E377E0" w:rsidRPr="00FC4FEE" w14:paraId="59121345"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658A83" w14:textId="60020C48" w:rsidR="00E377E0" w:rsidRPr="00FC4FEE" w:rsidRDefault="3E66EEC3">
            <w:pPr>
              <w:rPr>
                <w:rFonts w:ascii="Calibri" w:hAnsi="Calibri" w:cs="Calibri"/>
                <w:sz w:val="22"/>
                <w:szCs w:val="22"/>
              </w:rPr>
            </w:pPr>
            <w:r w:rsidRPr="3296F1BC">
              <w:rPr>
                <w:rFonts w:ascii="Calibri" w:hAnsi="Calibri" w:cs="Calibri"/>
                <w:sz w:val="22"/>
                <w:szCs w:val="22"/>
              </w:rPr>
              <w:t xml:space="preserve">                7</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F9F61" w14:textId="179F3508" w:rsidR="00E377E0" w:rsidRPr="00FC4FEE" w:rsidRDefault="00E377E0">
            <w:pPr>
              <w:rPr>
                <w:rFonts w:ascii="Calibri" w:hAnsi="Calibri" w:cs="Calibri"/>
                <w:sz w:val="22"/>
                <w:szCs w:val="22"/>
                <w:lang w:val="en-US"/>
              </w:rPr>
            </w:pPr>
            <w:r w:rsidRPr="3296F1BC">
              <w:rPr>
                <w:rFonts w:ascii="Calibri" w:hAnsi="Calibri" w:cs="Calibri"/>
                <w:sz w:val="22"/>
                <w:szCs w:val="22"/>
                <w:lang w:val="en-US"/>
              </w:rPr>
              <w:t>Ma</w:t>
            </w:r>
            <w:r w:rsidR="5ADEB03B" w:rsidRPr="3296F1BC">
              <w:rPr>
                <w:rFonts w:ascii="Calibri" w:hAnsi="Calibri" w:cs="Calibri"/>
                <w:sz w:val="22"/>
                <w:szCs w:val="22"/>
                <w:lang w:val="en-US"/>
              </w:rPr>
              <w:t>non</w:t>
            </w:r>
          </w:p>
        </w:tc>
      </w:tr>
      <w:tr w:rsidR="00E377E0" w:rsidRPr="00FC4FEE" w14:paraId="57F0F718"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7A1F66" w14:textId="0EEF8307" w:rsidR="00E377E0" w:rsidRPr="00FC4FEE" w:rsidRDefault="5ADEB03B">
            <w:pPr>
              <w:ind w:left="36"/>
              <w:jc w:val="center"/>
              <w:rPr>
                <w:rFonts w:ascii="Calibri" w:hAnsi="Calibri" w:cs="Calibri"/>
                <w:sz w:val="22"/>
                <w:szCs w:val="22"/>
              </w:rPr>
            </w:pPr>
            <w:r w:rsidRPr="3296F1BC">
              <w:rPr>
                <w:rFonts w:ascii="Calibri" w:hAnsi="Calibri" w:cs="Calibri"/>
                <w:sz w:val="22"/>
                <w:szCs w:val="22"/>
              </w:rPr>
              <w:t>7/8</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36405" w14:textId="7F347C2E" w:rsidR="00E377E0" w:rsidRPr="00FC4FEE" w:rsidRDefault="5ADEB03B">
            <w:pPr>
              <w:rPr>
                <w:rFonts w:ascii="Calibri" w:hAnsi="Calibri" w:cs="Calibri"/>
                <w:sz w:val="22"/>
                <w:szCs w:val="22"/>
                <w:lang w:val="en-GB"/>
              </w:rPr>
            </w:pPr>
            <w:r w:rsidRPr="3296F1BC">
              <w:rPr>
                <w:rFonts w:ascii="Calibri" w:hAnsi="Calibri" w:cs="Calibri"/>
                <w:sz w:val="22"/>
                <w:szCs w:val="22"/>
                <w:lang w:val="en-GB"/>
              </w:rPr>
              <w:t>Marijke</w:t>
            </w:r>
          </w:p>
        </w:tc>
      </w:tr>
      <w:tr w:rsidR="00E377E0" w:rsidRPr="00FC4FEE" w14:paraId="2894996F" w14:textId="77777777" w:rsidTr="692CB0CB">
        <w:trPr>
          <w:trHeight w:val="300"/>
        </w:trPr>
        <w:tc>
          <w:tcPr>
            <w:tcW w:w="19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44768" w14:textId="602CE3D6" w:rsidR="00E377E0" w:rsidRPr="00FC4FEE" w:rsidRDefault="00E377E0">
            <w:pPr>
              <w:ind w:left="85"/>
              <w:jc w:val="center"/>
              <w:rPr>
                <w:rFonts w:ascii="Calibri" w:hAnsi="Calibri" w:cs="Calibri"/>
                <w:sz w:val="22"/>
                <w:szCs w:val="22"/>
                <w:lang w:val="en-GB"/>
              </w:rPr>
            </w:pPr>
            <w:r w:rsidRPr="3296F1BC">
              <w:rPr>
                <w:rFonts w:ascii="Calibri" w:hAnsi="Calibri" w:cs="Calibri"/>
                <w:sz w:val="22"/>
                <w:szCs w:val="22"/>
                <w:lang w:val="en-GB"/>
              </w:rPr>
              <w:t xml:space="preserve"> </w:t>
            </w:r>
            <w:r w:rsidR="29A6B963" w:rsidRPr="3296F1BC">
              <w:rPr>
                <w:rFonts w:ascii="Calibri" w:hAnsi="Calibri" w:cs="Calibri"/>
                <w:sz w:val="22"/>
                <w:szCs w:val="22"/>
                <w:lang w:val="en-GB"/>
              </w:rPr>
              <w:t>8</w:t>
            </w:r>
          </w:p>
        </w:tc>
        <w:tc>
          <w:tcPr>
            <w:tcW w:w="6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44C02" w14:textId="7121461A" w:rsidR="00E377E0" w:rsidRPr="00FC4FEE" w:rsidRDefault="00E377E0">
            <w:pPr>
              <w:rPr>
                <w:rFonts w:ascii="Calibri" w:hAnsi="Calibri" w:cs="Calibri"/>
                <w:sz w:val="22"/>
                <w:szCs w:val="22"/>
                <w:lang w:val="en-US"/>
              </w:rPr>
            </w:pPr>
            <w:r w:rsidRPr="3296F1BC">
              <w:rPr>
                <w:rFonts w:ascii="Calibri" w:hAnsi="Calibri" w:cs="Calibri"/>
                <w:sz w:val="22"/>
                <w:szCs w:val="22"/>
                <w:lang w:val="en-US"/>
              </w:rPr>
              <w:t>J</w:t>
            </w:r>
            <w:r w:rsidR="119B840F" w:rsidRPr="3296F1BC">
              <w:rPr>
                <w:rFonts w:ascii="Calibri" w:hAnsi="Calibri" w:cs="Calibri"/>
                <w:sz w:val="22"/>
                <w:szCs w:val="22"/>
                <w:lang w:val="en-US"/>
              </w:rPr>
              <w:t>eroen</w:t>
            </w:r>
          </w:p>
        </w:tc>
      </w:tr>
    </w:tbl>
    <w:p w14:paraId="5C92928D" w14:textId="77777777" w:rsidR="00E377E0" w:rsidRPr="00547FCA" w:rsidRDefault="00E377E0" w:rsidP="00547FCA">
      <w:pPr>
        <w:spacing w:after="74"/>
        <w:rPr>
          <w:rFonts w:asciiTheme="majorHAnsi" w:hAnsiTheme="majorHAnsi" w:cstheme="majorHAnsi"/>
          <w:color w:val="1F497D" w:themeColor="text2"/>
          <w:lang w:val="nl-NL"/>
        </w:rPr>
      </w:pPr>
    </w:p>
    <w:p w14:paraId="764658FE" w14:textId="7D4622E1" w:rsidR="009C6DA7" w:rsidRPr="0078798F" w:rsidRDefault="009C6DA7" w:rsidP="00726D62">
      <w:pPr>
        <w:pStyle w:val="Kop3"/>
        <w:rPr>
          <w:lang w:val="nl-NL"/>
        </w:rPr>
      </w:pPr>
      <w:bookmarkStart w:id="39" w:name="_Toc201002770"/>
      <w:bookmarkStart w:id="40" w:name="_Toc207190182"/>
      <w:r w:rsidRPr="00B16615">
        <w:rPr>
          <w:lang w:val="nl-NL"/>
        </w:rPr>
        <w:t xml:space="preserve">Het </w:t>
      </w:r>
      <w:r w:rsidR="00AE52DE" w:rsidRPr="00B16615">
        <w:rPr>
          <w:lang w:val="nl-NL"/>
        </w:rPr>
        <w:t>managementteam</w:t>
      </w:r>
      <w:r w:rsidR="00CB27FF" w:rsidRPr="00B16615">
        <w:rPr>
          <w:lang w:val="nl-NL"/>
        </w:rPr>
        <w:t xml:space="preserve"> (MT)</w:t>
      </w:r>
      <w:bookmarkEnd w:id="39"/>
      <w:bookmarkEnd w:id="40"/>
    </w:p>
    <w:p w14:paraId="7F983834" w14:textId="66335E1F" w:rsidR="00AE52DE" w:rsidRPr="00F01621" w:rsidRDefault="009C6DA7" w:rsidP="00F01621">
      <w:pPr>
        <w:spacing w:after="74"/>
        <w:rPr>
          <w:rFonts w:ascii="Calibri" w:hAnsi="Calibri" w:cs="Calibri"/>
          <w:lang w:val="nl-NL"/>
        </w:rPr>
      </w:pPr>
      <w:r w:rsidRPr="00AD0354">
        <w:rPr>
          <w:rFonts w:ascii="Calibri" w:hAnsi="Calibri" w:cs="Calibri"/>
          <w:lang w:val="nl-NL"/>
        </w:rPr>
        <w:t xml:space="preserve">Het </w:t>
      </w:r>
      <w:r w:rsidR="00CB27FF" w:rsidRPr="00AD0354">
        <w:rPr>
          <w:rFonts w:ascii="Calibri" w:hAnsi="Calibri" w:cs="Calibri"/>
          <w:lang w:val="nl-NL"/>
        </w:rPr>
        <w:t>MT</w:t>
      </w:r>
      <w:r w:rsidRPr="00AD0354">
        <w:rPr>
          <w:rFonts w:ascii="Calibri" w:hAnsi="Calibri" w:cs="Calibri"/>
          <w:lang w:val="nl-NL"/>
        </w:rPr>
        <w:t xml:space="preserve"> bestaat uit de directeur en de </w:t>
      </w:r>
      <w:r w:rsidR="00AE52DE" w:rsidRPr="00AD0354">
        <w:rPr>
          <w:rFonts w:ascii="Calibri" w:hAnsi="Calibri" w:cs="Calibri"/>
          <w:lang w:val="nl-NL"/>
        </w:rPr>
        <w:t>kwaliteits</w:t>
      </w:r>
      <w:r w:rsidR="00BA1C11">
        <w:rPr>
          <w:rFonts w:ascii="Calibri" w:hAnsi="Calibri" w:cs="Calibri"/>
          <w:lang w:val="nl-NL"/>
        </w:rPr>
        <w:t>coördinatoren</w:t>
      </w:r>
      <w:r w:rsidR="00AE52DE" w:rsidRPr="00AD0354">
        <w:rPr>
          <w:rFonts w:ascii="Calibri" w:hAnsi="Calibri" w:cs="Calibri"/>
          <w:lang w:val="nl-NL"/>
        </w:rPr>
        <w:t xml:space="preserve">. </w:t>
      </w:r>
      <w:r w:rsidRPr="00AD0354">
        <w:rPr>
          <w:rFonts w:ascii="Calibri" w:hAnsi="Calibri" w:cs="Calibri"/>
          <w:lang w:val="nl-NL"/>
        </w:rPr>
        <w:t>Samen geven zij richting aan de onderwijskundige, organisatorische en beleidsmatige ontwikkelingen binnen de school</w:t>
      </w:r>
      <w:r w:rsidR="00AE52DE" w:rsidRPr="00AD0354">
        <w:rPr>
          <w:rFonts w:ascii="Calibri" w:hAnsi="Calibri" w:cs="Calibri"/>
          <w:lang w:val="nl-NL"/>
        </w:rPr>
        <w:t>. Het MT draagt de verantwoordelijkheid voor het dagelijkse reilen en zeilen van de school. Door regelmatig overleg binnen het MT zorgen we ervoor dat de koers van de school helder is en gedragen wordt door het hele team.</w:t>
      </w:r>
    </w:p>
    <w:p w14:paraId="49A1D927" w14:textId="77777777" w:rsidR="00EE771D" w:rsidRPr="00EE771D" w:rsidRDefault="00EE771D" w:rsidP="00726D62">
      <w:pPr>
        <w:pStyle w:val="Kop3"/>
        <w:rPr>
          <w:lang w:val="nl-NL"/>
        </w:rPr>
      </w:pPr>
      <w:bookmarkStart w:id="41" w:name="_Toc201002771"/>
      <w:bookmarkStart w:id="42" w:name="_Hlk197618763"/>
      <w:bookmarkStart w:id="43" w:name="_Toc207190183"/>
      <w:r w:rsidRPr="00B16615">
        <w:rPr>
          <w:lang w:val="nl-NL"/>
        </w:rPr>
        <w:t xml:space="preserve">Het </w:t>
      </w:r>
      <w:proofErr w:type="spellStart"/>
      <w:r w:rsidRPr="00B16615">
        <w:rPr>
          <w:lang w:val="nl-NL"/>
        </w:rPr>
        <w:t>SchoolZorgTeam</w:t>
      </w:r>
      <w:proofErr w:type="spellEnd"/>
      <w:r w:rsidRPr="00B16615">
        <w:rPr>
          <w:lang w:val="nl-NL"/>
        </w:rPr>
        <w:t xml:space="preserve"> (SZT)</w:t>
      </w:r>
      <w:bookmarkEnd w:id="41"/>
      <w:bookmarkEnd w:id="43"/>
      <w:r w:rsidRPr="00B16615">
        <w:rPr>
          <w:lang w:val="nl-NL"/>
        </w:rPr>
        <w:t xml:space="preserve"> </w:t>
      </w:r>
    </w:p>
    <w:bookmarkEnd w:id="42"/>
    <w:p w14:paraId="7155A764" w14:textId="1C6D4DEF" w:rsidR="00EE771D" w:rsidRPr="00AD0354" w:rsidRDefault="00EE771D" w:rsidP="00547FCA">
      <w:pPr>
        <w:spacing w:after="168" w:line="248" w:lineRule="auto"/>
        <w:ind w:left="-5" w:right="6" w:hanging="10"/>
        <w:rPr>
          <w:rFonts w:ascii="Calibri" w:hAnsi="Calibri" w:cs="Calibri"/>
          <w:lang w:val="nl-NL"/>
        </w:rPr>
      </w:pPr>
      <w:r w:rsidRPr="00AD0354">
        <w:rPr>
          <w:rFonts w:ascii="Calibri" w:hAnsi="Calibri" w:cs="Calibri"/>
          <w:lang w:val="nl-NL"/>
        </w:rPr>
        <w:t xml:space="preserve">Het SZT bestaat uit de directie en de </w:t>
      </w:r>
      <w:r w:rsidR="00BA1C11">
        <w:rPr>
          <w:rFonts w:ascii="Calibri" w:hAnsi="Calibri" w:cs="Calibri"/>
          <w:lang w:val="nl-NL"/>
        </w:rPr>
        <w:t>kwaliteitscoördinatoren</w:t>
      </w:r>
      <w:r w:rsidRPr="00AD0354">
        <w:rPr>
          <w:rFonts w:ascii="Calibri" w:hAnsi="Calibri" w:cs="Calibri"/>
          <w:lang w:val="nl-NL"/>
        </w:rPr>
        <w:t xml:space="preserve">. Het SZT komt gemiddeld elke 3 weken bij elkaar en bespreekt de ontwikkelingen van de kinderen, groepen en </w:t>
      </w:r>
      <w:proofErr w:type="spellStart"/>
      <w:r w:rsidRPr="00AD0354">
        <w:rPr>
          <w:rFonts w:ascii="Calibri" w:hAnsi="Calibri" w:cs="Calibri"/>
          <w:lang w:val="nl-NL"/>
        </w:rPr>
        <w:t>toetsresultaten</w:t>
      </w:r>
      <w:proofErr w:type="spellEnd"/>
      <w:r w:rsidRPr="00AD0354">
        <w:rPr>
          <w:rFonts w:ascii="Calibri" w:hAnsi="Calibri" w:cs="Calibri"/>
          <w:lang w:val="nl-NL"/>
        </w:rPr>
        <w:t xml:space="preserve">. Het SZT ondersteunt de leerkrachten en bewaakt de kwaliteit van het onderwijs. Het SZT onderhoudt eveneens de contacten met de schoolmaatschappelijk werker en de jeugdarts. </w:t>
      </w:r>
    </w:p>
    <w:p w14:paraId="7E0397CB" w14:textId="44F98DC9" w:rsidR="00EE771D" w:rsidRPr="00EE771D" w:rsidRDefault="0078798F" w:rsidP="00CB27FF">
      <w:pPr>
        <w:pStyle w:val="Kop3"/>
        <w:rPr>
          <w:lang w:val="nl-NL"/>
        </w:rPr>
      </w:pPr>
      <w:bookmarkStart w:id="44" w:name="_Toc201002772"/>
      <w:bookmarkStart w:id="45" w:name="_Toc207190184"/>
      <w:r w:rsidRPr="00B16615">
        <w:rPr>
          <w:lang w:val="nl-NL"/>
        </w:rPr>
        <w:t>Het k</w:t>
      </w:r>
      <w:r w:rsidR="00162A98" w:rsidRPr="00B16615">
        <w:rPr>
          <w:lang w:val="nl-NL"/>
        </w:rPr>
        <w:t>waliteitsteam</w:t>
      </w:r>
      <w:bookmarkEnd w:id="44"/>
      <w:bookmarkEnd w:id="45"/>
    </w:p>
    <w:p w14:paraId="7732E1AA" w14:textId="31E47BD1" w:rsidR="0078798F" w:rsidRDefault="00EE771D" w:rsidP="00FC4FEE">
      <w:pPr>
        <w:spacing w:after="5" w:line="249" w:lineRule="auto"/>
        <w:ind w:left="-5" w:hanging="10"/>
        <w:rPr>
          <w:rFonts w:ascii="Calibri" w:hAnsi="Calibri" w:cs="Calibri"/>
          <w:lang w:val="nl-NL"/>
        </w:rPr>
      </w:pPr>
      <w:r w:rsidRPr="692CB0CB">
        <w:rPr>
          <w:rFonts w:ascii="Calibri" w:hAnsi="Calibri" w:cs="Calibri"/>
          <w:lang w:val="nl-NL"/>
        </w:rPr>
        <w:t>Een aantal teamleden zijn aangesteld als specialist of coördinator op het gebied van rekenen, taal, gedrag</w:t>
      </w:r>
      <w:r w:rsidR="00162A98" w:rsidRPr="692CB0CB">
        <w:rPr>
          <w:rFonts w:ascii="Calibri" w:hAnsi="Calibri" w:cs="Calibri"/>
          <w:lang w:val="nl-NL"/>
        </w:rPr>
        <w:t>, het</w:t>
      </w:r>
      <w:r w:rsidRPr="692CB0CB">
        <w:rPr>
          <w:rFonts w:ascii="Calibri" w:hAnsi="Calibri" w:cs="Calibri"/>
          <w:lang w:val="nl-NL"/>
        </w:rPr>
        <w:t xml:space="preserve"> jonge kind</w:t>
      </w:r>
      <w:r w:rsidR="1897BA40" w:rsidRPr="692CB0CB">
        <w:rPr>
          <w:rFonts w:ascii="Calibri" w:hAnsi="Calibri" w:cs="Calibri"/>
          <w:lang w:val="nl-NL"/>
        </w:rPr>
        <w:t xml:space="preserve"> en</w:t>
      </w:r>
      <w:r w:rsidRPr="692CB0CB">
        <w:rPr>
          <w:rFonts w:ascii="Calibri" w:hAnsi="Calibri" w:cs="Calibri"/>
          <w:lang w:val="nl-NL"/>
        </w:rPr>
        <w:t xml:space="preserve"> </w:t>
      </w:r>
      <w:r w:rsidR="00162A98" w:rsidRPr="692CB0CB">
        <w:rPr>
          <w:rFonts w:ascii="Calibri" w:hAnsi="Calibri" w:cs="Calibri"/>
          <w:lang w:val="nl-NL"/>
        </w:rPr>
        <w:t>leerklimaat</w:t>
      </w:r>
      <w:r w:rsidR="54A5230A" w:rsidRPr="692CB0CB">
        <w:rPr>
          <w:rFonts w:ascii="Calibri" w:hAnsi="Calibri" w:cs="Calibri"/>
          <w:lang w:val="nl-NL"/>
        </w:rPr>
        <w:t>.</w:t>
      </w:r>
      <w:r w:rsidRPr="692CB0CB">
        <w:rPr>
          <w:rFonts w:ascii="Calibri" w:hAnsi="Calibri" w:cs="Calibri"/>
          <w:lang w:val="nl-NL"/>
        </w:rPr>
        <w:t xml:space="preserve"> Alle teamleden nemen deel aan één of meer </w:t>
      </w:r>
      <w:r w:rsidR="00162A98" w:rsidRPr="692CB0CB">
        <w:rPr>
          <w:rFonts w:ascii="Calibri" w:hAnsi="Calibri" w:cs="Calibri"/>
          <w:lang w:val="nl-NL"/>
        </w:rPr>
        <w:t>kwaliteitsteam</w:t>
      </w:r>
      <w:r w:rsidR="00493D61">
        <w:rPr>
          <w:rFonts w:ascii="Calibri" w:hAnsi="Calibri" w:cs="Calibri"/>
          <w:lang w:val="nl-NL"/>
        </w:rPr>
        <w:t>s</w:t>
      </w:r>
      <w:r w:rsidR="00162A98" w:rsidRPr="692CB0CB">
        <w:rPr>
          <w:rFonts w:ascii="Calibri" w:hAnsi="Calibri" w:cs="Calibri"/>
          <w:lang w:val="nl-NL"/>
        </w:rPr>
        <w:t>. Aan het begin van het jaar stellen we tijdens teamdagen met elkaar, bij elk onderdeel doelen op. Hier werken we gedurende het jaar met elkaar aan en stellen we soms bij. Aan het eind van het schooljaar evalueren we onze opgestelde doelen</w:t>
      </w:r>
      <w:r w:rsidR="009C6DA7" w:rsidRPr="692CB0CB">
        <w:rPr>
          <w:rFonts w:ascii="Calibri" w:hAnsi="Calibri" w:cs="Calibri"/>
          <w:lang w:val="nl-NL"/>
        </w:rPr>
        <w:t xml:space="preserve"> via de PDCA-methode en maken we plannen voor het volgende schooljaar. Hierdoor zijn we continu in ontwikkeling. De </w:t>
      </w:r>
      <w:r w:rsidR="00E311C6" w:rsidRPr="692CB0CB">
        <w:rPr>
          <w:rFonts w:ascii="Calibri" w:hAnsi="Calibri" w:cs="Calibri"/>
          <w:lang w:val="nl-NL"/>
        </w:rPr>
        <w:t>coördinatoren</w:t>
      </w:r>
      <w:r w:rsidR="009C6DA7" w:rsidRPr="692CB0CB">
        <w:rPr>
          <w:rFonts w:ascii="Calibri" w:hAnsi="Calibri" w:cs="Calibri"/>
          <w:lang w:val="nl-NL"/>
        </w:rPr>
        <w:t xml:space="preserve"> hebben ook regelmatig overleg me</w:t>
      </w:r>
      <w:r w:rsidR="151E2D13" w:rsidRPr="692CB0CB">
        <w:rPr>
          <w:rFonts w:ascii="Calibri" w:hAnsi="Calibri" w:cs="Calibri"/>
          <w:lang w:val="nl-NL"/>
        </w:rPr>
        <w:t>t het MT.</w:t>
      </w:r>
    </w:p>
    <w:p w14:paraId="44F55609" w14:textId="77777777" w:rsidR="0024619A" w:rsidRDefault="0024619A">
      <w:pPr>
        <w:rPr>
          <w:rFonts w:asciiTheme="majorHAnsi" w:eastAsiaTheme="majorEastAsia" w:hAnsiTheme="majorHAnsi" w:cstheme="majorBidi"/>
          <w:b/>
          <w:bCs/>
          <w:color w:val="4F81BD" w:themeColor="accent1"/>
          <w:lang w:val="nl-NL"/>
        </w:rPr>
      </w:pPr>
      <w:bookmarkStart w:id="46" w:name="_Toc201002773"/>
      <w:r>
        <w:rPr>
          <w:lang w:val="nl-NL"/>
        </w:rPr>
        <w:br w:type="page"/>
      </w:r>
    </w:p>
    <w:p w14:paraId="314E8E6D" w14:textId="163D33B5" w:rsidR="0078798F" w:rsidRPr="00AD0354" w:rsidRDefault="0078798F" w:rsidP="0078798F">
      <w:pPr>
        <w:pStyle w:val="Kop3"/>
        <w:rPr>
          <w:lang w:val="nl-NL"/>
        </w:rPr>
      </w:pPr>
      <w:bookmarkStart w:id="47" w:name="_Toc207190185"/>
      <w:r w:rsidRPr="00B16615">
        <w:rPr>
          <w:lang w:val="nl-NL"/>
        </w:rPr>
        <w:lastRenderedPageBreak/>
        <w:t>Methoden en methodieken die wij hanteren</w:t>
      </w:r>
      <w:bookmarkEnd w:id="46"/>
      <w:bookmarkEnd w:id="47"/>
    </w:p>
    <w:p w14:paraId="1BCA9F47" w14:textId="7AD4182C" w:rsidR="00EE771D" w:rsidRPr="00547FCA" w:rsidRDefault="00EE771D" w:rsidP="00EE771D">
      <w:pPr>
        <w:spacing w:after="0"/>
        <w:rPr>
          <w:rFonts w:asciiTheme="majorHAnsi" w:hAnsiTheme="majorHAnsi" w:cstheme="majorHAnsi"/>
          <w:lang w:val="nl-NL"/>
        </w:rPr>
      </w:pPr>
      <w:r w:rsidRPr="00EE771D">
        <w:rPr>
          <w:rFonts w:asciiTheme="majorHAnsi" w:hAnsiTheme="majorHAnsi" w:cstheme="majorHAnsi"/>
          <w:lang w:val="nl-NL"/>
        </w:rPr>
        <w:t xml:space="preserve"> </w:t>
      </w:r>
    </w:p>
    <w:tbl>
      <w:tblPr>
        <w:tblW w:w="8799" w:type="dxa"/>
        <w:shd w:val="clear" w:color="auto" w:fill="FFFFFF"/>
        <w:tblCellMar>
          <w:left w:w="0" w:type="dxa"/>
          <w:right w:w="0" w:type="dxa"/>
        </w:tblCellMar>
        <w:tblLook w:val="04A0" w:firstRow="1" w:lastRow="0" w:firstColumn="1" w:lastColumn="0" w:noHBand="0" w:noVBand="1"/>
      </w:tblPr>
      <w:tblGrid>
        <w:gridCol w:w="4390"/>
        <w:gridCol w:w="4409"/>
      </w:tblGrid>
      <w:tr w:rsidR="0078798F" w:rsidRPr="0078798F" w14:paraId="6EEE11AE" w14:textId="77777777" w:rsidTr="185DDAC7">
        <w:trPr>
          <w:trHeight w:val="250"/>
        </w:trPr>
        <w:tc>
          <w:tcPr>
            <w:tcW w:w="43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C000"/>
            <w:tcMar>
              <w:top w:w="0" w:type="dxa"/>
              <w:left w:w="108" w:type="dxa"/>
              <w:bottom w:w="0" w:type="dxa"/>
              <w:right w:w="108" w:type="dxa"/>
            </w:tcMar>
            <w:hideMark/>
          </w:tcPr>
          <w:p w14:paraId="1F762668"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b/>
                <w:bCs/>
                <w:color w:val="000000"/>
                <w:lang w:eastAsia="nl-NL"/>
              </w:rPr>
              <w:t>Vakgebied</w:t>
            </w:r>
            <w:proofErr w:type="spellEnd"/>
          </w:p>
        </w:tc>
        <w:tc>
          <w:tcPr>
            <w:tcW w:w="4409"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C000"/>
            <w:tcMar>
              <w:top w:w="0" w:type="dxa"/>
              <w:left w:w="108" w:type="dxa"/>
              <w:bottom w:w="0" w:type="dxa"/>
              <w:right w:w="108" w:type="dxa"/>
            </w:tcMar>
            <w:hideMark/>
          </w:tcPr>
          <w:p w14:paraId="12AC16A9" w14:textId="77777777"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b/>
                <w:bCs/>
                <w:color w:val="000000"/>
                <w:lang w:eastAsia="nl-NL"/>
              </w:rPr>
              <w:t>Methode</w:t>
            </w:r>
          </w:p>
        </w:tc>
      </w:tr>
      <w:tr w:rsidR="0078798F" w:rsidRPr="0078798F" w14:paraId="206AFE80" w14:textId="77777777" w:rsidTr="185DDAC7">
        <w:trPr>
          <w:trHeight w:val="267"/>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3E293A92" w14:textId="77777777"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color w:val="000000"/>
                <w:lang w:eastAsia="nl-NL"/>
              </w:rPr>
              <w:t>(</w:t>
            </w:r>
            <w:proofErr w:type="spellStart"/>
            <w:r w:rsidRPr="0078798F">
              <w:rPr>
                <w:rFonts w:ascii="Calibri" w:eastAsia="Times New Roman" w:hAnsi="Calibri" w:cs="Calibri"/>
                <w:color w:val="000000"/>
                <w:lang w:eastAsia="nl-NL"/>
              </w:rPr>
              <w:t>Voortgezet</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technisch</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lezen</w:t>
            </w:r>
            <w:proofErr w:type="spellEnd"/>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4EB8BE57" w14:textId="0CC5AAFC" w:rsidR="0078798F" w:rsidRPr="0078798F" w:rsidRDefault="0024619A">
            <w:pPr>
              <w:spacing w:after="0" w:line="240" w:lineRule="auto"/>
              <w:textAlignment w:val="baseline"/>
              <w:rPr>
                <w:rFonts w:ascii="Calibri" w:eastAsia="Times New Roman" w:hAnsi="Calibri" w:cs="Calibri"/>
                <w:color w:val="000000"/>
                <w:lang w:eastAsia="nl-NL"/>
              </w:rPr>
            </w:pPr>
            <w:proofErr w:type="spellStart"/>
            <w:r>
              <w:rPr>
                <w:rFonts w:ascii="Calibri" w:eastAsia="Times New Roman" w:hAnsi="Calibri" w:cs="Calibri"/>
                <w:color w:val="000000"/>
                <w:lang w:eastAsia="nl-NL"/>
              </w:rPr>
              <w:t>Technisch</w:t>
            </w:r>
            <w:proofErr w:type="spellEnd"/>
            <w:r>
              <w:rPr>
                <w:rFonts w:ascii="Calibri" w:eastAsia="Times New Roman" w:hAnsi="Calibri" w:cs="Calibri"/>
                <w:color w:val="000000"/>
                <w:lang w:eastAsia="nl-NL"/>
              </w:rPr>
              <w:t xml:space="preserve"> </w:t>
            </w:r>
            <w:proofErr w:type="spellStart"/>
            <w:r>
              <w:rPr>
                <w:rFonts w:ascii="Calibri" w:eastAsia="Times New Roman" w:hAnsi="Calibri" w:cs="Calibri"/>
                <w:color w:val="000000"/>
                <w:lang w:eastAsia="nl-NL"/>
              </w:rPr>
              <w:t>lezen</w:t>
            </w:r>
            <w:proofErr w:type="spellEnd"/>
          </w:p>
        </w:tc>
      </w:tr>
      <w:tr w:rsidR="0078798F" w:rsidRPr="0078798F" w14:paraId="5E5EE3CD" w14:textId="77777777" w:rsidTr="185DDAC7">
        <w:trPr>
          <w:trHeight w:val="250"/>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43B247BF"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Begrijpend</w:t>
            </w:r>
            <w:proofErr w:type="spellEnd"/>
            <w:r w:rsidRPr="0078798F">
              <w:rPr>
                <w:rFonts w:ascii="Calibri" w:eastAsia="Times New Roman" w:hAnsi="Calibri" w:cs="Calibri"/>
                <w:color w:val="000000"/>
                <w:lang w:eastAsia="nl-NL"/>
              </w:rPr>
              <w:t xml:space="preserve"> &amp; </w:t>
            </w:r>
            <w:proofErr w:type="spellStart"/>
            <w:r w:rsidRPr="0078798F">
              <w:rPr>
                <w:rFonts w:ascii="Calibri" w:eastAsia="Times New Roman" w:hAnsi="Calibri" w:cs="Calibri"/>
                <w:color w:val="000000"/>
                <w:lang w:eastAsia="nl-NL"/>
              </w:rPr>
              <w:t>studerend</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lezen</w:t>
            </w:r>
            <w:proofErr w:type="spellEnd"/>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29773CA9" w14:textId="77777777"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color w:val="000000"/>
                <w:lang w:eastAsia="nl-NL"/>
              </w:rPr>
              <w:t>Staal Taal 2</w:t>
            </w:r>
          </w:p>
        </w:tc>
      </w:tr>
      <w:tr w:rsidR="0078798F" w:rsidRPr="0078798F" w14:paraId="5FF73118" w14:textId="77777777" w:rsidTr="185DDAC7">
        <w:trPr>
          <w:trHeight w:val="267"/>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79562974" w14:textId="77777777" w:rsidR="0078798F" w:rsidRPr="0078798F" w:rsidRDefault="0078798F">
            <w:pPr>
              <w:spacing w:after="0" w:line="240" w:lineRule="auto"/>
              <w:textAlignment w:val="baseline"/>
              <w:rPr>
                <w:rFonts w:ascii="Calibri" w:eastAsia="Times New Roman" w:hAnsi="Calibri" w:cs="Calibri"/>
                <w:color w:val="000000"/>
                <w:lang w:val="nl-NL" w:eastAsia="nl-NL"/>
              </w:rPr>
            </w:pPr>
            <w:r w:rsidRPr="0078798F">
              <w:rPr>
                <w:rFonts w:ascii="Calibri" w:eastAsia="Times New Roman" w:hAnsi="Calibri" w:cs="Calibri"/>
                <w:color w:val="000000"/>
                <w:lang w:val="nl-NL" w:eastAsia="nl-NL"/>
              </w:rPr>
              <w:t>Voorbereidend lezen, taal en ordenen</w:t>
            </w:r>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79813C40"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Fonemisch</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bewustzijn</w:t>
            </w:r>
            <w:proofErr w:type="spellEnd"/>
            <w:r w:rsidRPr="0078798F">
              <w:rPr>
                <w:rFonts w:ascii="Calibri" w:eastAsia="Times New Roman" w:hAnsi="Calibri" w:cs="Calibri"/>
                <w:color w:val="000000"/>
                <w:lang w:eastAsia="nl-NL"/>
              </w:rPr>
              <w:t xml:space="preserve"> </w:t>
            </w:r>
          </w:p>
          <w:p w14:paraId="6DF15FDA"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Glotti</w:t>
            </w:r>
            <w:proofErr w:type="spellEnd"/>
            <w:r w:rsidRPr="0078798F">
              <w:rPr>
                <w:rFonts w:ascii="Calibri" w:eastAsia="Times New Roman" w:hAnsi="Calibri" w:cs="Calibri"/>
                <w:color w:val="000000"/>
                <w:lang w:eastAsia="nl-NL"/>
              </w:rPr>
              <w:t xml:space="preserve"> (NT2)</w:t>
            </w:r>
          </w:p>
        </w:tc>
      </w:tr>
      <w:tr w:rsidR="0078798F" w:rsidRPr="00B164D6" w14:paraId="6E76D375" w14:textId="77777777" w:rsidTr="185DDAC7">
        <w:trPr>
          <w:trHeight w:val="267"/>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29234C26"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Aanvankelijk</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lezen</w:t>
            </w:r>
            <w:proofErr w:type="spellEnd"/>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3D5484C8" w14:textId="63215305" w:rsidR="0078798F" w:rsidRPr="0078798F" w:rsidRDefault="0078798F">
            <w:pPr>
              <w:spacing w:after="0" w:line="240" w:lineRule="auto"/>
              <w:textAlignment w:val="baseline"/>
              <w:rPr>
                <w:rFonts w:ascii="Calibri" w:eastAsia="Times New Roman" w:hAnsi="Calibri" w:cs="Calibri"/>
                <w:color w:val="000000"/>
                <w:lang w:val="nl-NL" w:eastAsia="nl-NL"/>
              </w:rPr>
            </w:pPr>
            <w:r w:rsidRPr="0078798F">
              <w:rPr>
                <w:rFonts w:ascii="Calibri" w:eastAsia="Times New Roman" w:hAnsi="Calibri" w:cs="Calibri"/>
                <w:color w:val="000000"/>
                <w:lang w:val="nl-NL" w:eastAsia="nl-NL"/>
              </w:rPr>
              <w:t xml:space="preserve">Lijn 3 </w:t>
            </w:r>
          </w:p>
        </w:tc>
      </w:tr>
      <w:tr w:rsidR="0078798F" w:rsidRPr="0078798F" w14:paraId="12D46708" w14:textId="77777777" w:rsidTr="185DDAC7">
        <w:trPr>
          <w:trHeight w:val="250"/>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5F9B116F" w14:textId="77777777"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color w:val="000000"/>
                <w:lang w:eastAsia="nl-NL"/>
              </w:rPr>
              <w:t xml:space="preserve">Taal </w:t>
            </w:r>
            <w:proofErr w:type="spellStart"/>
            <w:r w:rsidRPr="0078798F">
              <w:rPr>
                <w:rFonts w:ascii="Calibri" w:eastAsia="Times New Roman" w:hAnsi="Calibri" w:cs="Calibri"/>
                <w:color w:val="000000"/>
                <w:lang w:eastAsia="nl-NL"/>
              </w:rPr>
              <w:t>en</w:t>
            </w:r>
            <w:proofErr w:type="spellEnd"/>
            <w:r w:rsidRPr="0078798F">
              <w:rPr>
                <w:rFonts w:ascii="Calibri" w:eastAsia="Times New Roman" w:hAnsi="Calibri" w:cs="Calibri"/>
                <w:color w:val="000000"/>
                <w:lang w:eastAsia="nl-NL"/>
              </w:rPr>
              <w:t xml:space="preserve"> Spelling</w:t>
            </w:r>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5AF8B8BF" w14:textId="77777777"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color w:val="000000"/>
                <w:lang w:eastAsia="nl-NL"/>
              </w:rPr>
              <w:t>Staal 2</w:t>
            </w:r>
          </w:p>
        </w:tc>
      </w:tr>
      <w:tr w:rsidR="0078798F" w:rsidRPr="0078798F" w14:paraId="7E554CBC" w14:textId="77777777" w:rsidTr="185DDAC7">
        <w:trPr>
          <w:trHeight w:val="250"/>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79816A1B" w14:textId="77777777"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color w:val="000000"/>
                <w:lang w:eastAsia="nl-NL"/>
              </w:rPr>
              <w:t>Engels</w:t>
            </w:r>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74D08398" w14:textId="77777777"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color w:val="000000"/>
                <w:lang w:eastAsia="nl-NL"/>
              </w:rPr>
              <w:t xml:space="preserve">Early Bird </w:t>
            </w:r>
          </w:p>
        </w:tc>
      </w:tr>
      <w:tr w:rsidR="0078798F" w:rsidRPr="0078798F" w14:paraId="468FCD9E" w14:textId="77777777" w:rsidTr="185DDAC7">
        <w:trPr>
          <w:trHeight w:val="250"/>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tcPr>
          <w:p w14:paraId="296DC581"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Voorbereidend</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rekenen</w:t>
            </w:r>
            <w:proofErr w:type="spellEnd"/>
            <w:r w:rsidRPr="0078798F">
              <w:rPr>
                <w:rFonts w:ascii="Calibri" w:eastAsia="Times New Roman" w:hAnsi="Calibri" w:cs="Calibri"/>
                <w:color w:val="000000"/>
                <w:lang w:eastAsia="nl-NL"/>
              </w:rPr>
              <w:t xml:space="preserve"> </w:t>
            </w:r>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tcPr>
          <w:p w14:paraId="733EAD6B"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Rekenplein</w:t>
            </w:r>
            <w:proofErr w:type="spellEnd"/>
            <w:r w:rsidRPr="0078798F">
              <w:rPr>
                <w:rFonts w:ascii="Calibri" w:eastAsia="Times New Roman" w:hAnsi="Calibri" w:cs="Calibri"/>
                <w:color w:val="000000"/>
                <w:lang w:eastAsia="nl-NL"/>
              </w:rPr>
              <w:t xml:space="preserve"> </w:t>
            </w:r>
          </w:p>
        </w:tc>
      </w:tr>
      <w:tr w:rsidR="0078798F" w:rsidRPr="0078798F" w14:paraId="28B479E2" w14:textId="77777777" w:rsidTr="185DDAC7">
        <w:trPr>
          <w:trHeight w:val="267"/>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15D00808"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Rekenen</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en</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wiskunde</w:t>
            </w:r>
            <w:proofErr w:type="spellEnd"/>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68D0E861"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Pluspunt</w:t>
            </w:r>
            <w:proofErr w:type="spellEnd"/>
            <w:r w:rsidRPr="0078798F">
              <w:rPr>
                <w:rFonts w:ascii="Calibri" w:eastAsia="Times New Roman" w:hAnsi="Calibri" w:cs="Calibri"/>
                <w:color w:val="000000"/>
                <w:lang w:eastAsia="nl-NL"/>
              </w:rPr>
              <w:t xml:space="preserve"> 4</w:t>
            </w:r>
          </w:p>
          <w:p w14:paraId="316FCA66"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Rekenroute</w:t>
            </w:r>
            <w:proofErr w:type="spellEnd"/>
            <w:r w:rsidRPr="0078798F">
              <w:rPr>
                <w:rFonts w:ascii="Calibri" w:eastAsia="Times New Roman" w:hAnsi="Calibri" w:cs="Calibri"/>
                <w:color w:val="000000"/>
                <w:lang w:eastAsia="nl-NL"/>
              </w:rPr>
              <w:t xml:space="preserve"> </w:t>
            </w:r>
          </w:p>
        </w:tc>
      </w:tr>
      <w:tr w:rsidR="0078798F" w:rsidRPr="0078798F" w14:paraId="0973AE45" w14:textId="77777777" w:rsidTr="185DDAC7">
        <w:trPr>
          <w:trHeight w:val="267"/>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2EB489E0"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Verkeer</w:t>
            </w:r>
            <w:proofErr w:type="spellEnd"/>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5F1A27BF"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VeiligVerkeerNederland</w:t>
            </w:r>
            <w:proofErr w:type="spellEnd"/>
            <w:r w:rsidRPr="0078798F">
              <w:rPr>
                <w:rFonts w:ascii="Calibri" w:eastAsia="Times New Roman" w:hAnsi="Calibri" w:cs="Calibri"/>
                <w:color w:val="000000"/>
                <w:lang w:eastAsia="nl-NL"/>
              </w:rPr>
              <w:t xml:space="preserve"> (VVN)</w:t>
            </w:r>
          </w:p>
        </w:tc>
      </w:tr>
      <w:tr w:rsidR="0078798F" w:rsidRPr="0078798F" w14:paraId="2B7CBBE8" w14:textId="77777777" w:rsidTr="185DDAC7">
        <w:trPr>
          <w:trHeight w:val="250"/>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35F1456A"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Schrijven</w:t>
            </w:r>
            <w:proofErr w:type="spellEnd"/>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0400BDC4"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Pennenstreken</w:t>
            </w:r>
            <w:proofErr w:type="spellEnd"/>
            <w:r w:rsidRPr="0078798F">
              <w:rPr>
                <w:rFonts w:ascii="Calibri" w:eastAsia="Times New Roman" w:hAnsi="Calibri" w:cs="Calibri"/>
                <w:color w:val="000000"/>
                <w:lang w:eastAsia="nl-NL"/>
              </w:rPr>
              <w:t xml:space="preserve"> </w:t>
            </w:r>
          </w:p>
        </w:tc>
      </w:tr>
      <w:tr w:rsidR="0078798F" w:rsidRPr="00B164D6" w14:paraId="014F0FDD" w14:textId="77777777" w:rsidTr="185DDAC7">
        <w:trPr>
          <w:trHeight w:val="267"/>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6B41737E" w14:textId="77777777" w:rsidR="0078798F" w:rsidRPr="0078798F" w:rsidRDefault="0078798F">
            <w:pPr>
              <w:spacing w:after="0" w:line="240" w:lineRule="auto"/>
              <w:textAlignment w:val="baseline"/>
              <w:rPr>
                <w:rFonts w:ascii="Calibri" w:eastAsia="Times New Roman" w:hAnsi="Calibri" w:cs="Calibri"/>
                <w:color w:val="000000"/>
                <w:lang w:val="nl-NL" w:eastAsia="nl-NL"/>
              </w:rPr>
            </w:pPr>
            <w:r w:rsidRPr="0078798F">
              <w:rPr>
                <w:rFonts w:ascii="Calibri" w:eastAsia="Times New Roman" w:hAnsi="Calibri" w:cs="Calibri"/>
                <w:color w:val="000000"/>
                <w:lang w:val="nl-NL" w:eastAsia="nl-NL"/>
              </w:rPr>
              <w:t>Wereldoriëntatie (o.a. geschiedenis, aardrijkskunde, natuur en techniek)</w:t>
            </w:r>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048BC69C" w14:textId="520BC6CC" w:rsidR="0078798F" w:rsidRPr="005C7BB0" w:rsidRDefault="0078798F">
            <w:pPr>
              <w:spacing w:after="0" w:line="240" w:lineRule="auto"/>
              <w:textAlignment w:val="baseline"/>
              <w:rPr>
                <w:rFonts w:ascii="Calibri" w:eastAsia="Times New Roman" w:hAnsi="Calibri" w:cs="Calibri"/>
                <w:color w:val="000000"/>
                <w:lang w:val="nl-NL" w:eastAsia="nl-NL"/>
              </w:rPr>
            </w:pPr>
            <w:r w:rsidRPr="005C7BB0">
              <w:rPr>
                <w:rFonts w:ascii="Calibri" w:eastAsia="Times New Roman" w:hAnsi="Calibri" w:cs="Calibri"/>
                <w:color w:val="000000"/>
                <w:lang w:val="nl-NL" w:eastAsia="nl-NL"/>
              </w:rPr>
              <w:t>Code D</w:t>
            </w:r>
          </w:p>
        </w:tc>
      </w:tr>
      <w:tr w:rsidR="0078798F" w:rsidRPr="0078798F" w14:paraId="5E17F768" w14:textId="77777777" w:rsidTr="185DDAC7">
        <w:trPr>
          <w:trHeight w:val="883"/>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512045CF"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Sociaal-emotionele</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ontwikkeling</w:t>
            </w:r>
            <w:proofErr w:type="spellEnd"/>
            <w:r w:rsidRPr="0078798F">
              <w:rPr>
                <w:rFonts w:ascii="Calibri" w:eastAsia="Times New Roman" w:hAnsi="Calibri" w:cs="Calibri"/>
                <w:color w:val="000000"/>
                <w:lang w:eastAsia="nl-NL"/>
              </w:rPr>
              <w:t xml:space="preserve"> &amp; </w:t>
            </w:r>
            <w:proofErr w:type="spellStart"/>
            <w:r w:rsidRPr="0078798F">
              <w:rPr>
                <w:rFonts w:ascii="Calibri" w:eastAsia="Times New Roman" w:hAnsi="Calibri" w:cs="Calibri"/>
                <w:color w:val="000000"/>
                <w:lang w:eastAsia="nl-NL"/>
              </w:rPr>
              <w:t>burgerschap</w:t>
            </w:r>
            <w:proofErr w:type="spellEnd"/>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5E22FCB3" w14:textId="77777777" w:rsidR="0078798F" w:rsidRPr="0078798F" w:rsidRDefault="0078798F">
            <w:pPr>
              <w:spacing w:after="0" w:line="240" w:lineRule="auto"/>
              <w:textAlignment w:val="baseline"/>
              <w:rPr>
                <w:rFonts w:ascii="Calibri" w:eastAsia="Times New Roman" w:hAnsi="Calibri" w:cs="Calibri"/>
                <w:color w:val="000000"/>
                <w:lang w:val="nl-NL" w:eastAsia="nl-NL"/>
              </w:rPr>
            </w:pPr>
            <w:r w:rsidRPr="0078798F">
              <w:rPr>
                <w:rFonts w:ascii="Calibri" w:eastAsia="Times New Roman" w:hAnsi="Calibri" w:cs="Calibri"/>
                <w:color w:val="000000"/>
                <w:lang w:val="nl-NL" w:eastAsia="nl-NL"/>
              </w:rPr>
              <w:t xml:space="preserve">Kanjer </w:t>
            </w:r>
          </w:p>
          <w:p w14:paraId="7F4556E9" w14:textId="77777777" w:rsidR="0078798F" w:rsidRPr="0078798F" w:rsidRDefault="0078798F">
            <w:pPr>
              <w:spacing w:after="0" w:line="240" w:lineRule="auto"/>
              <w:textAlignment w:val="baseline"/>
              <w:rPr>
                <w:rFonts w:ascii="Calibri" w:eastAsia="Times New Roman" w:hAnsi="Calibri" w:cs="Calibri"/>
                <w:color w:val="000000"/>
                <w:lang w:val="nl-NL" w:eastAsia="nl-NL"/>
              </w:rPr>
            </w:pPr>
            <w:r w:rsidRPr="0078798F">
              <w:rPr>
                <w:rFonts w:ascii="Calibri" w:eastAsia="Times New Roman" w:hAnsi="Calibri" w:cs="Calibri"/>
                <w:color w:val="000000"/>
                <w:lang w:val="nl-NL" w:eastAsia="nl-NL"/>
              </w:rPr>
              <w:t xml:space="preserve">De gouden weken en zilveren weken  </w:t>
            </w:r>
          </w:p>
          <w:p w14:paraId="22241A76" w14:textId="218A5081"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color w:val="000000"/>
                <w:lang w:eastAsia="nl-NL"/>
              </w:rPr>
              <w:t>Code D</w:t>
            </w:r>
          </w:p>
        </w:tc>
      </w:tr>
      <w:tr w:rsidR="0078798F" w:rsidRPr="0078798F" w14:paraId="7693C036" w14:textId="77777777" w:rsidTr="185DDAC7">
        <w:trPr>
          <w:trHeight w:val="250"/>
        </w:trPr>
        <w:tc>
          <w:tcPr>
            <w:tcW w:w="4390" w:type="dxa"/>
            <w:tcBorders>
              <w:left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hideMark/>
          </w:tcPr>
          <w:p w14:paraId="587B491D" w14:textId="77777777" w:rsidR="0078798F" w:rsidRPr="0078798F" w:rsidRDefault="0078798F">
            <w:pPr>
              <w:spacing w:after="0" w:line="240" w:lineRule="auto"/>
              <w:textAlignment w:val="baseline"/>
              <w:rPr>
                <w:rFonts w:ascii="Calibri" w:eastAsia="Times New Roman" w:hAnsi="Calibri" w:cs="Calibri"/>
                <w:color w:val="000000"/>
                <w:lang w:eastAsia="nl-NL"/>
              </w:rPr>
            </w:pPr>
            <w:r w:rsidRPr="0078798F">
              <w:rPr>
                <w:rFonts w:ascii="Calibri" w:eastAsia="Times New Roman" w:hAnsi="Calibri" w:cs="Calibri"/>
                <w:color w:val="000000"/>
                <w:lang w:eastAsia="nl-NL"/>
              </w:rPr>
              <w:t xml:space="preserve">Meer- of </w:t>
            </w:r>
            <w:proofErr w:type="spellStart"/>
            <w:r w:rsidRPr="0078798F">
              <w:rPr>
                <w:rFonts w:ascii="Calibri" w:eastAsia="Times New Roman" w:hAnsi="Calibri" w:cs="Calibri"/>
                <w:color w:val="000000"/>
                <w:lang w:eastAsia="nl-NL"/>
              </w:rPr>
              <w:t>hoogbegaafdheid</w:t>
            </w:r>
            <w:proofErr w:type="spellEnd"/>
          </w:p>
        </w:tc>
        <w:tc>
          <w:tcPr>
            <w:tcW w:w="4409" w:type="dxa"/>
            <w:tcBorders>
              <w:right w:val="single" w:sz="8" w:space="0" w:color="BFBFBF" w:themeColor="background1" w:themeShade="BF"/>
            </w:tcBorders>
            <w:shd w:val="clear" w:color="auto" w:fill="FFFFFF" w:themeFill="background1"/>
            <w:tcMar>
              <w:top w:w="0" w:type="dxa"/>
              <w:left w:w="108" w:type="dxa"/>
              <w:bottom w:w="0" w:type="dxa"/>
              <w:right w:w="108" w:type="dxa"/>
            </w:tcMar>
            <w:hideMark/>
          </w:tcPr>
          <w:p w14:paraId="0CB0D2CD"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Levelwerk</w:t>
            </w:r>
            <w:proofErr w:type="spellEnd"/>
            <w:r w:rsidRPr="0078798F">
              <w:rPr>
                <w:rFonts w:ascii="Calibri" w:eastAsia="Times New Roman" w:hAnsi="Calibri" w:cs="Calibri"/>
                <w:color w:val="000000"/>
                <w:lang w:eastAsia="nl-NL"/>
              </w:rPr>
              <w:t xml:space="preserve"> </w:t>
            </w:r>
          </w:p>
        </w:tc>
      </w:tr>
      <w:tr w:rsidR="0078798F" w:rsidRPr="0078798F" w14:paraId="575A4A87" w14:textId="77777777" w:rsidTr="185DDAC7">
        <w:trPr>
          <w:trHeight w:val="250"/>
        </w:trPr>
        <w:tc>
          <w:tcPr>
            <w:tcW w:w="4390" w:type="dxa"/>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tcPr>
          <w:p w14:paraId="1D41CB3C" w14:textId="77777777" w:rsidR="0078798F" w:rsidRPr="0078798F" w:rsidRDefault="0078798F">
            <w:pPr>
              <w:spacing w:after="0" w:line="240" w:lineRule="auto"/>
              <w:textAlignment w:val="baseline"/>
              <w:rPr>
                <w:rFonts w:ascii="Calibri" w:eastAsia="Times New Roman" w:hAnsi="Calibri" w:cs="Calibri"/>
                <w:color w:val="000000"/>
                <w:lang w:eastAsia="nl-NL"/>
              </w:rPr>
            </w:pPr>
            <w:proofErr w:type="spellStart"/>
            <w:r w:rsidRPr="0078798F">
              <w:rPr>
                <w:rFonts w:ascii="Calibri" w:eastAsia="Times New Roman" w:hAnsi="Calibri" w:cs="Calibri"/>
                <w:color w:val="000000"/>
                <w:lang w:eastAsia="nl-NL"/>
              </w:rPr>
              <w:t>Lichamelijke</w:t>
            </w:r>
            <w:proofErr w:type="spellEnd"/>
            <w:r w:rsidRPr="0078798F">
              <w:rPr>
                <w:rFonts w:ascii="Calibri" w:eastAsia="Times New Roman" w:hAnsi="Calibri" w:cs="Calibri"/>
                <w:color w:val="000000"/>
                <w:lang w:eastAsia="nl-NL"/>
              </w:rPr>
              <w:t xml:space="preserve"> </w:t>
            </w:r>
            <w:proofErr w:type="spellStart"/>
            <w:r w:rsidRPr="0078798F">
              <w:rPr>
                <w:rFonts w:ascii="Calibri" w:eastAsia="Times New Roman" w:hAnsi="Calibri" w:cs="Calibri"/>
                <w:color w:val="000000"/>
                <w:lang w:eastAsia="nl-NL"/>
              </w:rPr>
              <w:t>ontwikkeling</w:t>
            </w:r>
            <w:proofErr w:type="spellEnd"/>
            <w:r w:rsidRPr="0078798F">
              <w:rPr>
                <w:rFonts w:ascii="Calibri" w:eastAsia="Times New Roman" w:hAnsi="Calibri" w:cs="Calibri"/>
                <w:color w:val="000000"/>
                <w:lang w:eastAsia="nl-NL"/>
              </w:rPr>
              <w:t xml:space="preserve">  </w:t>
            </w:r>
          </w:p>
        </w:tc>
        <w:tc>
          <w:tcPr>
            <w:tcW w:w="4409" w:type="dxa"/>
            <w:tcBorders>
              <w:bottom w:val="single" w:sz="8" w:space="0" w:color="BFBFBF" w:themeColor="background1" w:themeShade="BF"/>
              <w:right w:val="single" w:sz="8" w:space="0" w:color="BFBFBF" w:themeColor="background1" w:themeShade="BF"/>
            </w:tcBorders>
            <w:shd w:val="clear" w:color="auto" w:fill="FFFFFF" w:themeFill="background1"/>
            <w:tcMar>
              <w:top w:w="0" w:type="dxa"/>
              <w:left w:w="108" w:type="dxa"/>
              <w:bottom w:w="0" w:type="dxa"/>
              <w:right w:w="108" w:type="dxa"/>
            </w:tcMar>
          </w:tcPr>
          <w:p w14:paraId="001E7AC4" w14:textId="77777777" w:rsidR="0078798F" w:rsidRPr="0078798F" w:rsidRDefault="0078798F">
            <w:pPr>
              <w:spacing w:after="0" w:line="240" w:lineRule="auto"/>
              <w:textAlignment w:val="baseline"/>
              <w:rPr>
                <w:rFonts w:ascii="Calibri" w:eastAsiaTheme="majorEastAsia" w:hAnsi="Calibri" w:cs="Calibri"/>
                <w:color w:val="000000" w:themeColor="text1"/>
                <w:lang w:val="nl-NL"/>
              </w:rPr>
            </w:pPr>
            <w:r w:rsidRPr="0078798F">
              <w:rPr>
                <w:rFonts w:ascii="Calibri" w:eastAsiaTheme="majorEastAsia" w:hAnsi="Calibri" w:cs="Calibri"/>
                <w:color w:val="000000" w:themeColor="text1"/>
                <w:lang w:val="nl-NL"/>
              </w:rPr>
              <w:t>Basislessen Bewegingsonderwijs (deel 1 toestel en deel 2 spel)</w:t>
            </w:r>
          </w:p>
          <w:p w14:paraId="2C586CFF" w14:textId="77777777" w:rsidR="0078798F" w:rsidRPr="0078798F" w:rsidRDefault="0078798F">
            <w:pPr>
              <w:spacing w:after="0" w:line="240" w:lineRule="auto"/>
              <w:textAlignment w:val="baseline"/>
              <w:rPr>
                <w:rFonts w:ascii="Calibri" w:eastAsiaTheme="majorEastAsia" w:hAnsi="Calibri" w:cs="Calibri"/>
                <w:color w:val="000000" w:themeColor="text1"/>
              </w:rPr>
            </w:pPr>
            <w:proofErr w:type="spellStart"/>
            <w:r w:rsidRPr="0078798F">
              <w:rPr>
                <w:rFonts w:ascii="Calibri" w:eastAsiaTheme="majorEastAsia" w:hAnsi="Calibri" w:cs="Calibri"/>
                <w:color w:val="000000" w:themeColor="text1"/>
              </w:rPr>
              <w:t>Motorlab</w:t>
            </w:r>
            <w:proofErr w:type="spellEnd"/>
            <w:r w:rsidRPr="0078798F">
              <w:rPr>
                <w:rFonts w:ascii="Calibri" w:eastAsiaTheme="majorEastAsia" w:hAnsi="Calibri" w:cs="Calibri"/>
                <w:color w:val="000000" w:themeColor="text1"/>
              </w:rPr>
              <w:t xml:space="preserve"> </w:t>
            </w:r>
          </w:p>
        </w:tc>
      </w:tr>
    </w:tbl>
    <w:p w14:paraId="3DEA07BE" w14:textId="77777777" w:rsidR="0078798F" w:rsidRDefault="0078798F" w:rsidP="0078798F"/>
    <w:p w14:paraId="48829602" w14:textId="77777777" w:rsidR="0078798F" w:rsidRPr="00EE771D" w:rsidRDefault="0078798F" w:rsidP="0078798F">
      <w:pPr>
        <w:pStyle w:val="Kop3"/>
        <w:rPr>
          <w:lang w:val="nl-NL"/>
        </w:rPr>
      </w:pPr>
      <w:bookmarkStart w:id="48" w:name="_Toc201002774"/>
      <w:bookmarkStart w:id="49" w:name="_Toc207190186"/>
      <w:r w:rsidRPr="00B16615">
        <w:rPr>
          <w:lang w:val="nl-NL"/>
        </w:rPr>
        <w:t>Overig aanbod</w:t>
      </w:r>
      <w:bookmarkEnd w:id="48"/>
      <w:bookmarkEnd w:id="49"/>
      <w:r w:rsidRPr="00B16615">
        <w:rPr>
          <w:lang w:val="nl-NL"/>
        </w:rPr>
        <w:t xml:space="preserve"> </w:t>
      </w:r>
    </w:p>
    <w:p w14:paraId="54C19BF3" w14:textId="702542E3" w:rsidR="0078798F" w:rsidRPr="00AD0354" w:rsidRDefault="0078798F" w:rsidP="0078798F">
      <w:pPr>
        <w:spacing w:after="33" w:line="249" w:lineRule="auto"/>
        <w:ind w:left="-5" w:hanging="10"/>
        <w:rPr>
          <w:rFonts w:ascii="Calibri" w:hAnsi="Calibri" w:cs="Calibri"/>
          <w:lang w:val="nl-NL"/>
        </w:rPr>
      </w:pPr>
      <w:r w:rsidRPr="00AD0354">
        <w:rPr>
          <w:rFonts w:ascii="Calibri" w:hAnsi="Calibri" w:cs="Calibri"/>
          <w:lang w:val="nl-NL"/>
        </w:rPr>
        <w:t xml:space="preserve">Het </w:t>
      </w:r>
      <w:r w:rsidR="00711769">
        <w:rPr>
          <w:rFonts w:ascii="Calibri" w:hAnsi="Calibri" w:cs="Calibri"/>
          <w:lang w:val="nl-NL"/>
        </w:rPr>
        <w:t>k</w:t>
      </w:r>
      <w:r w:rsidRPr="00AD0354">
        <w:rPr>
          <w:rFonts w:ascii="Calibri" w:hAnsi="Calibri" w:cs="Calibri"/>
          <w:lang w:val="nl-NL"/>
        </w:rPr>
        <w:t xml:space="preserve">indcentrum kent een aantal activiteiten, onder andere:  </w:t>
      </w:r>
    </w:p>
    <w:p w14:paraId="22888F39" w14:textId="77777777" w:rsidR="0078798F" w:rsidRPr="00AD0354" w:rsidRDefault="0078798F" w:rsidP="0078798F">
      <w:pPr>
        <w:numPr>
          <w:ilvl w:val="0"/>
          <w:numId w:val="12"/>
        </w:numPr>
        <w:spacing w:after="38" w:line="248" w:lineRule="auto"/>
        <w:ind w:right="6" w:hanging="360"/>
        <w:rPr>
          <w:rFonts w:ascii="Calibri" w:hAnsi="Calibri" w:cs="Calibri"/>
          <w:lang w:val="nl-NL"/>
        </w:rPr>
      </w:pPr>
      <w:r w:rsidRPr="00AD0354">
        <w:rPr>
          <w:rFonts w:ascii="Calibri" w:hAnsi="Calibri" w:cs="Calibri"/>
          <w:lang w:val="nl-NL"/>
        </w:rPr>
        <w:t xml:space="preserve">Schoolreizen: Alle groepen gaan één dag op schoolreis. Groep 8 gaat meerdere dagen op schoolkamp. </w:t>
      </w:r>
    </w:p>
    <w:p w14:paraId="6BEB3E4B" w14:textId="3E5B6B15" w:rsidR="0078798F" w:rsidRPr="00AD0354" w:rsidRDefault="0078798F" w:rsidP="0078798F">
      <w:pPr>
        <w:numPr>
          <w:ilvl w:val="0"/>
          <w:numId w:val="12"/>
        </w:numPr>
        <w:spacing w:after="3" w:line="248" w:lineRule="auto"/>
        <w:ind w:right="6" w:hanging="360"/>
        <w:rPr>
          <w:rFonts w:ascii="Calibri" w:hAnsi="Calibri" w:cs="Calibri"/>
          <w:lang w:val="nl-NL"/>
        </w:rPr>
      </w:pPr>
      <w:r w:rsidRPr="00AD0354">
        <w:rPr>
          <w:rFonts w:ascii="Calibri" w:hAnsi="Calibri" w:cs="Calibri"/>
          <w:lang w:val="nl-NL"/>
        </w:rPr>
        <w:t xml:space="preserve">Sportevenementen: O.a. de </w:t>
      </w:r>
      <w:r w:rsidR="00711769">
        <w:rPr>
          <w:rFonts w:ascii="Calibri" w:hAnsi="Calibri" w:cs="Calibri"/>
          <w:lang w:val="nl-NL"/>
        </w:rPr>
        <w:t>A</w:t>
      </w:r>
      <w:r w:rsidRPr="00AD0354">
        <w:rPr>
          <w:rFonts w:ascii="Calibri" w:hAnsi="Calibri" w:cs="Calibri"/>
          <w:lang w:val="nl-NL"/>
        </w:rPr>
        <w:t xml:space="preserve">vondvierdaagse, sportdagen, Koningsspelen, etc.  </w:t>
      </w:r>
    </w:p>
    <w:p w14:paraId="3AC1B31D" w14:textId="77777777" w:rsidR="0078798F" w:rsidRPr="00AD0354" w:rsidRDefault="0078798F" w:rsidP="0078798F">
      <w:pPr>
        <w:numPr>
          <w:ilvl w:val="0"/>
          <w:numId w:val="12"/>
        </w:numPr>
        <w:spacing w:after="35" w:line="248" w:lineRule="auto"/>
        <w:ind w:right="6" w:hanging="360"/>
        <w:rPr>
          <w:rFonts w:ascii="Calibri" w:hAnsi="Calibri" w:cs="Calibri"/>
        </w:rPr>
      </w:pPr>
      <w:r w:rsidRPr="00AD0354">
        <w:rPr>
          <w:rFonts w:ascii="Calibri" w:hAnsi="Calibri" w:cs="Calibri"/>
          <w:lang w:val="nl-NL"/>
        </w:rPr>
        <w:t xml:space="preserve">Sint-Maarten: in alle groepen worden lampionnen gemaakt. Wij houden jaarlijks een lampionnenshow. </w:t>
      </w:r>
      <w:r w:rsidRPr="00AD0354">
        <w:rPr>
          <w:rFonts w:ascii="Calibri" w:hAnsi="Calibri" w:cs="Calibri"/>
        </w:rPr>
        <w:t xml:space="preserve">De datum </w:t>
      </w:r>
      <w:proofErr w:type="spellStart"/>
      <w:r w:rsidRPr="00AD0354">
        <w:rPr>
          <w:rFonts w:ascii="Calibri" w:hAnsi="Calibri" w:cs="Calibri"/>
        </w:rPr>
        <w:t>hiervan</w:t>
      </w:r>
      <w:proofErr w:type="spellEnd"/>
      <w:r w:rsidRPr="00AD0354">
        <w:rPr>
          <w:rFonts w:ascii="Calibri" w:hAnsi="Calibri" w:cs="Calibri"/>
        </w:rPr>
        <w:t xml:space="preserve"> is </w:t>
      </w:r>
      <w:proofErr w:type="spellStart"/>
      <w:r w:rsidRPr="00AD0354">
        <w:rPr>
          <w:rFonts w:ascii="Calibri" w:hAnsi="Calibri" w:cs="Calibri"/>
        </w:rPr>
        <w:t>te</w:t>
      </w:r>
      <w:proofErr w:type="spellEnd"/>
      <w:r w:rsidRPr="00AD0354">
        <w:rPr>
          <w:rFonts w:ascii="Calibri" w:hAnsi="Calibri" w:cs="Calibri"/>
        </w:rPr>
        <w:t xml:space="preserve"> </w:t>
      </w:r>
      <w:proofErr w:type="spellStart"/>
      <w:r w:rsidRPr="00AD0354">
        <w:rPr>
          <w:rFonts w:ascii="Calibri" w:hAnsi="Calibri" w:cs="Calibri"/>
        </w:rPr>
        <w:t>vinden</w:t>
      </w:r>
      <w:proofErr w:type="spellEnd"/>
      <w:r w:rsidRPr="00AD0354">
        <w:rPr>
          <w:rFonts w:ascii="Calibri" w:hAnsi="Calibri" w:cs="Calibri"/>
        </w:rPr>
        <w:t xml:space="preserve"> in </w:t>
      </w:r>
      <w:proofErr w:type="spellStart"/>
      <w:r w:rsidRPr="00AD0354">
        <w:rPr>
          <w:rFonts w:ascii="Calibri" w:hAnsi="Calibri" w:cs="Calibri"/>
        </w:rPr>
        <w:t>onze</w:t>
      </w:r>
      <w:proofErr w:type="spellEnd"/>
      <w:r w:rsidRPr="00AD0354">
        <w:rPr>
          <w:rFonts w:ascii="Calibri" w:hAnsi="Calibri" w:cs="Calibri"/>
        </w:rPr>
        <w:t xml:space="preserve"> </w:t>
      </w:r>
      <w:proofErr w:type="spellStart"/>
      <w:r w:rsidRPr="00AD0354">
        <w:rPr>
          <w:rFonts w:ascii="Calibri" w:hAnsi="Calibri" w:cs="Calibri"/>
        </w:rPr>
        <w:t>jaarkalender</w:t>
      </w:r>
      <w:proofErr w:type="spellEnd"/>
      <w:r w:rsidRPr="00AD0354">
        <w:rPr>
          <w:rFonts w:ascii="Calibri" w:hAnsi="Calibri" w:cs="Calibri"/>
        </w:rPr>
        <w:t xml:space="preserve">. </w:t>
      </w:r>
    </w:p>
    <w:p w14:paraId="340140B8" w14:textId="77777777" w:rsidR="0078798F" w:rsidRPr="00AD0354" w:rsidRDefault="0078798F" w:rsidP="0078798F">
      <w:pPr>
        <w:numPr>
          <w:ilvl w:val="0"/>
          <w:numId w:val="12"/>
        </w:numPr>
        <w:spacing w:after="38" w:line="248" w:lineRule="auto"/>
        <w:ind w:right="6" w:hanging="360"/>
        <w:rPr>
          <w:rFonts w:ascii="Calibri" w:hAnsi="Calibri" w:cs="Calibri"/>
          <w:lang w:val="nl-NL"/>
        </w:rPr>
      </w:pPr>
      <w:r w:rsidRPr="00AD0354">
        <w:rPr>
          <w:rFonts w:ascii="Calibri" w:hAnsi="Calibri" w:cs="Calibri"/>
          <w:lang w:val="nl-NL"/>
        </w:rPr>
        <w:t xml:space="preserve">Sinterklaas: elk jaar komt de Sint met zijn pieten ons kindcentrum bezoeken en wordt zijn verjaardag in alle groepen gevierd.  </w:t>
      </w:r>
    </w:p>
    <w:p w14:paraId="2F1C9CE0" w14:textId="77777777" w:rsidR="0078798F" w:rsidRPr="00AD0354" w:rsidRDefault="0078798F" w:rsidP="0078798F">
      <w:pPr>
        <w:numPr>
          <w:ilvl w:val="0"/>
          <w:numId w:val="12"/>
        </w:numPr>
        <w:spacing w:after="3" w:line="248" w:lineRule="auto"/>
        <w:ind w:right="6" w:hanging="360"/>
        <w:rPr>
          <w:rFonts w:ascii="Calibri" w:hAnsi="Calibri" w:cs="Calibri"/>
          <w:lang w:val="nl-NL"/>
        </w:rPr>
      </w:pPr>
      <w:r w:rsidRPr="00AD0354">
        <w:rPr>
          <w:rFonts w:ascii="Calibri" w:hAnsi="Calibri" w:cs="Calibri"/>
          <w:lang w:val="nl-NL"/>
        </w:rPr>
        <w:t xml:space="preserve">Kerstfeest: elk jaar komen de kinderen 's avonds naar school voor het kerstdiner. </w:t>
      </w:r>
    </w:p>
    <w:p w14:paraId="77BB0288" w14:textId="77777777" w:rsidR="0078798F" w:rsidRPr="00AD0354" w:rsidRDefault="0078798F" w:rsidP="0078798F">
      <w:pPr>
        <w:numPr>
          <w:ilvl w:val="0"/>
          <w:numId w:val="12"/>
        </w:numPr>
        <w:spacing w:after="38" w:line="248" w:lineRule="auto"/>
        <w:ind w:right="6" w:hanging="360"/>
        <w:rPr>
          <w:rFonts w:ascii="Calibri" w:hAnsi="Calibri" w:cs="Calibri"/>
        </w:rPr>
      </w:pPr>
      <w:r w:rsidRPr="00AD0354">
        <w:rPr>
          <w:rFonts w:ascii="Calibri" w:hAnsi="Calibri" w:cs="Calibri"/>
          <w:lang w:val="nl-NL"/>
        </w:rPr>
        <w:t xml:space="preserve">Emmatheater. Gedurende het schooljaar verzorgt elke groep (1 t/m 7) één optreden voor een deel van de kinderen van het kindcentrum. </w:t>
      </w:r>
      <w:proofErr w:type="spellStart"/>
      <w:r w:rsidRPr="00AD0354">
        <w:rPr>
          <w:rFonts w:ascii="Calibri" w:hAnsi="Calibri" w:cs="Calibri"/>
        </w:rPr>
        <w:t>Daarbij</w:t>
      </w:r>
      <w:proofErr w:type="spellEnd"/>
      <w:r w:rsidRPr="00AD0354">
        <w:rPr>
          <w:rFonts w:ascii="Calibri" w:hAnsi="Calibri" w:cs="Calibri"/>
        </w:rPr>
        <w:t xml:space="preserve"> </w:t>
      </w:r>
      <w:proofErr w:type="spellStart"/>
      <w:r w:rsidRPr="00AD0354">
        <w:rPr>
          <w:rFonts w:ascii="Calibri" w:hAnsi="Calibri" w:cs="Calibri"/>
        </w:rPr>
        <w:t>worden</w:t>
      </w:r>
      <w:proofErr w:type="spellEnd"/>
      <w:r w:rsidRPr="00AD0354">
        <w:rPr>
          <w:rFonts w:ascii="Calibri" w:hAnsi="Calibri" w:cs="Calibri"/>
        </w:rPr>
        <w:t xml:space="preserve"> </w:t>
      </w:r>
      <w:proofErr w:type="spellStart"/>
      <w:r w:rsidRPr="00AD0354">
        <w:rPr>
          <w:rFonts w:ascii="Calibri" w:hAnsi="Calibri" w:cs="Calibri"/>
        </w:rPr>
        <w:t>ook</w:t>
      </w:r>
      <w:proofErr w:type="spellEnd"/>
      <w:r w:rsidRPr="00AD0354">
        <w:rPr>
          <w:rFonts w:ascii="Calibri" w:hAnsi="Calibri" w:cs="Calibri"/>
        </w:rPr>
        <w:t xml:space="preserve"> </w:t>
      </w:r>
      <w:proofErr w:type="spellStart"/>
      <w:r w:rsidRPr="00AD0354">
        <w:rPr>
          <w:rFonts w:ascii="Calibri" w:hAnsi="Calibri" w:cs="Calibri"/>
        </w:rPr>
        <w:t>ouders</w:t>
      </w:r>
      <w:proofErr w:type="spellEnd"/>
      <w:r w:rsidRPr="00AD0354">
        <w:rPr>
          <w:rFonts w:ascii="Calibri" w:hAnsi="Calibri" w:cs="Calibri"/>
        </w:rPr>
        <w:t xml:space="preserve"> </w:t>
      </w:r>
      <w:proofErr w:type="spellStart"/>
      <w:r w:rsidRPr="00AD0354">
        <w:rPr>
          <w:rFonts w:ascii="Calibri" w:hAnsi="Calibri" w:cs="Calibri"/>
        </w:rPr>
        <w:t>uitgenodigd</w:t>
      </w:r>
      <w:proofErr w:type="spellEnd"/>
      <w:r w:rsidRPr="00AD0354">
        <w:rPr>
          <w:rFonts w:ascii="Calibri" w:hAnsi="Calibri" w:cs="Calibri"/>
        </w:rPr>
        <w:t xml:space="preserve">.   </w:t>
      </w:r>
    </w:p>
    <w:p w14:paraId="5C5D0E58" w14:textId="77777777" w:rsidR="0078798F" w:rsidRPr="00AD0354" w:rsidRDefault="0078798F" w:rsidP="0078798F">
      <w:pPr>
        <w:numPr>
          <w:ilvl w:val="0"/>
          <w:numId w:val="12"/>
        </w:numPr>
        <w:spacing w:after="39" w:line="248" w:lineRule="auto"/>
        <w:ind w:right="6" w:hanging="360"/>
        <w:rPr>
          <w:rFonts w:ascii="Calibri" w:hAnsi="Calibri" w:cs="Calibri"/>
          <w:lang w:val="nl-NL"/>
        </w:rPr>
      </w:pPr>
      <w:r w:rsidRPr="00AD0354">
        <w:rPr>
          <w:rFonts w:ascii="Calibri" w:hAnsi="Calibri" w:cs="Calibri"/>
          <w:lang w:val="nl-NL"/>
        </w:rPr>
        <w:t xml:space="preserve">Eindfilm. Aan het einde van het schooljaar organiseren we een eindfilm waar de kinderen van groep 8 aan deelnemen.  </w:t>
      </w:r>
    </w:p>
    <w:p w14:paraId="78FC3862" w14:textId="77777777" w:rsidR="0078798F" w:rsidRPr="00AD0354" w:rsidRDefault="0078798F" w:rsidP="0078798F">
      <w:pPr>
        <w:numPr>
          <w:ilvl w:val="0"/>
          <w:numId w:val="12"/>
        </w:numPr>
        <w:spacing w:after="38" w:line="248" w:lineRule="auto"/>
        <w:ind w:right="6" w:hanging="360"/>
        <w:rPr>
          <w:rFonts w:ascii="Calibri" w:hAnsi="Calibri" w:cs="Calibri"/>
          <w:lang w:val="nl-NL"/>
        </w:rPr>
      </w:pPr>
      <w:r w:rsidRPr="00AD0354">
        <w:rPr>
          <w:rFonts w:ascii="Calibri" w:hAnsi="Calibri" w:cs="Calibri"/>
          <w:lang w:val="nl-NL"/>
        </w:rPr>
        <w:t xml:space="preserve">Het kindcentrum neemt deel aan het Cultuurmenu (ICO Centrum voor Kunst &amp; Cultuur Assen) en aan het Natuur- en Milieueducatie menu (NME) in de gemeente Assen. Samen met plaatselijke kunstinstellingen is een programma voor alle groepen ontwikkeld. Dit betekent dat alle kinderen in aanraking komen met diverse </w:t>
      </w:r>
      <w:r w:rsidRPr="00AD0354">
        <w:rPr>
          <w:rFonts w:ascii="Calibri" w:hAnsi="Calibri" w:cs="Calibri"/>
          <w:lang w:val="nl-NL"/>
        </w:rPr>
        <w:lastRenderedPageBreak/>
        <w:t xml:space="preserve">kunstuitingen. Ook cultureel erfgoed wordt onder de aandacht gebracht onder meer via excursies. </w:t>
      </w:r>
    </w:p>
    <w:p w14:paraId="7F0BEF73" w14:textId="77777777" w:rsidR="0078798F" w:rsidRPr="00AD0354" w:rsidRDefault="0078798F" w:rsidP="0078798F">
      <w:pPr>
        <w:numPr>
          <w:ilvl w:val="0"/>
          <w:numId w:val="12"/>
        </w:numPr>
        <w:spacing w:after="3" w:line="248" w:lineRule="auto"/>
        <w:ind w:right="6" w:hanging="360"/>
        <w:rPr>
          <w:rFonts w:ascii="Calibri" w:hAnsi="Calibri" w:cs="Calibri"/>
          <w:lang w:val="nl-NL"/>
        </w:rPr>
      </w:pPr>
      <w:r w:rsidRPr="00AD0354">
        <w:rPr>
          <w:rFonts w:ascii="Calibri" w:hAnsi="Calibri" w:cs="Calibri"/>
          <w:lang w:val="nl-NL"/>
        </w:rPr>
        <w:t xml:space="preserve">De school neemt jaarlijks deel aan ABOS (Asser Bibliotheek op School), wat bestaat uit lesprogramma’s en diensten op het gebied van leesplezier en leesmotivatie, schoolbieb en digitale geletterdheid. </w:t>
      </w:r>
    </w:p>
    <w:p w14:paraId="07EE05B1" w14:textId="77777777" w:rsidR="0078798F" w:rsidRPr="00EE771D" w:rsidRDefault="0078798F" w:rsidP="0078798F">
      <w:pPr>
        <w:spacing w:after="310"/>
        <w:rPr>
          <w:rFonts w:asciiTheme="majorHAnsi" w:hAnsiTheme="majorHAnsi" w:cstheme="majorHAnsi"/>
          <w:lang w:val="nl-NL"/>
        </w:rPr>
      </w:pPr>
      <w:r w:rsidRPr="00EE771D">
        <w:rPr>
          <w:rFonts w:asciiTheme="majorHAnsi" w:hAnsiTheme="majorHAnsi" w:cstheme="majorHAnsi"/>
          <w:color w:val="404040"/>
          <w:lang w:val="nl-NL"/>
        </w:rPr>
        <w:t xml:space="preserve"> </w:t>
      </w:r>
    </w:p>
    <w:p w14:paraId="32B3658F" w14:textId="77777777" w:rsidR="00AE52DE" w:rsidRPr="00E02274" w:rsidRDefault="00AE52DE">
      <w:pPr>
        <w:rPr>
          <w:rFonts w:asciiTheme="majorHAnsi" w:eastAsiaTheme="majorEastAsia" w:hAnsiTheme="majorHAnsi" w:cstheme="majorHAnsi"/>
          <w:b/>
          <w:bCs/>
          <w:color w:val="365F91" w:themeColor="accent1" w:themeShade="BF"/>
          <w:lang w:val="nl-NL"/>
        </w:rPr>
      </w:pPr>
      <w:r w:rsidRPr="00E02274">
        <w:rPr>
          <w:rFonts w:cstheme="majorHAnsi"/>
          <w:lang w:val="nl-NL"/>
        </w:rPr>
        <w:br w:type="page"/>
      </w:r>
    </w:p>
    <w:p w14:paraId="5293D6B8" w14:textId="7B7EF664" w:rsidR="00F01621" w:rsidRPr="00F01621" w:rsidRDefault="00F01621" w:rsidP="00F01621">
      <w:pPr>
        <w:pStyle w:val="Kop1"/>
        <w:rPr>
          <w:lang w:val="nl-NL"/>
        </w:rPr>
      </w:pPr>
      <w:bookmarkStart w:id="50" w:name="_Toc201002775"/>
      <w:bookmarkStart w:id="51" w:name="_Toc207190187"/>
      <w:r w:rsidRPr="00B16615">
        <w:rPr>
          <w:lang w:val="nl-NL"/>
        </w:rPr>
        <w:lastRenderedPageBreak/>
        <w:t>3</w:t>
      </w:r>
      <w:r w:rsidR="00E31C31" w:rsidRPr="00B16615">
        <w:rPr>
          <w:lang w:val="nl-NL"/>
        </w:rPr>
        <w:t>.</w:t>
      </w:r>
      <w:r w:rsidRPr="00B16615">
        <w:rPr>
          <w:lang w:val="nl-NL"/>
        </w:rPr>
        <w:t xml:space="preserve"> Ondersteuning en veiligheid</w:t>
      </w:r>
      <w:bookmarkEnd w:id="50"/>
      <w:bookmarkEnd w:id="51"/>
    </w:p>
    <w:p w14:paraId="2B194920" w14:textId="77777777" w:rsidR="00E31C31" w:rsidRDefault="00E31C31" w:rsidP="00F01621">
      <w:pPr>
        <w:pStyle w:val="Kop3"/>
        <w:rPr>
          <w:lang w:val="nl-NL"/>
        </w:rPr>
      </w:pPr>
      <w:bookmarkStart w:id="52" w:name="_Toc201002776"/>
      <w:bookmarkStart w:id="53" w:name="_Toc207190188"/>
      <w:r w:rsidRPr="00B16615">
        <w:rPr>
          <w:lang w:val="nl-NL"/>
        </w:rPr>
        <w:t>3.1 Welke ondersteuning bieden wij allemaal?’</w:t>
      </w:r>
      <w:bookmarkEnd w:id="52"/>
      <w:bookmarkEnd w:id="53"/>
    </w:p>
    <w:p w14:paraId="0CA142F7" w14:textId="32ACD2A1" w:rsidR="00F01621" w:rsidRPr="00EE771D" w:rsidRDefault="00F01621" w:rsidP="00F01621">
      <w:pPr>
        <w:pStyle w:val="Kop3"/>
        <w:rPr>
          <w:lang w:val="nl-NL"/>
        </w:rPr>
      </w:pPr>
      <w:bookmarkStart w:id="54" w:name="_Toc201002777"/>
      <w:bookmarkStart w:id="55" w:name="_Toc207190189"/>
      <w:r w:rsidRPr="00B16615">
        <w:rPr>
          <w:lang w:val="nl-NL"/>
        </w:rPr>
        <w:t>Basisondersteuning</w:t>
      </w:r>
      <w:bookmarkEnd w:id="54"/>
      <w:bookmarkEnd w:id="55"/>
      <w:r w:rsidRPr="00B16615">
        <w:rPr>
          <w:lang w:val="nl-NL"/>
        </w:rPr>
        <w:t xml:space="preserve"> </w:t>
      </w:r>
    </w:p>
    <w:p w14:paraId="2192A359" w14:textId="2C232334" w:rsidR="00F01621" w:rsidRDefault="00F01621" w:rsidP="00F01621">
      <w:pPr>
        <w:spacing w:after="226" w:line="248" w:lineRule="auto"/>
        <w:ind w:left="-5" w:right="6" w:hanging="10"/>
        <w:rPr>
          <w:rFonts w:ascii="Calibri" w:hAnsi="Calibri" w:cs="Calibri"/>
          <w:lang w:val="nl-NL"/>
        </w:rPr>
      </w:pPr>
      <w:r w:rsidRPr="00AD0354">
        <w:rPr>
          <w:rFonts w:ascii="Calibri" w:hAnsi="Calibri" w:cs="Calibri"/>
          <w:lang w:val="nl-NL"/>
        </w:rPr>
        <w:t xml:space="preserve">De basisondersteuning is datgene wat scholen minimaal moeten kunnen bieden aan leerlingen. Om de basisondersteuning vorm te geven wordt er op ons kindcentrum </w:t>
      </w:r>
      <w:r w:rsidR="0078798F">
        <w:rPr>
          <w:rFonts w:ascii="Calibri" w:hAnsi="Calibri" w:cs="Calibri"/>
          <w:lang w:val="nl-NL"/>
        </w:rPr>
        <w:t xml:space="preserve">in alle groepen </w:t>
      </w:r>
      <w:r w:rsidRPr="00AD0354">
        <w:rPr>
          <w:rFonts w:ascii="Calibri" w:hAnsi="Calibri" w:cs="Calibri"/>
          <w:lang w:val="nl-NL"/>
        </w:rPr>
        <w:t xml:space="preserve">handelingsgericht gewerkt. </w:t>
      </w:r>
    </w:p>
    <w:p w14:paraId="5A99E4E6" w14:textId="77777777" w:rsidR="0078798F" w:rsidRPr="00EE771D" w:rsidRDefault="0078798F" w:rsidP="0078798F">
      <w:pPr>
        <w:pStyle w:val="Kop3"/>
        <w:rPr>
          <w:lang w:val="nl-NL"/>
        </w:rPr>
      </w:pPr>
      <w:bookmarkStart w:id="56" w:name="_Toc201002778"/>
      <w:bookmarkStart w:id="57" w:name="_Toc207190190"/>
      <w:r w:rsidRPr="00B16615">
        <w:rPr>
          <w:lang w:val="nl-NL"/>
        </w:rPr>
        <w:t>Observaties en resultaten</w:t>
      </w:r>
      <w:bookmarkEnd w:id="56"/>
      <w:bookmarkEnd w:id="57"/>
      <w:r w:rsidRPr="00B16615">
        <w:rPr>
          <w:lang w:val="nl-NL"/>
        </w:rPr>
        <w:t xml:space="preserve"> </w:t>
      </w:r>
    </w:p>
    <w:p w14:paraId="5CEF3A39" w14:textId="04310F0A" w:rsidR="0078798F" w:rsidRPr="00AD0354" w:rsidRDefault="0078798F" w:rsidP="0078798F">
      <w:pPr>
        <w:spacing w:after="3" w:line="248" w:lineRule="auto"/>
        <w:ind w:left="-5" w:right="6" w:hanging="10"/>
        <w:rPr>
          <w:rFonts w:ascii="Calibri" w:hAnsi="Calibri" w:cs="Calibri"/>
          <w:lang w:val="nl-NL"/>
        </w:rPr>
      </w:pPr>
      <w:r w:rsidRPr="00AD0354">
        <w:rPr>
          <w:rFonts w:ascii="Calibri" w:hAnsi="Calibri" w:cs="Calibri"/>
          <w:lang w:val="nl-NL"/>
        </w:rPr>
        <w:t xml:space="preserve">Dagelijks wordt het werk van de kinderen bekeken. In de onderbouw gebeurt dit vooral door middel van observaties van spelgedrag, werkhouding, cognitieve - en sociale ontwikkeling. In de midden- en bovenbouw meer door middel van beoordelen van het gemaakte werk. De leerkracht verzamelt (toets)resultaten zodat, n.a.v. analyse, het aanbod wordt aangepast. Verder worden de leerlingen gevolgd op het gebied van taalontwikkeling, spelling, begrijpend lezen en rekenen. Hiervoor gebruiken we vanaf groep 3 de Cito-toetsen. De resultaten van de Cito-toetsen worden opgenomen in het leerlingvolgsysteem. Door middel van de Cito-toetsen wordt vooral gekeken naar de cognitieve vaardigheden. De methodetoetsen per vakgebied toetsen de aangeleerde materie, dat de afgelopen periode is aangeboden.  </w:t>
      </w:r>
    </w:p>
    <w:p w14:paraId="3EB8FA60" w14:textId="60998169" w:rsidR="0078798F" w:rsidRPr="00AD0354" w:rsidRDefault="0078798F" w:rsidP="0078798F">
      <w:pPr>
        <w:spacing w:after="226" w:line="248" w:lineRule="auto"/>
        <w:ind w:left="-5" w:right="6" w:hanging="10"/>
        <w:rPr>
          <w:rFonts w:ascii="Calibri" w:hAnsi="Calibri" w:cs="Calibri"/>
          <w:lang w:val="nl-NL"/>
        </w:rPr>
      </w:pPr>
      <w:r w:rsidRPr="00AD0354">
        <w:rPr>
          <w:rFonts w:ascii="Calibri" w:hAnsi="Calibri" w:cs="Calibri"/>
          <w:lang w:val="nl-NL"/>
        </w:rPr>
        <w:t>Regelmatig worden de vorderingen van de leerlingen besproken tussen de groepsleerkracht en de intern begeleider. De vorderingen worden geanalyseerd, zodat de ondersteuningsbehoeften van het kind kan worden vastgesteld. De analyse kan leiden tot vervolgonderzoek, tot extra ondersteuning wat betreft de begeleiding en/of eventueel tot overleg met deskundigen. Ouders zullen in dit proces worden meegenomen door middel van oudergesprekken.</w:t>
      </w:r>
    </w:p>
    <w:p w14:paraId="119147DB" w14:textId="631CF694" w:rsidR="00F01621" w:rsidRPr="00EE771D" w:rsidRDefault="0078798F" w:rsidP="00F01621">
      <w:pPr>
        <w:pStyle w:val="Kop3"/>
        <w:rPr>
          <w:lang w:val="nl-NL"/>
        </w:rPr>
      </w:pPr>
      <w:bookmarkStart w:id="58" w:name="_Toc201002779"/>
      <w:bookmarkStart w:id="59" w:name="_Toc207190191"/>
      <w:r w:rsidRPr="00B16615">
        <w:rPr>
          <w:lang w:val="nl-NL"/>
        </w:rPr>
        <w:t>Wat is h</w:t>
      </w:r>
      <w:r w:rsidR="00F01621" w:rsidRPr="00B16615">
        <w:rPr>
          <w:lang w:val="nl-NL"/>
        </w:rPr>
        <w:t>andelingsgericht werken</w:t>
      </w:r>
      <w:r w:rsidRPr="00B16615">
        <w:rPr>
          <w:lang w:val="nl-NL"/>
        </w:rPr>
        <w:t>?</w:t>
      </w:r>
      <w:bookmarkEnd w:id="58"/>
      <w:bookmarkEnd w:id="59"/>
      <w:r w:rsidR="00F01621" w:rsidRPr="00B16615">
        <w:rPr>
          <w:lang w:val="nl-NL"/>
        </w:rPr>
        <w:t xml:space="preserve"> </w:t>
      </w:r>
    </w:p>
    <w:p w14:paraId="41052420" w14:textId="1778BCF5" w:rsidR="00F01621" w:rsidRDefault="00F01621" w:rsidP="00BA1C11">
      <w:pPr>
        <w:spacing w:after="151" w:line="267" w:lineRule="auto"/>
        <w:ind w:left="-5" w:hanging="10"/>
        <w:rPr>
          <w:rFonts w:ascii="Calibri" w:hAnsi="Calibri" w:cs="Calibri"/>
          <w:lang w:val="nl-NL"/>
        </w:rPr>
      </w:pPr>
      <w:r w:rsidRPr="00AD0354">
        <w:rPr>
          <w:rFonts w:ascii="Calibri" w:hAnsi="Calibri" w:cs="Calibri"/>
          <w:lang w:val="nl-NL"/>
        </w:rPr>
        <w:t xml:space="preserve">De basis van het handelingsgericht werken is de handelings- en oplossingsgerichte houding, waarbij wij kijken naar de totale ontwikkeling van het kind. Volgens de PDCA-cyclus wordt op groeps-, school- en </w:t>
      </w:r>
      <w:proofErr w:type="spellStart"/>
      <w:r w:rsidR="17587F42" w:rsidRPr="7D9EC8CA">
        <w:rPr>
          <w:rFonts w:ascii="Calibri" w:hAnsi="Calibri" w:cs="Calibri"/>
          <w:lang w:val="nl-NL"/>
        </w:rPr>
        <w:t>bovenschoolsniveau</w:t>
      </w:r>
      <w:proofErr w:type="spellEnd"/>
      <w:r w:rsidRPr="00AD0354">
        <w:rPr>
          <w:rFonts w:ascii="Calibri" w:hAnsi="Calibri" w:cs="Calibri"/>
          <w:lang w:val="nl-NL"/>
        </w:rPr>
        <w:t xml:space="preserve"> het onderwijs passend gemaakt aan de onderwijsbehoeften van alle leerlingen. Hierin is proactief handelen het uitgangspunt. Binnen een leerjaar gaan wij uit van werken op drie niveaus. Wanneer nodig kan het in uitzonderlijke gevallen voorkomen dat een leerling werkt met een eigen leerlijn voor één of meerdere vakken. Twee keer per jaar, na de toetsweken, evalueren wij de leerontwikkeling op groeps- en op kindniveau.  Aan de hand van deze gegevens wordt een plan van aanpak gemaakt. Wanneer nodig wordt voor kinderen met een meer individuele benadering of met extra zorg nog een begeleidingsplan bijgehouden, deze wordt minimaal twee keer per jaar geëvalueerd. Met de ouders van deze kinderen vindt twee keer per jaar een evaluatiegesprek plaats.  </w:t>
      </w:r>
    </w:p>
    <w:p w14:paraId="3DCC65DF" w14:textId="42E04E99" w:rsidR="00027051" w:rsidRPr="000C478B" w:rsidRDefault="00027051" w:rsidP="000C478B">
      <w:pPr>
        <w:spacing w:after="151" w:line="267" w:lineRule="auto"/>
        <w:ind w:left="-5" w:hanging="10"/>
        <w:rPr>
          <w:rFonts w:ascii="Calibri" w:hAnsi="Calibri" w:cs="Calibri"/>
          <w:lang w:val="nl-NL"/>
        </w:rPr>
      </w:pPr>
      <w:r>
        <w:rPr>
          <w:noProof/>
        </w:rPr>
        <w:drawing>
          <wp:anchor distT="0" distB="0" distL="114300" distR="114300" simplePos="0" relativeHeight="251658241" behindDoc="0" locked="0" layoutInCell="1" allowOverlap="1" wp14:anchorId="0F03158A" wp14:editId="612CD1A3">
            <wp:simplePos x="0" y="0"/>
            <wp:positionH relativeFrom="margin">
              <wp:align>center</wp:align>
            </wp:positionH>
            <wp:positionV relativeFrom="paragraph">
              <wp:posOffset>133985</wp:posOffset>
            </wp:positionV>
            <wp:extent cx="1193800" cy="1195070"/>
            <wp:effectExtent l="0" t="0" r="6350" b="5080"/>
            <wp:wrapNone/>
            <wp:docPr id="2" name="Afbeelding 2" descr="フローチャート PDCAサイクル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フローチャート PDCAサイクル Stock Vector | Adobe Stock"/>
                    <pic:cNvPicPr>
                      <a:picLocks noChangeAspect="1" noChangeArrowheads="1"/>
                    </pic:cNvPicPr>
                  </pic:nvPicPr>
                  <pic:blipFill rotWithShape="1">
                    <a:blip r:embed="rId18">
                      <a:extLst>
                        <a:ext uri="{28A0092B-C50C-407E-A947-70E740481C1C}">
                          <a14:useLocalDpi xmlns:a14="http://schemas.microsoft.com/office/drawing/2010/main" val="0"/>
                        </a:ext>
                      </a:extLst>
                    </a:blip>
                    <a:srcRect l="3939" t="4622" r="4783" b="4341"/>
                    <a:stretch/>
                  </pic:blipFill>
                  <pic:spPr bwMode="auto">
                    <a:xfrm>
                      <a:off x="0" y="0"/>
                      <a:ext cx="1193800" cy="1195070"/>
                    </a:xfrm>
                    <a:prstGeom prst="rect">
                      <a:avLst/>
                    </a:prstGeom>
                    <a:noFill/>
                    <a:ln>
                      <a:noFill/>
                    </a:ln>
                    <a:extLst>
                      <a:ext uri="{53640926-AAD7-44D8-BBD7-CCE9431645EC}">
                        <a14:shadowObscured xmlns:a14="http://schemas.microsoft.com/office/drawing/2010/main"/>
                      </a:ext>
                    </a:extLst>
                  </pic:spPr>
                </pic:pic>
              </a:graphicData>
            </a:graphic>
          </wp:anchor>
        </w:drawing>
      </w:r>
    </w:p>
    <w:p w14:paraId="5F76BEDA" w14:textId="77777777" w:rsidR="00BA1C11" w:rsidRDefault="00BA1C11" w:rsidP="00F01621">
      <w:pPr>
        <w:pStyle w:val="Kop3"/>
        <w:rPr>
          <w:lang w:val="nl-NL"/>
        </w:rPr>
      </w:pPr>
    </w:p>
    <w:p w14:paraId="1E8B9649" w14:textId="77777777" w:rsidR="00BA1C11" w:rsidRDefault="00BA1C11" w:rsidP="00F01621">
      <w:pPr>
        <w:pStyle w:val="Kop3"/>
        <w:rPr>
          <w:lang w:val="nl-NL"/>
        </w:rPr>
      </w:pPr>
    </w:p>
    <w:p w14:paraId="7D47AAB3" w14:textId="6984966C" w:rsidR="00F01621" w:rsidRPr="00EE771D" w:rsidRDefault="00F01621" w:rsidP="00F01621">
      <w:pPr>
        <w:pStyle w:val="Kop3"/>
        <w:rPr>
          <w:lang w:val="nl-NL"/>
        </w:rPr>
      </w:pPr>
      <w:bookmarkStart w:id="60" w:name="_Toc201002780"/>
      <w:bookmarkStart w:id="61" w:name="_Toc207190192"/>
      <w:r w:rsidRPr="00B16615">
        <w:rPr>
          <w:lang w:val="nl-NL"/>
        </w:rPr>
        <w:t>Preventieve en curatieve interventies</w:t>
      </w:r>
      <w:bookmarkEnd w:id="60"/>
      <w:bookmarkEnd w:id="61"/>
      <w:r w:rsidRPr="00B16615">
        <w:rPr>
          <w:lang w:val="nl-NL"/>
        </w:rPr>
        <w:t xml:space="preserve">  </w:t>
      </w:r>
    </w:p>
    <w:p w14:paraId="416C9561" w14:textId="77777777" w:rsidR="00F01621" w:rsidRPr="00AD0354" w:rsidRDefault="00F01621" w:rsidP="00F01621">
      <w:pPr>
        <w:spacing w:after="23" w:line="267" w:lineRule="auto"/>
        <w:ind w:left="-5" w:hanging="10"/>
        <w:rPr>
          <w:rFonts w:ascii="Calibri" w:hAnsi="Calibri" w:cs="Calibri"/>
          <w:lang w:val="nl-NL"/>
        </w:rPr>
      </w:pPr>
      <w:r w:rsidRPr="00AD0354">
        <w:rPr>
          <w:rFonts w:ascii="Calibri" w:hAnsi="Calibri" w:cs="Calibri"/>
          <w:lang w:val="nl-NL"/>
        </w:rPr>
        <w:t xml:space="preserve">Voor sommige kinderen is vanwege uiteenlopende redenen het basisaanbod niet voldoende of niet passend. We zetten dan eerst in op preventieve en curatieve interventies. Dat kan gaan om aspecten in het leren, de medische/fysieke ontwikkeling, het gedrag of vanuit de thuissituatie.   </w:t>
      </w:r>
    </w:p>
    <w:p w14:paraId="38D6FADA" w14:textId="489C6525" w:rsidR="00F01621" w:rsidRPr="00E377E0" w:rsidRDefault="00F01621" w:rsidP="00E377E0">
      <w:pPr>
        <w:spacing w:after="23" w:line="267" w:lineRule="auto"/>
        <w:ind w:left="-5" w:hanging="10"/>
        <w:rPr>
          <w:rFonts w:ascii="Calibri" w:hAnsi="Calibri" w:cs="Calibri"/>
          <w:lang w:val="nl-NL"/>
        </w:rPr>
      </w:pPr>
      <w:r w:rsidRPr="00AD0354">
        <w:rPr>
          <w:rFonts w:ascii="Calibri" w:hAnsi="Calibri" w:cs="Calibri"/>
          <w:lang w:val="nl-NL"/>
        </w:rPr>
        <w:t xml:space="preserve">Gedacht kan worden aan het volgen van het dyslexieprotocol voor leerlingen met leesproblemen of het volgen van ons beleidsplan hoogbegaafdheid voor kinderen die meer aan kunnen.   </w:t>
      </w:r>
    </w:p>
    <w:p w14:paraId="2A62480D" w14:textId="77777777" w:rsidR="00F01621" w:rsidRPr="00EE771D" w:rsidRDefault="00F01621" w:rsidP="00F01621">
      <w:pPr>
        <w:pStyle w:val="Kop3"/>
        <w:rPr>
          <w:lang w:val="nl-NL"/>
        </w:rPr>
      </w:pPr>
      <w:bookmarkStart w:id="62" w:name="_Toc201002781"/>
      <w:bookmarkStart w:id="63" w:name="_Toc207190193"/>
      <w:proofErr w:type="spellStart"/>
      <w:r w:rsidRPr="00B16615">
        <w:rPr>
          <w:lang w:val="nl-NL"/>
        </w:rPr>
        <w:t>Onderwijsondersteuningsstructuur</w:t>
      </w:r>
      <w:bookmarkEnd w:id="62"/>
      <w:bookmarkEnd w:id="63"/>
      <w:proofErr w:type="spellEnd"/>
      <w:r w:rsidRPr="00B16615">
        <w:rPr>
          <w:lang w:val="nl-NL"/>
        </w:rPr>
        <w:t xml:space="preserve">  </w:t>
      </w:r>
    </w:p>
    <w:p w14:paraId="2D00CDCF" w14:textId="78A8CFB3" w:rsidR="00F01621" w:rsidRPr="00E377E0" w:rsidRDefault="00F01621" w:rsidP="00E377E0">
      <w:pPr>
        <w:spacing w:after="23" w:line="267" w:lineRule="auto"/>
        <w:ind w:left="-5" w:hanging="10"/>
        <w:rPr>
          <w:rFonts w:ascii="Calibri" w:hAnsi="Calibri" w:cs="Calibri"/>
          <w:lang w:val="nl-NL"/>
        </w:rPr>
      </w:pPr>
      <w:r w:rsidRPr="00AD0354">
        <w:rPr>
          <w:rFonts w:ascii="Calibri" w:hAnsi="Calibri" w:cs="Calibri"/>
          <w:lang w:val="nl-NL"/>
        </w:rPr>
        <w:t xml:space="preserve">Binnen ons kindcentrum werken wij met een schoolzorgteam (SZT), bestaande uit onze </w:t>
      </w:r>
      <w:r w:rsidR="00BA1C11">
        <w:rPr>
          <w:rFonts w:ascii="Calibri" w:hAnsi="Calibri" w:cs="Calibri"/>
          <w:lang w:val="nl-NL"/>
        </w:rPr>
        <w:t>kwaliteitscoördinatoren</w:t>
      </w:r>
      <w:r w:rsidR="00BA1C11" w:rsidRPr="00AD0354">
        <w:rPr>
          <w:rFonts w:ascii="Calibri" w:hAnsi="Calibri" w:cs="Calibri"/>
          <w:lang w:val="nl-NL"/>
        </w:rPr>
        <w:t xml:space="preserve"> </w:t>
      </w:r>
      <w:r w:rsidRPr="00AD0354">
        <w:rPr>
          <w:rFonts w:ascii="Calibri" w:hAnsi="Calibri" w:cs="Calibri"/>
          <w:lang w:val="nl-NL"/>
        </w:rPr>
        <w:t xml:space="preserve">en de directie van de school. Ook kan een jeugdmaatschappelijk werker, jeugdarts of verpleegkundige worden geraadpleegd. Samen met hen vormen ze het </w:t>
      </w:r>
      <w:proofErr w:type="spellStart"/>
      <w:r w:rsidRPr="00AD0354">
        <w:rPr>
          <w:rFonts w:ascii="Calibri" w:hAnsi="Calibri" w:cs="Calibri"/>
          <w:lang w:val="nl-NL"/>
        </w:rPr>
        <w:t>zorgadviesteam</w:t>
      </w:r>
      <w:proofErr w:type="spellEnd"/>
      <w:r w:rsidRPr="00AD0354">
        <w:rPr>
          <w:rFonts w:ascii="Calibri" w:hAnsi="Calibri" w:cs="Calibri"/>
          <w:lang w:val="nl-NL"/>
        </w:rPr>
        <w:t xml:space="preserve"> (ZAT). Daarnaast werken wij samen met Vroeg Erbij (kinderdagopvang), Vroeg Erbij Blijven (BSO) en </w:t>
      </w:r>
      <w:proofErr w:type="spellStart"/>
      <w:r w:rsidRPr="00AD0354">
        <w:rPr>
          <w:rFonts w:ascii="Calibri" w:hAnsi="Calibri" w:cs="Calibri"/>
          <w:lang w:val="nl-NL"/>
        </w:rPr>
        <w:t>Yoop</w:t>
      </w:r>
      <w:proofErr w:type="spellEnd"/>
      <w:r w:rsidRPr="00AD0354">
        <w:rPr>
          <w:rFonts w:ascii="Calibri" w:hAnsi="Calibri" w:cs="Calibri"/>
          <w:lang w:val="nl-NL"/>
        </w:rPr>
        <w:t xml:space="preserve"> van </w:t>
      </w:r>
      <w:proofErr w:type="spellStart"/>
      <w:r w:rsidRPr="00AD0354">
        <w:rPr>
          <w:rFonts w:ascii="Calibri" w:hAnsi="Calibri" w:cs="Calibri"/>
          <w:lang w:val="nl-NL"/>
        </w:rPr>
        <w:t>Yorneo</w:t>
      </w:r>
      <w:proofErr w:type="spellEnd"/>
      <w:r w:rsidRPr="00AD0354">
        <w:rPr>
          <w:rFonts w:ascii="Calibri" w:hAnsi="Calibri" w:cs="Calibri"/>
          <w:lang w:val="nl-NL"/>
        </w:rPr>
        <w:t xml:space="preserve">. Verder hebben wij binnen ons kindcentrum een hoogbegaafdheidspecialist en een specialist gedrag. Als de afgesproken begeleiding onvoldoende resultaat oplevert, dan kan het schoolzorgteam hulp vragen bij het expertiseteam van Plateau.    </w:t>
      </w:r>
      <w:r w:rsidRPr="00EE771D">
        <w:rPr>
          <w:rFonts w:asciiTheme="majorHAnsi" w:hAnsiTheme="majorHAnsi" w:cstheme="majorHAnsi"/>
          <w:lang w:val="nl-NL"/>
        </w:rPr>
        <w:t xml:space="preserve"> </w:t>
      </w:r>
    </w:p>
    <w:p w14:paraId="12E44E3A" w14:textId="77777777" w:rsidR="00F01621" w:rsidRPr="00EE771D" w:rsidRDefault="00F01621" w:rsidP="00F01621">
      <w:pPr>
        <w:pStyle w:val="Kop3"/>
        <w:rPr>
          <w:lang w:val="nl-NL"/>
        </w:rPr>
      </w:pPr>
      <w:bookmarkStart w:id="64" w:name="_Toc201002782"/>
      <w:bookmarkStart w:id="65" w:name="_Toc207190194"/>
      <w:r w:rsidRPr="00B16615">
        <w:rPr>
          <w:lang w:val="nl-NL"/>
        </w:rPr>
        <w:t>Extra ondersteuning</w:t>
      </w:r>
      <w:bookmarkEnd w:id="64"/>
      <w:bookmarkEnd w:id="65"/>
      <w:r w:rsidRPr="00B16615">
        <w:rPr>
          <w:lang w:val="nl-NL"/>
        </w:rPr>
        <w:t xml:space="preserve">  </w:t>
      </w:r>
    </w:p>
    <w:p w14:paraId="2F9DDE3E" w14:textId="69845F3D" w:rsidR="000C478B" w:rsidRPr="000C478B" w:rsidRDefault="00F01621" w:rsidP="000C478B">
      <w:pPr>
        <w:spacing w:after="23" w:line="267" w:lineRule="auto"/>
        <w:ind w:left="-5" w:hanging="10"/>
        <w:rPr>
          <w:rFonts w:ascii="Calibri" w:hAnsi="Calibri" w:cs="Calibri"/>
          <w:lang w:val="nl-NL"/>
        </w:rPr>
      </w:pPr>
      <w:r w:rsidRPr="00AD0354">
        <w:rPr>
          <w:rFonts w:ascii="Calibri" w:hAnsi="Calibri" w:cs="Calibri"/>
          <w:lang w:val="nl-NL"/>
        </w:rPr>
        <w:t xml:space="preserve">Ons kindcentrum maakt deel uit van het samenwerkingsverband Noord- en Midden-Drenthe. Het samenwerkingsverband is verantwoordelijk voor het bepalen wat onder basis en wat onder extra ondersteuning valt. Binnen ons samenwerkingsverband is er alleen sprake van extra ondersteuning als een kind deelneemt aan speciaal basisonderwijs of aan speciaal onderwijs cluster 3 en 4. Binnen onze kindcentrum valt daarmee alle ondersteuning binnen de basisondersteuning.   </w:t>
      </w:r>
    </w:p>
    <w:p w14:paraId="5663CC62" w14:textId="692C7D6E" w:rsidR="000C478B" w:rsidRPr="00EE771D" w:rsidRDefault="000C478B" w:rsidP="000C478B">
      <w:pPr>
        <w:pStyle w:val="Kop3"/>
        <w:rPr>
          <w:lang w:val="nl-NL"/>
        </w:rPr>
      </w:pPr>
      <w:bookmarkStart w:id="66" w:name="_Toc201002783"/>
      <w:bookmarkStart w:id="67" w:name="_Toc207190195"/>
      <w:r w:rsidRPr="00B16615">
        <w:rPr>
          <w:lang w:val="nl-NL"/>
        </w:rPr>
        <w:t>Doubleren</w:t>
      </w:r>
      <w:bookmarkEnd w:id="66"/>
      <w:bookmarkEnd w:id="67"/>
      <w:r w:rsidRPr="00B16615">
        <w:rPr>
          <w:lang w:val="nl-NL"/>
        </w:rPr>
        <w:t xml:space="preserve"> </w:t>
      </w:r>
    </w:p>
    <w:p w14:paraId="338ADF0D" w14:textId="06BC2246" w:rsidR="00F01621" w:rsidRPr="000C478B" w:rsidRDefault="000C478B" w:rsidP="000C478B">
      <w:pPr>
        <w:spacing w:after="3" w:line="248" w:lineRule="auto"/>
        <w:ind w:left="-5" w:right="6" w:hanging="10"/>
        <w:rPr>
          <w:rFonts w:ascii="Calibri" w:hAnsi="Calibri" w:cs="Calibri"/>
          <w:lang w:val="nl-NL"/>
        </w:rPr>
      </w:pPr>
      <w:r w:rsidRPr="00AD0354">
        <w:rPr>
          <w:rFonts w:ascii="Calibri" w:hAnsi="Calibri" w:cs="Calibri"/>
          <w:lang w:val="nl-NL"/>
        </w:rPr>
        <w:t xml:space="preserve">In het algemeen gaan alle kinderen aan het eind van het schooljaar over naar de volgende groep. Indien er redenen zijn om dat niet te doen, bijvoorbeeld bij cognitieve of sociaal-emotionele hiaten, dan wordt dit in de loop van het schooljaar met ouders besproken. </w:t>
      </w:r>
    </w:p>
    <w:p w14:paraId="719BB93B" w14:textId="77777777" w:rsidR="00F01621" w:rsidRPr="00EE771D" w:rsidRDefault="00F01621" w:rsidP="00F01621">
      <w:pPr>
        <w:pStyle w:val="Kop3"/>
        <w:rPr>
          <w:lang w:val="nl-NL"/>
        </w:rPr>
      </w:pPr>
      <w:bookmarkStart w:id="68" w:name="_Toc201002784"/>
      <w:bookmarkStart w:id="69" w:name="_Toc207190196"/>
      <w:r w:rsidRPr="00B16615">
        <w:rPr>
          <w:lang w:val="nl-NL"/>
        </w:rPr>
        <w:t>Grenzen aan de mogelijkheden van de school</w:t>
      </w:r>
      <w:bookmarkEnd w:id="68"/>
      <w:bookmarkEnd w:id="69"/>
      <w:r w:rsidRPr="00B16615">
        <w:rPr>
          <w:lang w:val="nl-NL"/>
        </w:rPr>
        <w:t xml:space="preserve"> </w:t>
      </w:r>
      <w:r w:rsidRPr="00B16615">
        <w:rPr>
          <w:rFonts w:eastAsia="Verdana"/>
          <w:lang w:val="nl-NL"/>
        </w:rPr>
        <w:t xml:space="preserve"> </w:t>
      </w:r>
    </w:p>
    <w:p w14:paraId="7E1DFF85" w14:textId="77777777" w:rsidR="00F01621" w:rsidRPr="00AD0354" w:rsidRDefault="00F01621" w:rsidP="00F01621">
      <w:pPr>
        <w:spacing w:after="23" w:line="267" w:lineRule="auto"/>
        <w:ind w:left="-5" w:hanging="10"/>
        <w:rPr>
          <w:rFonts w:ascii="Calibri" w:hAnsi="Calibri" w:cs="Calibri"/>
          <w:lang w:val="nl-NL"/>
        </w:rPr>
      </w:pPr>
      <w:r w:rsidRPr="00AD0354">
        <w:rPr>
          <w:rFonts w:ascii="Calibri" w:hAnsi="Calibri" w:cs="Calibri"/>
          <w:lang w:val="nl-NL"/>
        </w:rPr>
        <w:t xml:space="preserve">We vinden het belangrijk dat ieder kind onderwijs krijgt dat hij of zij nodig heeft. Daarbij is het van belang dat kinderen zich prettig voelen op school, dat zij zich goed ontwikkelen en voldoende leervorderingen maken. In sommige gevallen zal daarbij worden vastgesteld dat de grenzen aan de mogelijkheden van de zorg zijn bereikt.    </w:t>
      </w:r>
    </w:p>
    <w:p w14:paraId="1C113F30" w14:textId="5A1D5B98" w:rsidR="00505ED8" w:rsidRDefault="00F01621" w:rsidP="00F01621">
      <w:pPr>
        <w:spacing w:after="23" w:line="267" w:lineRule="auto"/>
        <w:ind w:left="-5" w:hanging="10"/>
        <w:rPr>
          <w:rFonts w:asciiTheme="majorHAnsi" w:hAnsiTheme="majorHAnsi" w:cstheme="majorBidi"/>
          <w:lang w:val="nl-NL"/>
        </w:rPr>
      </w:pPr>
      <w:r w:rsidRPr="00AD0354">
        <w:rPr>
          <w:rFonts w:ascii="Calibri" w:hAnsi="Calibri" w:cs="Calibri"/>
          <w:lang w:val="nl-NL"/>
        </w:rPr>
        <w:t xml:space="preserve">Indien er twijfels zijn of het kindcentrum voldoende ondersteuning kan bieden aan een kind, wordt er een zorgvuldige afweging gemaakt. De uitkomsten hiervan zijn onder meer afhankelijk van de onderwijs- en ondersteuningsbehoeften van het kind, de omvang en samenstelling van de groep waarin het kind geplaatst wordt en de ervaring en deskundigheden van het team. Indien het op het kindcentrum niet (langer) lukt, om een passend onderwijsaanbod te </w:t>
      </w:r>
      <w:r w:rsidRPr="00AD0354">
        <w:rPr>
          <w:rFonts w:ascii="Calibri" w:hAnsi="Calibri" w:cs="Calibri"/>
          <w:lang w:val="nl-NL"/>
        </w:rPr>
        <w:lastRenderedPageBreak/>
        <w:t>realiseren, zal in overleg met ouders gekeken worden naar andere mogelijkheden</w:t>
      </w:r>
      <w:r w:rsidR="6AE57A82" w:rsidRPr="7D9EC8CA">
        <w:rPr>
          <w:rFonts w:ascii="Calibri" w:hAnsi="Calibri" w:cs="Calibri"/>
          <w:lang w:val="nl-NL"/>
        </w:rPr>
        <w:t>,</w:t>
      </w:r>
      <w:r w:rsidRPr="00AD0354">
        <w:rPr>
          <w:rFonts w:ascii="Calibri" w:hAnsi="Calibri" w:cs="Calibri"/>
          <w:lang w:val="nl-NL"/>
        </w:rPr>
        <w:t xml:space="preserve"> bijvoorbeeld een verwijzing naar het speciaal (basis) onderwijs.</w:t>
      </w:r>
      <w:r w:rsidRPr="7D9EC8CA">
        <w:rPr>
          <w:rFonts w:asciiTheme="majorHAnsi" w:hAnsiTheme="majorHAnsi" w:cstheme="majorBidi"/>
          <w:lang w:val="nl-NL"/>
        </w:rPr>
        <w:t xml:space="preserve">   </w:t>
      </w:r>
    </w:p>
    <w:p w14:paraId="441A9B52" w14:textId="77777777" w:rsidR="00505ED8" w:rsidRPr="00505ED8" w:rsidRDefault="00505ED8" w:rsidP="00B164D6">
      <w:pPr>
        <w:pStyle w:val="Kop3"/>
        <w:rPr>
          <w:lang w:val="nl-NL"/>
        </w:rPr>
      </w:pPr>
      <w:bookmarkStart w:id="70" w:name="_Toc201002785"/>
      <w:bookmarkStart w:id="71" w:name="_Toc207190197"/>
      <w:r w:rsidRPr="00B16615">
        <w:rPr>
          <w:lang w:val="nl-NL"/>
        </w:rPr>
        <w:t>Zindelijkheid</w:t>
      </w:r>
      <w:bookmarkEnd w:id="70"/>
      <w:bookmarkEnd w:id="71"/>
      <w:r w:rsidRPr="00B16615">
        <w:rPr>
          <w:lang w:val="nl-NL"/>
        </w:rPr>
        <w:t xml:space="preserve"> </w:t>
      </w:r>
      <w:r w:rsidRPr="00B16615">
        <w:rPr>
          <w:rFonts w:eastAsia="Times New Roman"/>
          <w:lang w:val="nl-NL"/>
        </w:rPr>
        <w:t xml:space="preserve"> </w:t>
      </w:r>
    </w:p>
    <w:p w14:paraId="4BC5812A" w14:textId="2F49278D" w:rsidR="00505ED8" w:rsidRPr="00505ED8" w:rsidRDefault="00505ED8" w:rsidP="185DDAC7">
      <w:pPr>
        <w:spacing w:after="23" w:line="267" w:lineRule="auto"/>
        <w:ind w:left="-5" w:hanging="10"/>
        <w:rPr>
          <w:rFonts w:asciiTheme="majorHAnsi" w:hAnsiTheme="majorHAnsi" w:cs="Calibri"/>
          <w:color w:val="BF8F00"/>
          <w:lang w:val="nl-NL"/>
        </w:rPr>
      </w:pPr>
      <w:r w:rsidRPr="185DDAC7">
        <w:rPr>
          <w:rFonts w:ascii="Calibri" w:hAnsi="Calibri" w:cs="Calibri"/>
          <w:lang w:val="nl-NL"/>
        </w:rPr>
        <w:t xml:space="preserve">De meeste kinderen die voor het eerst naar school gaan kunnen zichzelf aan- en uitkleden en kunnen zelfstandig eten en drinken. Wij verwachten dat de kinderen die bij ons op school </w:t>
      </w:r>
      <w:r w:rsidRPr="185DDAC7">
        <w:rPr>
          <w:rFonts w:ascii="Calibri" w:hAnsi="Calibri" w:cs="Calibri"/>
          <w:color w:val="000000" w:themeColor="text1"/>
          <w:lang w:val="nl-NL"/>
        </w:rPr>
        <w:t xml:space="preserve">komen </w:t>
      </w:r>
      <w:r w:rsidRPr="185DDAC7">
        <w:rPr>
          <w:rFonts w:asciiTheme="majorHAnsi" w:hAnsiTheme="majorHAnsi" w:cs="Calibri"/>
          <w:color w:val="000000" w:themeColor="text1"/>
          <w:lang w:val="nl-NL"/>
        </w:rPr>
        <w:t xml:space="preserve">zindelijk zijn en zelfstandig naar het toilet kunnen. Uiteraard kunnen ongelukjes gebeuren en hier houden wij natuurlijk </w:t>
      </w:r>
      <w:r w:rsidR="07758B6C" w:rsidRPr="185DDAC7">
        <w:rPr>
          <w:rFonts w:asciiTheme="majorHAnsi" w:hAnsiTheme="majorHAnsi" w:cs="Calibri"/>
          <w:color w:val="000000" w:themeColor="text1"/>
          <w:lang w:val="nl-NL"/>
        </w:rPr>
        <w:t>rekening</w:t>
      </w:r>
      <w:r w:rsidRPr="185DDAC7">
        <w:rPr>
          <w:rFonts w:asciiTheme="majorHAnsi" w:hAnsiTheme="majorHAnsi" w:cs="Calibri"/>
          <w:color w:val="000000" w:themeColor="text1"/>
          <w:lang w:val="nl-NL"/>
        </w:rPr>
        <w:t xml:space="preserve"> mee.</w:t>
      </w:r>
    </w:p>
    <w:p w14:paraId="5FE09184" w14:textId="31769BD3" w:rsidR="00F01621" w:rsidRDefault="00F01621" w:rsidP="00F01621">
      <w:pPr>
        <w:spacing w:after="23" w:line="267" w:lineRule="auto"/>
        <w:ind w:left="-5" w:hanging="10"/>
        <w:rPr>
          <w:rFonts w:asciiTheme="majorHAnsi" w:hAnsiTheme="majorHAnsi" w:cstheme="majorHAnsi"/>
          <w:color w:val="BF8F00"/>
          <w:lang w:val="nl-NL"/>
        </w:rPr>
      </w:pPr>
      <w:r w:rsidRPr="00AD0354">
        <w:rPr>
          <w:rFonts w:asciiTheme="majorHAnsi" w:hAnsiTheme="majorHAnsi" w:cstheme="majorHAnsi"/>
          <w:lang w:val="nl-NL"/>
        </w:rPr>
        <w:t xml:space="preserve"> </w:t>
      </w:r>
      <w:r w:rsidRPr="00EE771D">
        <w:rPr>
          <w:rFonts w:asciiTheme="majorHAnsi" w:hAnsiTheme="majorHAnsi" w:cstheme="majorHAnsi"/>
          <w:color w:val="BF8F00"/>
          <w:lang w:val="nl-NL"/>
        </w:rPr>
        <w:tab/>
      </w:r>
    </w:p>
    <w:p w14:paraId="7F135708" w14:textId="77777777" w:rsidR="00ED0CFB" w:rsidRDefault="00ED0CFB">
      <w:pPr>
        <w:rPr>
          <w:rFonts w:asciiTheme="majorHAnsi" w:eastAsiaTheme="majorEastAsia" w:hAnsiTheme="majorHAnsi" w:cstheme="majorBidi"/>
          <w:b/>
          <w:bCs/>
          <w:color w:val="365F91" w:themeColor="accent1" w:themeShade="BF"/>
          <w:sz w:val="28"/>
          <w:szCs w:val="28"/>
          <w:lang w:val="nl-NL"/>
        </w:rPr>
      </w:pPr>
      <w:bookmarkStart w:id="72" w:name="_Toc201002786"/>
      <w:r>
        <w:rPr>
          <w:lang w:val="nl-NL"/>
        </w:rPr>
        <w:br w:type="page"/>
      </w:r>
    </w:p>
    <w:p w14:paraId="6BA90DFE" w14:textId="791FC06D" w:rsidR="00F01621" w:rsidRPr="00F01621" w:rsidRDefault="00E31C31" w:rsidP="00E90166">
      <w:pPr>
        <w:pStyle w:val="Kop1"/>
        <w:rPr>
          <w:lang w:val="nl-NL"/>
        </w:rPr>
      </w:pPr>
      <w:bookmarkStart w:id="73" w:name="_Toc207190198"/>
      <w:r w:rsidRPr="00B16615">
        <w:rPr>
          <w:lang w:val="nl-NL"/>
        </w:rPr>
        <w:lastRenderedPageBreak/>
        <w:t>4</w:t>
      </w:r>
      <w:r w:rsidR="00E90166" w:rsidRPr="00B16615">
        <w:rPr>
          <w:lang w:val="nl-NL"/>
        </w:rPr>
        <w:t>. Ondersteuning en veiligheid</w:t>
      </w:r>
      <w:bookmarkEnd w:id="72"/>
      <w:bookmarkEnd w:id="73"/>
    </w:p>
    <w:p w14:paraId="3FE8D589" w14:textId="1DA5DE35" w:rsidR="00EE771D" w:rsidRPr="00071496" w:rsidRDefault="00E31C31" w:rsidP="00F01621">
      <w:pPr>
        <w:pStyle w:val="Kop2"/>
        <w:rPr>
          <w:lang w:val="nl-NL"/>
        </w:rPr>
      </w:pPr>
      <w:bookmarkStart w:id="74" w:name="_Toc201002787"/>
      <w:bookmarkStart w:id="75" w:name="_Toc207190199"/>
      <w:r w:rsidRPr="00B16615">
        <w:rPr>
          <w:lang w:val="nl-NL"/>
        </w:rPr>
        <w:t>4</w:t>
      </w:r>
      <w:r w:rsidR="00F01621" w:rsidRPr="00B16615">
        <w:rPr>
          <w:lang w:val="nl-NL"/>
        </w:rPr>
        <w:t>.1</w:t>
      </w:r>
      <w:r w:rsidR="00CB27FF" w:rsidRPr="00B16615">
        <w:rPr>
          <w:lang w:val="nl-NL"/>
        </w:rPr>
        <w:t xml:space="preserve"> </w:t>
      </w:r>
      <w:r w:rsidR="00EE771D" w:rsidRPr="00B16615">
        <w:rPr>
          <w:lang w:val="nl-NL"/>
        </w:rPr>
        <w:t>Sociaal-emotionele ontwikkeling</w:t>
      </w:r>
      <w:bookmarkEnd w:id="74"/>
      <w:bookmarkEnd w:id="75"/>
      <w:r w:rsidR="00EE771D" w:rsidRPr="00B16615">
        <w:rPr>
          <w:lang w:val="nl-NL"/>
        </w:rPr>
        <w:t xml:space="preserve"> </w:t>
      </w:r>
    </w:p>
    <w:p w14:paraId="6254CD8C" w14:textId="3700B0B0" w:rsidR="00EE771D" w:rsidRPr="00AD0354" w:rsidRDefault="00EE771D" w:rsidP="00EE771D">
      <w:pPr>
        <w:spacing w:after="3" w:line="248" w:lineRule="auto"/>
        <w:ind w:left="-5" w:right="6" w:hanging="10"/>
        <w:rPr>
          <w:rFonts w:ascii="Calibri" w:hAnsi="Calibri" w:cs="Calibri"/>
          <w:lang w:val="nl-NL"/>
        </w:rPr>
      </w:pPr>
      <w:r w:rsidRPr="00AD0354">
        <w:rPr>
          <w:rFonts w:ascii="Calibri" w:hAnsi="Calibri" w:cs="Calibri"/>
          <w:lang w:val="nl-NL"/>
        </w:rPr>
        <w:t xml:space="preserve">Kindcentrum Emmaschool maakt gebruik van verschillende programma’s voor het begeleiden en observeren van kinderen in hun sociaal-emotionele ontwikkeling, zoals de Gouden Weken, de Zilveren Weken en </w:t>
      </w:r>
      <w:r w:rsidR="34D42CFC" w:rsidRPr="7D9EC8CA">
        <w:rPr>
          <w:rFonts w:ascii="Calibri" w:hAnsi="Calibri" w:cs="Calibri"/>
          <w:lang w:val="nl-NL"/>
        </w:rPr>
        <w:t>K</w:t>
      </w:r>
      <w:r w:rsidR="1F13A32D" w:rsidRPr="7D9EC8CA">
        <w:rPr>
          <w:rFonts w:ascii="Calibri" w:hAnsi="Calibri" w:cs="Calibri"/>
          <w:lang w:val="nl-NL"/>
        </w:rPr>
        <w:t>anjertraining.</w:t>
      </w:r>
      <w:r w:rsidRPr="00AD0354">
        <w:rPr>
          <w:rFonts w:ascii="Calibri" w:hAnsi="Calibri" w:cs="Calibri"/>
          <w:lang w:val="nl-NL"/>
        </w:rPr>
        <w:t xml:space="preserve"> Over de Gouden Weken en de Zilveren Weken hieronder meer. De methode Kanjer wordt in alle groepen gebruikt voor het aanleren en bewust maken van het kind in zijn omgeving. Kanjertraining is een methodiek die naast methodische lessen een werkwijze bevat waarbij leerkrachten, pedagogisch medewerkers en kinderen dezelfde ‘taal’ spreken.  </w:t>
      </w:r>
    </w:p>
    <w:p w14:paraId="6A5E5976" w14:textId="77777777" w:rsidR="00EE771D" w:rsidRPr="00AD0354" w:rsidRDefault="00EE771D" w:rsidP="00EE771D">
      <w:pPr>
        <w:spacing w:after="0"/>
        <w:rPr>
          <w:rFonts w:ascii="Calibri" w:hAnsi="Calibri" w:cs="Calibri"/>
          <w:lang w:val="nl-NL"/>
        </w:rPr>
      </w:pPr>
      <w:r w:rsidRPr="00AD0354">
        <w:rPr>
          <w:rFonts w:ascii="Calibri" w:hAnsi="Calibri" w:cs="Calibri"/>
          <w:lang w:val="nl-NL"/>
        </w:rPr>
        <w:t xml:space="preserve"> </w:t>
      </w:r>
    </w:p>
    <w:p w14:paraId="409AE965" w14:textId="77777777" w:rsidR="00EE771D" w:rsidRPr="00AD0354" w:rsidRDefault="00EE771D" w:rsidP="00EE771D">
      <w:pPr>
        <w:spacing w:after="0"/>
        <w:ind w:right="517"/>
        <w:jc w:val="right"/>
        <w:rPr>
          <w:rFonts w:ascii="Calibri" w:hAnsi="Calibri" w:cs="Calibri"/>
          <w:lang w:val="nl-NL"/>
        </w:rPr>
      </w:pPr>
      <w:r w:rsidRPr="00AD0354">
        <w:rPr>
          <w:rFonts w:ascii="Calibri" w:hAnsi="Calibri" w:cs="Calibri"/>
          <w:noProof/>
        </w:rPr>
        <mc:AlternateContent>
          <mc:Choice Requires="wpg">
            <w:drawing>
              <wp:inline distT="0" distB="0" distL="0" distR="0" wp14:anchorId="0E6029C4" wp14:editId="1A2F0971">
                <wp:extent cx="5358385" cy="836676"/>
                <wp:effectExtent l="0" t="0" r="0" b="0"/>
                <wp:docPr id="50284" name="Group 50284"/>
                <wp:cNvGraphicFramePr/>
                <a:graphic xmlns:a="http://schemas.openxmlformats.org/drawingml/2006/main">
                  <a:graphicData uri="http://schemas.microsoft.com/office/word/2010/wordprocessingGroup">
                    <wpg:wgp>
                      <wpg:cNvGrpSpPr/>
                      <wpg:grpSpPr>
                        <a:xfrm>
                          <a:off x="0" y="0"/>
                          <a:ext cx="5358385" cy="836676"/>
                          <a:chOff x="0" y="0"/>
                          <a:chExt cx="5358385" cy="836676"/>
                        </a:xfrm>
                      </wpg:grpSpPr>
                      <pic:pic xmlns:pic="http://schemas.openxmlformats.org/drawingml/2006/picture">
                        <pic:nvPicPr>
                          <pic:cNvPr id="6898" name="Picture 6898"/>
                          <pic:cNvPicPr/>
                        </pic:nvPicPr>
                        <pic:blipFill>
                          <a:blip r:embed="rId19"/>
                          <a:stretch>
                            <a:fillRect/>
                          </a:stretch>
                        </pic:blipFill>
                        <pic:spPr>
                          <a:xfrm>
                            <a:off x="0" y="0"/>
                            <a:ext cx="5358385" cy="836676"/>
                          </a:xfrm>
                          <a:prstGeom prst="rect">
                            <a:avLst/>
                          </a:prstGeom>
                        </pic:spPr>
                      </pic:pic>
                      <pic:pic xmlns:pic="http://schemas.openxmlformats.org/drawingml/2006/picture">
                        <pic:nvPicPr>
                          <pic:cNvPr id="6900" name="Picture 6900"/>
                          <pic:cNvPicPr/>
                        </pic:nvPicPr>
                        <pic:blipFill>
                          <a:blip r:embed="rId20"/>
                          <a:stretch>
                            <a:fillRect/>
                          </a:stretch>
                        </pic:blipFill>
                        <pic:spPr>
                          <a:xfrm>
                            <a:off x="52578" y="15113"/>
                            <a:ext cx="5256784" cy="734695"/>
                          </a:xfrm>
                          <a:prstGeom prst="rect">
                            <a:avLst/>
                          </a:prstGeom>
                        </pic:spPr>
                      </pic:pic>
                    </wpg:wgp>
                  </a:graphicData>
                </a:graphic>
              </wp:inline>
            </w:drawing>
          </mc:Choice>
          <mc:Fallback xmlns:arto="http://schemas.microsoft.com/office/word/2006/arto" xmlns:a14="http://schemas.microsoft.com/office/drawing/2010/main" xmlns:a16="http://schemas.microsoft.com/office/drawing/2014/main" xmlns:pic="http://schemas.openxmlformats.org/drawingml/2006/picture" xmlns:a="http://schemas.openxmlformats.org/drawingml/2006/main">
            <w:pict w14:anchorId="44923D70">
              <v:group id="Group 50284" style="width:421.9pt;height:65.9pt;mso-position-horizontal-relative:char;mso-position-vertical-relative:line" coordsize="53583,8366" o:spid="_x0000_s1026" w14:anchorId="6F13CA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">
                <v:shape id="Picture 6898" style="position:absolute;width:53583;height:83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">
                  <v:imagedata o:title="" r:id="rId21"/>
                </v:shape>
                <v:shape id="Picture 6900" style="position:absolute;left:525;top:151;width:52568;height:73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">
                  <v:imagedata o:title="" r:id="rId22"/>
                </v:shape>
                <w10:anchorlock/>
              </v:group>
            </w:pict>
          </mc:Fallback>
        </mc:AlternateContent>
      </w:r>
      <w:r w:rsidRPr="00AD0354">
        <w:rPr>
          <w:rFonts w:ascii="Calibri" w:hAnsi="Calibri" w:cs="Calibri"/>
          <w:lang w:val="nl-NL"/>
        </w:rPr>
        <w:t xml:space="preserve"> </w:t>
      </w:r>
    </w:p>
    <w:p w14:paraId="11F8A641" w14:textId="77777777" w:rsidR="00EE771D" w:rsidRPr="00AD0354" w:rsidRDefault="00EE771D" w:rsidP="00EE771D">
      <w:pPr>
        <w:spacing w:after="0"/>
        <w:rPr>
          <w:rFonts w:ascii="Calibri" w:hAnsi="Calibri" w:cs="Calibri"/>
          <w:lang w:val="nl-NL"/>
        </w:rPr>
      </w:pPr>
      <w:r w:rsidRPr="00AD0354">
        <w:rPr>
          <w:rFonts w:ascii="Calibri" w:hAnsi="Calibri" w:cs="Calibri"/>
          <w:lang w:val="nl-NL"/>
        </w:rPr>
        <w:t xml:space="preserve"> </w:t>
      </w:r>
    </w:p>
    <w:p w14:paraId="5118D7C4" w14:textId="080EFB46" w:rsidR="00EE771D" w:rsidRPr="0078798F" w:rsidRDefault="00EE771D" w:rsidP="0078798F">
      <w:pPr>
        <w:spacing w:after="3" w:line="248" w:lineRule="auto"/>
        <w:ind w:left="-5" w:right="265" w:hanging="10"/>
        <w:rPr>
          <w:rFonts w:ascii="Calibri" w:hAnsi="Calibri" w:cs="Calibri"/>
          <w:lang w:val="nl-NL"/>
        </w:rPr>
      </w:pPr>
      <w:r w:rsidRPr="00AD0354">
        <w:rPr>
          <w:rFonts w:ascii="Calibri" w:hAnsi="Calibri" w:cs="Calibri"/>
          <w:lang w:val="nl-NL"/>
        </w:rPr>
        <w:t xml:space="preserve">Het doel is het stimuleren van sociaal vaardig gedrag en het voorkomen of verminderen van sociale problemen zoals: pesten, conflicten, uitsluiting en sociaal teruggetrokken gedrag. De leerkrachten volgen een speciale cursus om met Kanjertraining te kunnen werken. In samenwerking met de kinderen, ouders en het team </w:t>
      </w:r>
      <w:r w:rsidR="17A756DC" w:rsidRPr="7D9EC8CA">
        <w:rPr>
          <w:rFonts w:ascii="Calibri" w:hAnsi="Calibri" w:cs="Calibri"/>
          <w:lang w:val="nl-NL"/>
        </w:rPr>
        <w:t>is</w:t>
      </w:r>
      <w:r w:rsidR="1F13A32D" w:rsidRPr="7D9EC8CA">
        <w:rPr>
          <w:rFonts w:ascii="Calibri" w:hAnsi="Calibri" w:cs="Calibri"/>
          <w:lang w:val="nl-NL"/>
        </w:rPr>
        <w:t xml:space="preserve"> </w:t>
      </w:r>
      <w:r w:rsidR="1F36A069" w:rsidRPr="7D9EC8CA">
        <w:rPr>
          <w:rFonts w:ascii="Calibri" w:hAnsi="Calibri" w:cs="Calibri"/>
          <w:lang w:val="nl-NL"/>
        </w:rPr>
        <w:t>een</w:t>
      </w:r>
      <w:r w:rsidRPr="00AD0354">
        <w:rPr>
          <w:rFonts w:ascii="Calibri" w:hAnsi="Calibri" w:cs="Calibri"/>
          <w:lang w:val="nl-NL"/>
        </w:rPr>
        <w:t xml:space="preserve"> Kanjerprotocol opgesteld. Deze is te downloaden op de website. Het Kanjerprotocol is tevens ons Pestprotocol.  </w:t>
      </w:r>
    </w:p>
    <w:p w14:paraId="411A6008" w14:textId="77777777" w:rsidR="00EE771D" w:rsidRPr="00E02274" w:rsidRDefault="00EE771D" w:rsidP="00CB27FF">
      <w:pPr>
        <w:pStyle w:val="Kop3"/>
        <w:rPr>
          <w:lang w:val="nl-NL"/>
        </w:rPr>
      </w:pPr>
      <w:bookmarkStart w:id="76" w:name="_Toc201002788"/>
      <w:bookmarkStart w:id="77" w:name="_Toc207190200"/>
      <w:proofErr w:type="spellStart"/>
      <w:r w:rsidRPr="00B16615">
        <w:rPr>
          <w:lang w:val="nl-NL"/>
        </w:rPr>
        <w:t>Kanvas</w:t>
      </w:r>
      <w:bookmarkEnd w:id="76"/>
      <w:bookmarkEnd w:id="77"/>
      <w:proofErr w:type="spellEnd"/>
      <w:r w:rsidRPr="00B16615">
        <w:rPr>
          <w:lang w:val="nl-NL"/>
        </w:rPr>
        <w:t xml:space="preserve"> </w:t>
      </w:r>
    </w:p>
    <w:p w14:paraId="2BE2E6FA" w14:textId="77777777" w:rsidR="00EE771D" w:rsidRPr="00AD0354" w:rsidRDefault="00EE771D" w:rsidP="00EE771D">
      <w:pPr>
        <w:spacing w:after="5" w:line="249" w:lineRule="auto"/>
        <w:ind w:left="-5" w:hanging="10"/>
        <w:rPr>
          <w:rFonts w:ascii="Calibri" w:hAnsi="Calibri" w:cs="Calibri"/>
          <w:lang w:val="nl-NL"/>
        </w:rPr>
      </w:pPr>
      <w:r w:rsidRPr="00AD0354">
        <w:rPr>
          <w:rFonts w:ascii="Calibri" w:hAnsi="Calibri" w:cs="Calibri"/>
          <w:lang w:val="nl-NL"/>
        </w:rPr>
        <w:t xml:space="preserve">Door het invullen van het instrument </w:t>
      </w:r>
      <w:proofErr w:type="spellStart"/>
      <w:r w:rsidRPr="00AD0354">
        <w:rPr>
          <w:rFonts w:ascii="Calibri" w:hAnsi="Calibri" w:cs="Calibri"/>
          <w:lang w:val="nl-NL"/>
        </w:rPr>
        <w:t>Kanvas</w:t>
      </w:r>
      <w:proofErr w:type="spellEnd"/>
      <w:r w:rsidRPr="00AD0354">
        <w:rPr>
          <w:rFonts w:ascii="Calibri" w:hAnsi="Calibri" w:cs="Calibri"/>
          <w:lang w:val="nl-NL"/>
        </w:rPr>
        <w:t xml:space="preserve">, een </w:t>
      </w:r>
      <w:proofErr w:type="spellStart"/>
      <w:r w:rsidRPr="00AD0354">
        <w:rPr>
          <w:rFonts w:ascii="Calibri" w:hAnsi="Calibri" w:cs="Calibri"/>
          <w:lang w:val="nl-NL"/>
        </w:rPr>
        <w:t>kindvolgsysteem</w:t>
      </w:r>
      <w:proofErr w:type="spellEnd"/>
      <w:r w:rsidRPr="00AD0354">
        <w:rPr>
          <w:rFonts w:ascii="Calibri" w:hAnsi="Calibri" w:cs="Calibri"/>
          <w:lang w:val="nl-NL"/>
        </w:rPr>
        <w:t xml:space="preserve"> van de Kanjertraining, wordt twee keer per jaar geïnventariseerd hoe de leerkrachten de kinderen binnen de onderwijsomgeving ervaren. De resultaten worden gebruikt om het programma voor sociaal emotionele vorming bij te stellen of te intensiveren en om een veilig schoolklimaat voor de kinderen te realiseren. Indien nodig worden ouders betrokken bij de uitkomsten van </w:t>
      </w:r>
      <w:proofErr w:type="spellStart"/>
      <w:r w:rsidRPr="00AD0354">
        <w:rPr>
          <w:rFonts w:ascii="Calibri" w:hAnsi="Calibri" w:cs="Calibri"/>
          <w:lang w:val="nl-NL"/>
        </w:rPr>
        <w:t>Kanvas</w:t>
      </w:r>
      <w:proofErr w:type="spellEnd"/>
      <w:r w:rsidRPr="00AD0354">
        <w:rPr>
          <w:rFonts w:ascii="Calibri" w:hAnsi="Calibri" w:cs="Calibri"/>
          <w:lang w:val="nl-NL"/>
        </w:rPr>
        <w:t xml:space="preserve">. </w:t>
      </w:r>
    </w:p>
    <w:p w14:paraId="3AC3D704" w14:textId="77777777" w:rsidR="00EE771D" w:rsidRPr="00AD0354" w:rsidRDefault="00EE771D" w:rsidP="00EE771D">
      <w:pPr>
        <w:spacing w:after="0"/>
        <w:rPr>
          <w:rFonts w:ascii="Calibri" w:hAnsi="Calibri" w:cs="Calibri"/>
          <w:lang w:val="nl-NL"/>
        </w:rPr>
      </w:pPr>
      <w:r w:rsidRPr="00AD0354">
        <w:rPr>
          <w:rFonts w:ascii="Calibri" w:hAnsi="Calibri" w:cs="Calibri"/>
          <w:lang w:val="nl-NL"/>
        </w:rPr>
        <w:t xml:space="preserve"> </w:t>
      </w:r>
    </w:p>
    <w:p w14:paraId="1209F3B9" w14:textId="02EDD425" w:rsidR="00EE771D" w:rsidRDefault="00EE771D" w:rsidP="0078798F">
      <w:pPr>
        <w:spacing w:after="3" w:line="248" w:lineRule="auto"/>
        <w:ind w:left="-5" w:right="6" w:hanging="10"/>
        <w:rPr>
          <w:rFonts w:ascii="Calibri" w:hAnsi="Calibri" w:cs="Calibri"/>
          <w:lang w:val="nl-NL"/>
        </w:rPr>
      </w:pPr>
      <w:r w:rsidRPr="185DDAC7">
        <w:rPr>
          <w:rFonts w:ascii="Calibri" w:hAnsi="Calibri" w:cs="Calibri"/>
          <w:lang w:val="nl-NL"/>
        </w:rPr>
        <w:t xml:space="preserve">De invullijst van </w:t>
      </w:r>
      <w:proofErr w:type="spellStart"/>
      <w:r w:rsidRPr="185DDAC7">
        <w:rPr>
          <w:rFonts w:ascii="Calibri" w:hAnsi="Calibri" w:cs="Calibri"/>
          <w:lang w:val="nl-NL"/>
        </w:rPr>
        <w:t>Kanvas</w:t>
      </w:r>
      <w:proofErr w:type="spellEnd"/>
      <w:r w:rsidRPr="185DDAC7">
        <w:rPr>
          <w:rFonts w:ascii="Calibri" w:hAnsi="Calibri" w:cs="Calibri"/>
          <w:lang w:val="nl-NL"/>
        </w:rPr>
        <w:t xml:space="preserve"> voor kinderen is een aanvullende module voor de groepen 6 t/m 8. De lijst is ontwikkeld, omdat het van belang is te weten hoe kinderen zelf denken over hun sociale competentie. Zo kan het oordeel van de leerkracht, gemeten met </w:t>
      </w:r>
      <w:proofErr w:type="spellStart"/>
      <w:r w:rsidRPr="185DDAC7">
        <w:rPr>
          <w:rFonts w:ascii="Calibri" w:hAnsi="Calibri" w:cs="Calibri"/>
          <w:lang w:val="nl-NL"/>
        </w:rPr>
        <w:t>Kanvas</w:t>
      </w:r>
      <w:proofErr w:type="spellEnd"/>
      <w:r w:rsidRPr="185DDAC7">
        <w:rPr>
          <w:rFonts w:ascii="Calibri" w:hAnsi="Calibri" w:cs="Calibri"/>
          <w:lang w:val="nl-NL"/>
        </w:rPr>
        <w:t xml:space="preserve">, vergeleken worden met de resultaten van het kind. De lijsten worden </w:t>
      </w:r>
      <w:r w:rsidR="005E33F7">
        <w:rPr>
          <w:rFonts w:ascii="Calibri" w:hAnsi="Calibri" w:cs="Calibri"/>
          <w:lang w:val="nl-NL"/>
        </w:rPr>
        <w:t>twee</w:t>
      </w:r>
      <w:r w:rsidRPr="185DDAC7">
        <w:rPr>
          <w:rFonts w:ascii="Calibri" w:hAnsi="Calibri" w:cs="Calibri"/>
          <w:lang w:val="nl-NL"/>
        </w:rPr>
        <w:t xml:space="preserve"> keer per jaar ingevuld door de leerkrachten en door het kind zelf. Vervolgens worden de resultaten besproken met de </w:t>
      </w:r>
      <w:r w:rsidR="002C7238">
        <w:rPr>
          <w:rFonts w:ascii="Calibri" w:hAnsi="Calibri" w:cs="Calibri"/>
          <w:lang w:val="nl-NL"/>
        </w:rPr>
        <w:t>k</w:t>
      </w:r>
      <w:r w:rsidR="5863B338" w:rsidRPr="185DDAC7">
        <w:rPr>
          <w:rFonts w:ascii="Calibri" w:hAnsi="Calibri" w:cs="Calibri"/>
          <w:lang w:val="nl-NL"/>
        </w:rPr>
        <w:t>waliteitscoördinator</w:t>
      </w:r>
      <w:r w:rsidRPr="185DDAC7">
        <w:rPr>
          <w:rFonts w:ascii="Calibri" w:hAnsi="Calibri" w:cs="Calibri"/>
          <w:lang w:val="nl-NL"/>
        </w:rPr>
        <w:t xml:space="preserve"> die aan de betreffende groep is gekoppeld.  </w:t>
      </w:r>
    </w:p>
    <w:p w14:paraId="5FE8F702" w14:textId="77777777" w:rsidR="00BA1C11" w:rsidRPr="0078798F" w:rsidRDefault="00BA1C11" w:rsidP="0078798F">
      <w:pPr>
        <w:spacing w:after="3" w:line="248" w:lineRule="auto"/>
        <w:ind w:left="-5" w:right="6" w:hanging="10"/>
        <w:rPr>
          <w:rFonts w:ascii="Calibri" w:hAnsi="Calibri" w:cs="Calibri"/>
          <w:lang w:val="nl-NL"/>
        </w:rPr>
      </w:pPr>
    </w:p>
    <w:p w14:paraId="22D7A839" w14:textId="77777777" w:rsidR="00EE771D" w:rsidRPr="00E02274" w:rsidRDefault="00EE771D" w:rsidP="00CB27FF">
      <w:pPr>
        <w:pStyle w:val="Kop3"/>
        <w:rPr>
          <w:lang w:val="nl-NL"/>
        </w:rPr>
      </w:pPr>
      <w:bookmarkStart w:id="78" w:name="_Toc201002789"/>
      <w:bookmarkStart w:id="79" w:name="_Toc207190201"/>
      <w:r w:rsidRPr="00B16615">
        <w:rPr>
          <w:lang w:val="nl-NL"/>
        </w:rPr>
        <w:t>Gouden Weken</w:t>
      </w:r>
      <w:bookmarkEnd w:id="78"/>
      <w:bookmarkEnd w:id="79"/>
      <w:r w:rsidRPr="00B16615">
        <w:rPr>
          <w:lang w:val="nl-NL"/>
        </w:rPr>
        <w:t xml:space="preserve"> </w:t>
      </w:r>
    </w:p>
    <w:p w14:paraId="03548B02" w14:textId="2D562BF0" w:rsidR="00EE771D" w:rsidRDefault="00EE771D" w:rsidP="0078798F">
      <w:pPr>
        <w:spacing w:after="3" w:line="248" w:lineRule="auto"/>
        <w:ind w:left="-5" w:right="6" w:hanging="10"/>
        <w:rPr>
          <w:rFonts w:ascii="Calibri" w:hAnsi="Calibri" w:cs="Calibri"/>
          <w:lang w:val="nl-NL"/>
        </w:rPr>
      </w:pPr>
      <w:r w:rsidRPr="00AD0354">
        <w:rPr>
          <w:rFonts w:ascii="Calibri" w:hAnsi="Calibri" w:cs="Calibri"/>
          <w:lang w:val="nl-NL"/>
        </w:rPr>
        <w:t xml:space="preserve">De eerste weken van het schooljaar zijn bepalend voor het creëren van een fijne sfeer in de groep. Leerlingen verkennen elkaar, de leraar en de regels. In deze periode worden de normen en waarden van een groep bepaald. De leerkracht speelt in deze fase een belangrijke rol. Hoe maak je nu samen met kinderen een goede start van het schooljaar? En hoe stimuleer je een positieve groepsvorming waar je een jaar lang plezier van hebt? Deze eerste weken aan het begin van het schooljaar worden de Gouden Weken genoemd. Wij zetten in deze weken het </w:t>
      </w:r>
      <w:r w:rsidRPr="00AD0354">
        <w:rPr>
          <w:rFonts w:ascii="Calibri" w:hAnsi="Calibri" w:cs="Calibri"/>
          <w:lang w:val="nl-NL"/>
        </w:rPr>
        <w:lastRenderedPageBreak/>
        <w:t xml:space="preserve">fundament neer voor een goede groepsvorming en fijne sfeer. Leerlingen leren elkaar kennen, leren de leraar kennen en maken gezamenlijke groepsafspraken.  </w:t>
      </w:r>
    </w:p>
    <w:p w14:paraId="6E0E94A9" w14:textId="77777777" w:rsidR="00612D71" w:rsidRPr="0078798F" w:rsidRDefault="00612D71" w:rsidP="0078798F">
      <w:pPr>
        <w:spacing w:after="3" w:line="248" w:lineRule="auto"/>
        <w:ind w:left="-5" w:right="6" w:hanging="10"/>
        <w:rPr>
          <w:rFonts w:ascii="Calibri" w:hAnsi="Calibri" w:cs="Calibri"/>
          <w:lang w:val="nl-NL"/>
        </w:rPr>
      </w:pPr>
    </w:p>
    <w:p w14:paraId="5D6586FE" w14:textId="77777777" w:rsidR="00EE771D" w:rsidRPr="00E02274" w:rsidRDefault="00EE771D" w:rsidP="00CB27FF">
      <w:pPr>
        <w:pStyle w:val="Kop3"/>
        <w:rPr>
          <w:lang w:val="nl-NL"/>
        </w:rPr>
      </w:pPr>
      <w:bookmarkStart w:id="80" w:name="_Toc201002790"/>
      <w:bookmarkStart w:id="81" w:name="_Toc207190202"/>
      <w:r w:rsidRPr="00B16615">
        <w:rPr>
          <w:lang w:val="nl-NL"/>
        </w:rPr>
        <w:t>Zilveren Weken</w:t>
      </w:r>
      <w:bookmarkEnd w:id="80"/>
      <w:bookmarkEnd w:id="81"/>
      <w:r w:rsidRPr="00B16615">
        <w:rPr>
          <w:lang w:val="nl-NL"/>
        </w:rPr>
        <w:t xml:space="preserve"> </w:t>
      </w:r>
    </w:p>
    <w:p w14:paraId="148524F4" w14:textId="06CC76CE" w:rsidR="00EE771D" w:rsidRDefault="00EE771D" w:rsidP="003B680B">
      <w:pPr>
        <w:spacing w:after="5" w:line="249" w:lineRule="auto"/>
        <w:ind w:left="-5" w:hanging="10"/>
        <w:rPr>
          <w:rFonts w:asciiTheme="majorHAnsi" w:hAnsiTheme="majorHAnsi" w:cstheme="majorHAnsi"/>
          <w:color w:val="BF8F00"/>
          <w:lang w:val="nl-NL"/>
        </w:rPr>
      </w:pPr>
      <w:r w:rsidRPr="00AD0354">
        <w:rPr>
          <w:rFonts w:ascii="Calibri" w:hAnsi="Calibri" w:cs="Calibri"/>
          <w:lang w:val="nl-NL"/>
        </w:rPr>
        <w:t xml:space="preserve">Na elke vakantie doorloopt een groep bepaalde fasen in het proces van groepsvorming. De periode na de kerstvakantie </w:t>
      </w:r>
      <w:r w:rsidR="00DA32F7">
        <w:rPr>
          <w:rFonts w:ascii="Calibri" w:hAnsi="Calibri" w:cs="Calibri"/>
          <w:lang w:val="nl-NL"/>
        </w:rPr>
        <w:t>worden</w:t>
      </w:r>
      <w:r w:rsidRPr="00AD0354">
        <w:rPr>
          <w:rFonts w:ascii="Calibri" w:hAnsi="Calibri" w:cs="Calibri"/>
          <w:lang w:val="nl-NL"/>
        </w:rPr>
        <w:t xml:space="preserve"> de Zilveren Weken</w:t>
      </w:r>
      <w:r w:rsidR="00DA32F7">
        <w:rPr>
          <w:rFonts w:ascii="Calibri" w:hAnsi="Calibri" w:cs="Calibri"/>
          <w:lang w:val="nl-NL"/>
        </w:rPr>
        <w:t xml:space="preserve"> genoemd</w:t>
      </w:r>
      <w:r w:rsidRPr="00AD0354">
        <w:rPr>
          <w:rFonts w:ascii="Calibri" w:hAnsi="Calibri" w:cs="Calibri"/>
          <w:lang w:val="nl-NL"/>
        </w:rPr>
        <w:t>. De Zilveren Weken zijn bij uitstek geschikt om met elkaar stil te staan bij de sfeer en dynamiek in de groep. Met name de fase van "</w:t>
      </w:r>
      <w:proofErr w:type="spellStart"/>
      <w:r w:rsidRPr="00AD0354">
        <w:rPr>
          <w:rFonts w:ascii="Calibri" w:hAnsi="Calibri" w:cs="Calibri"/>
          <w:lang w:val="nl-NL"/>
        </w:rPr>
        <w:t>storming</w:t>
      </w:r>
      <w:proofErr w:type="spellEnd"/>
      <w:r w:rsidRPr="00AD0354">
        <w:rPr>
          <w:rFonts w:ascii="Calibri" w:hAnsi="Calibri" w:cs="Calibri"/>
          <w:lang w:val="nl-NL"/>
        </w:rPr>
        <w:t>” kan in deze periode weer zorgen voor onrust in de groep. Hoewel groepsvorming een continu proces is, bieden de Zilveren Weken een mooie kans om deze storm te benutten. We blikken met elkaar terug en wij kijken vooruit. Zo bepalen wij samen met de groep opnieuw de norm en werken wij blijvend samen aan een fijne en veilige groep</w:t>
      </w:r>
      <w:r w:rsidRPr="00EE771D">
        <w:rPr>
          <w:rFonts w:asciiTheme="majorHAnsi" w:hAnsiTheme="majorHAnsi" w:cstheme="majorHAnsi"/>
          <w:lang w:val="nl-NL"/>
        </w:rPr>
        <w:t>.</w:t>
      </w:r>
      <w:r w:rsidRPr="00EE771D">
        <w:rPr>
          <w:rFonts w:asciiTheme="majorHAnsi" w:hAnsiTheme="majorHAnsi" w:cstheme="majorHAnsi"/>
          <w:color w:val="404040"/>
          <w:lang w:val="nl-NL"/>
        </w:rPr>
        <w:t xml:space="preserve"> </w:t>
      </w:r>
      <w:r w:rsidRPr="00EE771D">
        <w:rPr>
          <w:rFonts w:asciiTheme="majorHAnsi" w:hAnsiTheme="majorHAnsi" w:cstheme="majorHAnsi"/>
          <w:lang w:val="nl-NL"/>
        </w:rPr>
        <w:tab/>
      </w:r>
      <w:r w:rsidRPr="00EE771D">
        <w:rPr>
          <w:rFonts w:asciiTheme="majorHAnsi" w:hAnsiTheme="majorHAnsi" w:cstheme="majorHAnsi"/>
          <w:color w:val="BF8F00"/>
          <w:lang w:val="nl-NL"/>
        </w:rPr>
        <w:t xml:space="preserve"> </w:t>
      </w:r>
    </w:p>
    <w:p w14:paraId="01567D24" w14:textId="77777777" w:rsidR="00F01621" w:rsidRDefault="00F01621" w:rsidP="003B680B">
      <w:pPr>
        <w:spacing w:after="5" w:line="249" w:lineRule="auto"/>
        <w:ind w:left="-5" w:hanging="10"/>
        <w:rPr>
          <w:rFonts w:asciiTheme="majorHAnsi" w:hAnsiTheme="majorHAnsi" w:cstheme="majorHAnsi"/>
          <w:lang w:val="nl-NL"/>
        </w:rPr>
      </w:pPr>
    </w:p>
    <w:p w14:paraId="4B30383E" w14:textId="3728BAE4" w:rsidR="00F01621" w:rsidRPr="00071496" w:rsidRDefault="00E31C31" w:rsidP="00F01621">
      <w:pPr>
        <w:pStyle w:val="Kop2"/>
        <w:rPr>
          <w:lang w:val="nl-NL"/>
        </w:rPr>
      </w:pPr>
      <w:bookmarkStart w:id="82" w:name="_Toc201002791"/>
      <w:bookmarkStart w:id="83" w:name="_Toc207190203"/>
      <w:r w:rsidRPr="00B16615">
        <w:rPr>
          <w:lang w:val="nl-NL"/>
        </w:rPr>
        <w:t>4</w:t>
      </w:r>
      <w:r w:rsidR="00F01621" w:rsidRPr="00B16615">
        <w:rPr>
          <w:lang w:val="nl-NL"/>
        </w:rPr>
        <w:t>.2 Passend onderwijs</w:t>
      </w:r>
      <w:bookmarkEnd w:id="82"/>
      <w:bookmarkEnd w:id="83"/>
      <w:r w:rsidR="00F01621" w:rsidRPr="00B16615">
        <w:rPr>
          <w:lang w:val="nl-NL"/>
        </w:rPr>
        <w:t xml:space="preserve">                                                                                                  </w:t>
      </w:r>
    </w:p>
    <w:p w14:paraId="13EA91DF" w14:textId="4596ADC8" w:rsidR="00F01621" w:rsidRPr="00AD0354" w:rsidRDefault="00F01621" w:rsidP="00F01621">
      <w:pPr>
        <w:spacing w:after="167" w:line="249" w:lineRule="auto"/>
        <w:ind w:left="-5" w:hanging="10"/>
        <w:rPr>
          <w:rFonts w:ascii="Calibri" w:hAnsi="Calibri" w:cs="Calibri"/>
          <w:lang w:val="nl-NL"/>
        </w:rPr>
      </w:pPr>
      <w:r w:rsidRPr="00AD0354">
        <w:rPr>
          <w:rFonts w:ascii="Calibri" w:hAnsi="Calibri" w:cs="Calibri"/>
          <w:lang w:val="nl-NL"/>
        </w:rPr>
        <w:t xml:space="preserve">Voor de ondersteuningsbehoefte van kinderen werken we samen aan passend onderwijs. Wij zijn voor het primair onderwijs aangesloten bij het samenwerkingsverband passend onderwijs 22-01. Binnen ons kindcentrum werken wij met een schoolzorgteam (SZT), bestaande uit onze </w:t>
      </w:r>
      <w:r w:rsidR="23601AC4" w:rsidRPr="7D9EC8CA">
        <w:rPr>
          <w:rFonts w:ascii="Calibri" w:hAnsi="Calibri" w:cs="Calibri"/>
          <w:lang w:val="nl-NL"/>
        </w:rPr>
        <w:t>kwaliteitscoördinator</w:t>
      </w:r>
      <w:r w:rsidR="3BE12C02" w:rsidRPr="7D9EC8CA">
        <w:rPr>
          <w:rFonts w:ascii="Calibri" w:hAnsi="Calibri" w:cs="Calibri"/>
          <w:lang w:val="nl-NL"/>
        </w:rPr>
        <w:t>en</w:t>
      </w:r>
      <w:r w:rsidRPr="00AD0354">
        <w:rPr>
          <w:rFonts w:ascii="Calibri" w:hAnsi="Calibri" w:cs="Calibri"/>
          <w:lang w:val="nl-NL"/>
        </w:rPr>
        <w:t xml:space="preserve"> en de directie van de school. Ook kan een jeugdmaatschappelijk werker, jeugdarts of verpleegkundige worden geraadpleegd. Samen met hen vormen ze het </w:t>
      </w:r>
      <w:proofErr w:type="spellStart"/>
      <w:r w:rsidRPr="00AD0354">
        <w:rPr>
          <w:rFonts w:ascii="Calibri" w:hAnsi="Calibri" w:cs="Calibri"/>
          <w:lang w:val="nl-NL"/>
        </w:rPr>
        <w:t>zorgadviesteam</w:t>
      </w:r>
      <w:proofErr w:type="spellEnd"/>
      <w:r w:rsidRPr="00AD0354">
        <w:rPr>
          <w:rFonts w:ascii="Calibri" w:hAnsi="Calibri" w:cs="Calibri"/>
          <w:lang w:val="nl-NL"/>
        </w:rPr>
        <w:t xml:space="preserve"> (ZAT). Daarnaast werken wij samen met Vroeg Erbij (kinderdagopvang), Vroeg Erbij Blijven (BSO) en </w:t>
      </w:r>
      <w:proofErr w:type="spellStart"/>
      <w:r w:rsidRPr="00AD0354">
        <w:rPr>
          <w:rFonts w:ascii="Calibri" w:hAnsi="Calibri" w:cs="Calibri"/>
          <w:lang w:val="nl-NL"/>
        </w:rPr>
        <w:t>Yoop</w:t>
      </w:r>
      <w:proofErr w:type="spellEnd"/>
      <w:r w:rsidRPr="00AD0354">
        <w:rPr>
          <w:rFonts w:ascii="Calibri" w:hAnsi="Calibri" w:cs="Calibri"/>
          <w:lang w:val="nl-NL"/>
        </w:rPr>
        <w:t xml:space="preserve"> van </w:t>
      </w:r>
      <w:proofErr w:type="spellStart"/>
      <w:r w:rsidRPr="00AD0354">
        <w:rPr>
          <w:rFonts w:ascii="Calibri" w:hAnsi="Calibri" w:cs="Calibri"/>
          <w:lang w:val="nl-NL"/>
        </w:rPr>
        <w:t>Yorneo</w:t>
      </w:r>
      <w:proofErr w:type="spellEnd"/>
      <w:r w:rsidRPr="00AD0354">
        <w:rPr>
          <w:rFonts w:ascii="Calibri" w:hAnsi="Calibri" w:cs="Calibri"/>
          <w:lang w:val="nl-NL"/>
        </w:rPr>
        <w:t xml:space="preserve">. Als de afgesproken begeleiding onvoldoende resultaat oplevert, dan kan het schoolzorgteam hulp vragen bij het expertiseteam van Plateau.  </w:t>
      </w:r>
    </w:p>
    <w:p w14:paraId="1715BB7E" w14:textId="74A4A486" w:rsidR="00EE771D" w:rsidRPr="00AD0354" w:rsidRDefault="00F01621" w:rsidP="00FC4FEE">
      <w:pPr>
        <w:spacing w:after="5" w:line="249" w:lineRule="auto"/>
        <w:ind w:left="-5" w:hanging="10"/>
        <w:rPr>
          <w:rFonts w:ascii="Calibri" w:hAnsi="Calibri" w:cs="Calibri"/>
          <w:lang w:val="nl-NL"/>
        </w:rPr>
      </w:pPr>
      <w:r w:rsidRPr="00AD0354">
        <w:rPr>
          <w:rFonts w:ascii="Calibri" w:hAnsi="Calibri" w:cs="Calibri"/>
          <w:lang w:val="nl-NL"/>
        </w:rPr>
        <w:t xml:space="preserve">In ons </w:t>
      </w:r>
      <w:r w:rsidR="00BD3DB1">
        <w:rPr>
          <w:rFonts w:ascii="Calibri" w:hAnsi="Calibri" w:cs="Calibri"/>
          <w:lang w:val="nl-NL"/>
        </w:rPr>
        <w:t>s</w:t>
      </w:r>
      <w:r w:rsidRPr="00AD0354">
        <w:rPr>
          <w:rFonts w:ascii="Calibri" w:hAnsi="Calibri" w:cs="Calibri"/>
          <w:lang w:val="nl-NL"/>
        </w:rPr>
        <w:t>chool</w:t>
      </w:r>
      <w:r w:rsidR="00BD3DB1">
        <w:rPr>
          <w:rFonts w:ascii="Calibri" w:hAnsi="Calibri" w:cs="Calibri"/>
          <w:lang w:val="nl-NL"/>
        </w:rPr>
        <w:t xml:space="preserve"> </w:t>
      </w:r>
      <w:r w:rsidRPr="00AD0354">
        <w:rPr>
          <w:rFonts w:ascii="Calibri" w:hAnsi="Calibri" w:cs="Calibri"/>
          <w:lang w:val="nl-NL"/>
        </w:rPr>
        <w:t xml:space="preserve">ondersteuningsprofiel (SOP) staat omschreven wat wij kunnen betekenen voor onze leerlingen. </w:t>
      </w:r>
      <w:r w:rsidR="2467BD67" w:rsidRPr="3296F1BC">
        <w:rPr>
          <w:rFonts w:ascii="Calibri" w:hAnsi="Calibri" w:cs="Calibri"/>
          <w:lang w:val="nl-NL"/>
        </w:rPr>
        <w:t>De SOP wordt een bijlage van de schoolgids.</w:t>
      </w:r>
    </w:p>
    <w:p w14:paraId="01EAF1DA" w14:textId="77777777" w:rsidR="00ED0CFB" w:rsidRDefault="00ED0CFB">
      <w:pPr>
        <w:rPr>
          <w:rFonts w:ascii="Calibri" w:eastAsiaTheme="majorEastAsia" w:hAnsi="Calibri" w:cs="Calibri"/>
          <w:b/>
          <w:bCs/>
          <w:color w:val="365F91" w:themeColor="accent1" w:themeShade="BF"/>
          <w:sz w:val="28"/>
          <w:szCs w:val="28"/>
          <w:lang w:val="nl-NL"/>
        </w:rPr>
      </w:pPr>
      <w:bookmarkStart w:id="84" w:name="_Toc201002792"/>
      <w:r>
        <w:rPr>
          <w:rFonts w:ascii="Calibri" w:hAnsi="Calibri" w:cs="Calibri"/>
          <w:lang w:val="nl-NL"/>
        </w:rPr>
        <w:br w:type="page"/>
      </w:r>
    </w:p>
    <w:p w14:paraId="3B0FA06C" w14:textId="7381E455" w:rsidR="00EE771D" w:rsidRPr="00851835" w:rsidRDefault="00E31C31" w:rsidP="00E377E0">
      <w:pPr>
        <w:pStyle w:val="Kop1"/>
        <w:rPr>
          <w:rFonts w:ascii="Calibri" w:hAnsi="Calibri" w:cs="Calibri"/>
          <w:sz w:val="22"/>
          <w:szCs w:val="22"/>
          <w:lang w:val="nl-NL"/>
        </w:rPr>
      </w:pPr>
      <w:bookmarkStart w:id="85" w:name="_Toc207190204"/>
      <w:r w:rsidRPr="00B16615">
        <w:rPr>
          <w:rFonts w:ascii="Calibri" w:hAnsi="Calibri" w:cs="Calibri"/>
          <w:lang w:val="nl-NL"/>
        </w:rPr>
        <w:lastRenderedPageBreak/>
        <w:t>5.</w:t>
      </w:r>
      <w:r w:rsidR="00E377E0" w:rsidRPr="00B16615">
        <w:rPr>
          <w:rFonts w:ascii="Calibri" w:hAnsi="Calibri" w:cs="Calibri"/>
          <w:lang w:val="nl-NL"/>
        </w:rPr>
        <w:t xml:space="preserve"> Ontwikkeling en resultaten</w:t>
      </w:r>
      <w:bookmarkEnd w:id="84"/>
      <w:bookmarkEnd w:id="85"/>
      <w:r w:rsidR="00EE771D" w:rsidRPr="00B16615">
        <w:rPr>
          <w:rFonts w:ascii="Calibri" w:hAnsi="Calibri" w:cs="Calibri"/>
          <w:sz w:val="22"/>
          <w:szCs w:val="22"/>
          <w:lang w:val="nl-NL"/>
        </w:rPr>
        <w:t xml:space="preserve"> </w:t>
      </w:r>
      <w:r w:rsidRPr="00166052">
        <w:rPr>
          <w:lang w:val="nl-NL"/>
        </w:rPr>
        <w:tab/>
      </w:r>
      <w:r w:rsidR="00EE771D" w:rsidRPr="00B16615">
        <w:rPr>
          <w:rFonts w:ascii="Calibri" w:hAnsi="Calibri" w:cs="Calibri"/>
          <w:sz w:val="22"/>
          <w:szCs w:val="22"/>
          <w:lang w:val="nl-NL"/>
        </w:rPr>
        <w:t xml:space="preserve"> </w:t>
      </w:r>
    </w:p>
    <w:p w14:paraId="618A2E77" w14:textId="66E824F1" w:rsidR="00EE771D" w:rsidRPr="00851835" w:rsidRDefault="00E31C31" w:rsidP="00E377E0">
      <w:pPr>
        <w:pStyle w:val="Kop2"/>
        <w:rPr>
          <w:rFonts w:ascii="Calibri" w:hAnsi="Calibri" w:cs="Calibri"/>
          <w:lang w:val="nl-NL"/>
        </w:rPr>
      </w:pPr>
      <w:bookmarkStart w:id="86" w:name="_Toc201002794"/>
      <w:bookmarkStart w:id="87" w:name="_Toc207190205"/>
      <w:r w:rsidRPr="00B16615">
        <w:rPr>
          <w:rFonts w:ascii="Calibri" w:hAnsi="Calibri" w:cs="Calibri"/>
          <w:lang w:val="nl-NL"/>
        </w:rPr>
        <w:t>5</w:t>
      </w:r>
      <w:r w:rsidR="00E377E0" w:rsidRPr="00B16615">
        <w:rPr>
          <w:rFonts w:ascii="Calibri" w:hAnsi="Calibri" w:cs="Calibri"/>
          <w:lang w:val="nl-NL"/>
        </w:rPr>
        <w:t>.</w:t>
      </w:r>
      <w:r w:rsidR="0A1EFF7D" w:rsidRPr="67CD6138">
        <w:rPr>
          <w:rFonts w:ascii="Calibri" w:hAnsi="Calibri" w:cs="Calibri"/>
          <w:lang w:val="nl-NL"/>
        </w:rPr>
        <w:t>1</w:t>
      </w:r>
      <w:r w:rsidR="00E377E0" w:rsidRPr="00B16615">
        <w:rPr>
          <w:rFonts w:ascii="Calibri" w:hAnsi="Calibri" w:cs="Calibri"/>
          <w:lang w:val="nl-NL"/>
        </w:rPr>
        <w:t xml:space="preserve"> </w:t>
      </w:r>
      <w:r w:rsidR="00EE771D" w:rsidRPr="00B16615">
        <w:rPr>
          <w:rFonts w:ascii="Calibri" w:hAnsi="Calibri" w:cs="Calibri"/>
          <w:lang w:val="nl-NL"/>
        </w:rPr>
        <w:t>De resultaten van ons onderwijs</w:t>
      </w:r>
      <w:bookmarkEnd w:id="86"/>
      <w:bookmarkEnd w:id="87"/>
      <w:r w:rsidR="00EE771D" w:rsidRPr="00B16615">
        <w:rPr>
          <w:rFonts w:ascii="Calibri" w:hAnsi="Calibri" w:cs="Calibri"/>
          <w:color w:val="FFC000"/>
          <w:lang w:val="nl-NL"/>
        </w:rPr>
        <w:t xml:space="preserve"> </w:t>
      </w:r>
    </w:p>
    <w:p w14:paraId="0D258644" w14:textId="2B45471D" w:rsidR="00EE771D" w:rsidRPr="00AD0354" w:rsidRDefault="00EE771D" w:rsidP="00EE771D">
      <w:pPr>
        <w:spacing w:after="201" w:line="249" w:lineRule="auto"/>
        <w:ind w:left="-5" w:hanging="10"/>
        <w:rPr>
          <w:rFonts w:ascii="Calibri" w:hAnsi="Calibri" w:cs="Calibri"/>
          <w:lang w:val="nl-NL"/>
        </w:rPr>
      </w:pPr>
      <w:r w:rsidRPr="00AD0354">
        <w:rPr>
          <w:rFonts w:ascii="Calibri" w:hAnsi="Calibri" w:cs="Calibri"/>
          <w:lang w:val="nl-NL"/>
        </w:rPr>
        <w:t xml:space="preserve">Leerlingen uit groep 8 van de basisschool maken vanaf schooljaar 2023-2024 al in februari een doorstroomtoets. Ze moeten zich dan eind maart aanmelden voor de middelbare school. Hierdoor maken alle leerlingen even veel kans op een plek op de school van hun voorkeur. En op het voor hen best passende niveau. De Wet doorstroomtoetsen primair onderwijs is in februari 2022 aangenomen door de Eerste Kamer. Vanaf schooljaar 2023-2024 is de centrale eindtoets veranderd naar de doorstroomtoets. Er komt </w:t>
      </w:r>
      <w:r w:rsidR="00623D42">
        <w:rPr>
          <w:rFonts w:ascii="Calibri" w:hAnsi="Calibri" w:cs="Calibri"/>
          <w:lang w:val="nl-NL"/>
        </w:rPr>
        <w:t>één</w:t>
      </w:r>
      <w:r w:rsidRPr="00AD0354">
        <w:rPr>
          <w:rFonts w:ascii="Calibri" w:hAnsi="Calibri" w:cs="Calibri"/>
          <w:lang w:val="nl-NL"/>
        </w:rPr>
        <w:t xml:space="preserve"> week waarin leerlingen zich aanmelden voor de middelbare school. Alle leerlingen maken dan evenveel kans op een plek op de school van hun voorkeur die ook past bij het schooladvies.</w:t>
      </w:r>
      <w:r w:rsidR="00BA1C11">
        <w:rPr>
          <w:rFonts w:ascii="Calibri" w:hAnsi="Calibri" w:cs="Calibri"/>
          <w:lang w:val="nl-NL"/>
        </w:rPr>
        <w:t xml:space="preserve"> </w:t>
      </w:r>
      <w:r w:rsidRPr="00AD0354">
        <w:rPr>
          <w:rFonts w:ascii="Calibri" w:hAnsi="Calibri" w:cs="Calibri"/>
          <w:lang w:val="nl-NL"/>
        </w:rPr>
        <w:t xml:space="preserve">Wat zijn de stappen: </w:t>
      </w:r>
    </w:p>
    <w:p w14:paraId="739C9BEB" w14:textId="77777777" w:rsidR="00EE771D" w:rsidRPr="00AD0354" w:rsidRDefault="00EE771D" w:rsidP="00EE771D">
      <w:pPr>
        <w:numPr>
          <w:ilvl w:val="0"/>
          <w:numId w:val="16"/>
        </w:numPr>
        <w:spacing w:after="3" w:line="248" w:lineRule="auto"/>
        <w:ind w:right="6" w:hanging="360"/>
        <w:rPr>
          <w:rFonts w:ascii="Calibri" w:hAnsi="Calibri" w:cs="Calibri"/>
          <w:lang w:val="nl-NL"/>
        </w:rPr>
      </w:pPr>
      <w:r w:rsidRPr="00AD0354">
        <w:rPr>
          <w:rFonts w:ascii="Calibri" w:hAnsi="Calibri" w:cs="Calibri"/>
          <w:lang w:val="nl-NL"/>
        </w:rPr>
        <w:t xml:space="preserve">Scholen melden zich tussen 1 oktober en 15 november aan voor een doorstroomtoets.  </w:t>
      </w:r>
    </w:p>
    <w:p w14:paraId="5A166F92" w14:textId="77777777" w:rsidR="00EE771D" w:rsidRPr="00AD0354" w:rsidRDefault="00EE771D" w:rsidP="00EE771D">
      <w:pPr>
        <w:numPr>
          <w:ilvl w:val="0"/>
          <w:numId w:val="16"/>
        </w:numPr>
        <w:spacing w:after="3" w:line="248" w:lineRule="auto"/>
        <w:ind w:right="6" w:hanging="360"/>
        <w:rPr>
          <w:rFonts w:ascii="Calibri" w:hAnsi="Calibri" w:cs="Calibri"/>
          <w:lang w:val="nl-NL"/>
        </w:rPr>
      </w:pPr>
      <w:r w:rsidRPr="00AD0354">
        <w:rPr>
          <w:rFonts w:ascii="Calibri" w:hAnsi="Calibri" w:cs="Calibri"/>
          <w:lang w:val="nl-NL"/>
        </w:rPr>
        <w:t xml:space="preserve">Leerlingen ontvangen tussen 10 en 31 januari hun voorlopig schooladvies.  </w:t>
      </w:r>
    </w:p>
    <w:p w14:paraId="29C30EC7" w14:textId="77777777" w:rsidR="00EE771D" w:rsidRPr="00AD0354" w:rsidRDefault="00EE771D" w:rsidP="00EE771D">
      <w:pPr>
        <w:numPr>
          <w:ilvl w:val="0"/>
          <w:numId w:val="16"/>
        </w:numPr>
        <w:spacing w:after="3" w:line="248" w:lineRule="auto"/>
        <w:ind w:right="6" w:hanging="360"/>
        <w:rPr>
          <w:rFonts w:ascii="Calibri" w:hAnsi="Calibri" w:cs="Calibri"/>
          <w:lang w:val="nl-NL"/>
        </w:rPr>
      </w:pPr>
      <w:r w:rsidRPr="00AD0354">
        <w:rPr>
          <w:rFonts w:ascii="Calibri" w:hAnsi="Calibri" w:cs="Calibri"/>
          <w:lang w:val="nl-NL"/>
        </w:rPr>
        <w:t xml:space="preserve">Leerlingen maken in de eerste 2 weken van februari de doorstroomtoets.  </w:t>
      </w:r>
    </w:p>
    <w:p w14:paraId="3B1AC0DC" w14:textId="77777777" w:rsidR="00EE771D" w:rsidRPr="00AD0354" w:rsidRDefault="00EE771D" w:rsidP="00EE771D">
      <w:pPr>
        <w:numPr>
          <w:ilvl w:val="0"/>
          <w:numId w:val="16"/>
        </w:numPr>
        <w:spacing w:after="3" w:line="248" w:lineRule="auto"/>
        <w:ind w:right="6" w:hanging="360"/>
        <w:rPr>
          <w:rFonts w:ascii="Calibri" w:hAnsi="Calibri" w:cs="Calibri"/>
          <w:lang w:val="nl-NL"/>
        </w:rPr>
      </w:pPr>
      <w:r w:rsidRPr="00AD0354">
        <w:rPr>
          <w:rFonts w:ascii="Calibri" w:hAnsi="Calibri" w:cs="Calibri"/>
          <w:lang w:val="nl-NL"/>
        </w:rPr>
        <w:t xml:space="preserve">Uiterlijk 15 maart ontvangen de scholen de uitslag van de doorstroomtoets.  </w:t>
      </w:r>
    </w:p>
    <w:p w14:paraId="0C65863A" w14:textId="77777777" w:rsidR="00EE771D" w:rsidRPr="00AD0354" w:rsidRDefault="00EE771D" w:rsidP="00EE771D">
      <w:pPr>
        <w:numPr>
          <w:ilvl w:val="0"/>
          <w:numId w:val="16"/>
        </w:numPr>
        <w:spacing w:after="3" w:line="248" w:lineRule="auto"/>
        <w:ind w:right="6" w:hanging="360"/>
        <w:rPr>
          <w:rFonts w:ascii="Calibri" w:hAnsi="Calibri" w:cs="Calibri"/>
          <w:lang w:val="nl-NL"/>
        </w:rPr>
      </w:pPr>
      <w:r w:rsidRPr="00AD0354">
        <w:rPr>
          <w:rFonts w:ascii="Calibri" w:hAnsi="Calibri" w:cs="Calibri"/>
          <w:lang w:val="nl-NL"/>
        </w:rPr>
        <w:t xml:space="preserve">Leerlingen en ouders ontvangen uiterlijk 24 maart van hun school het definitieve schooladvies. </w:t>
      </w:r>
      <w:r w:rsidRPr="00AD0354">
        <w:rPr>
          <w:rFonts w:ascii="Calibri" w:eastAsia="Trebuchet MS" w:hAnsi="Calibri" w:cs="Calibri"/>
          <w:lang w:val="nl-NL"/>
        </w:rPr>
        <w:t xml:space="preserve"> </w:t>
      </w:r>
    </w:p>
    <w:p w14:paraId="2DDB0B6E" w14:textId="77777777" w:rsidR="00EE771D" w:rsidRPr="00AD0354" w:rsidRDefault="00EE771D" w:rsidP="00EE771D">
      <w:pPr>
        <w:spacing w:after="0"/>
        <w:ind w:left="720"/>
        <w:rPr>
          <w:rFonts w:ascii="Calibri" w:hAnsi="Calibri" w:cs="Calibri"/>
          <w:lang w:val="nl-NL"/>
        </w:rPr>
      </w:pPr>
      <w:r w:rsidRPr="00AD0354">
        <w:rPr>
          <w:rFonts w:ascii="Calibri" w:hAnsi="Calibri" w:cs="Calibri"/>
          <w:lang w:val="nl-NL"/>
        </w:rPr>
        <w:t xml:space="preserve"> </w:t>
      </w:r>
    </w:p>
    <w:p w14:paraId="475242D1" w14:textId="77777777" w:rsidR="00EE771D" w:rsidRPr="00AD0354" w:rsidRDefault="00EE771D" w:rsidP="00EE771D">
      <w:pPr>
        <w:spacing w:after="5" w:line="249" w:lineRule="auto"/>
        <w:ind w:left="-5" w:hanging="10"/>
        <w:rPr>
          <w:rFonts w:ascii="Calibri" w:hAnsi="Calibri" w:cs="Calibri"/>
          <w:lang w:val="nl-NL"/>
        </w:rPr>
      </w:pPr>
      <w:r w:rsidRPr="00AD0354">
        <w:rPr>
          <w:rFonts w:ascii="Calibri" w:hAnsi="Calibri" w:cs="Calibri"/>
          <w:lang w:val="nl-NL"/>
        </w:rPr>
        <w:t xml:space="preserve">Tussen 25 maart en 31 maart melden alle leerlingen zich tegelijk, met hun definitieve advies, aan op de middelbare school. Leerlingen die de overstap maken naar het voortgezet speciaal onderwijs (vso) kunnen zich al eerder met een voorlopig schooladvies aanmelden bij het vso.  </w:t>
      </w:r>
    </w:p>
    <w:p w14:paraId="7D3626C7" w14:textId="14943E07" w:rsidR="00BA1C11" w:rsidRPr="00AD0354" w:rsidRDefault="00EE771D" w:rsidP="00EE771D">
      <w:pPr>
        <w:spacing w:after="167" w:line="249" w:lineRule="auto"/>
        <w:ind w:left="-5" w:hanging="10"/>
        <w:rPr>
          <w:rFonts w:ascii="Calibri" w:hAnsi="Calibri" w:cs="Calibri"/>
          <w:lang w:val="nl-NL"/>
        </w:rPr>
      </w:pPr>
      <w:r w:rsidRPr="00AD0354">
        <w:rPr>
          <w:rFonts w:ascii="Calibri" w:hAnsi="Calibri" w:cs="Calibri"/>
          <w:lang w:val="nl-NL"/>
        </w:rPr>
        <w:t>Kindcentrum Emmaschool maakt gebruik van de Inzicht Eigen Profiel (IEP) doorstoomtoets.</w:t>
      </w:r>
    </w:p>
    <w:p w14:paraId="6FBF4D62" w14:textId="74E786FE" w:rsidR="5C6D61EA" w:rsidRDefault="42D61AFE" w:rsidP="37B8C9FD">
      <w:pPr>
        <w:spacing w:after="228" w:line="249" w:lineRule="auto"/>
        <w:ind w:left="-5" w:hanging="10"/>
        <w:rPr>
          <w:rFonts w:ascii="Calibri" w:hAnsi="Calibri" w:cs="Calibri"/>
          <w:lang w:val="nl-NL"/>
        </w:rPr>
      </w:pPr>
      <w:r w:rsidRPr="37B8C9FD">
        <w:rPr>
          <w:rFonts w:ascii="Calibri" w:hAnsi="Calibri" w:cs="Calibri"/>
          <w:lang w:val="nl-NL"/>
        </w:rPr>
        <w:t>Halverwege groep 7</w:t>
      </w:r>
      <w:r w:rsidR="1F13A32D" w:rsidRPr="37B8C9FD">
        <w:rPr>
          <w:rFonts w:ascii="Calibri" w:hAnsi="Calibri" w:cs="Calibri"/>
          <w:lang w:val="nl-NL"/>
        </w:rPr>
        <w:t xml:space="preserve"> wordt de voorlopige prognose van uitstroom gedeeld met de kinderen en de ouders/verzorgers. </w:t>
      </w:r>
      <w:r w:rsidR="6F93E6A8" w:rsidRPr="37B8C9FD">
        <w:rPr>
          <w:rFonts w:ascii="Calibri" w:hAnsi="Calibri" w:cs="Calibri"/>
          <w:lang w:val="nl-NL"/>
        </w:rPr>
        <w:t>Dit is gebaseerd op de midden 6 en de midden 7 toetsen.</w:t>
      </w:r>
    </w:p>
    <w:p w14:paraId="0ACC8949" w14:textId="33EDA92F" w:rsidR="5C6D61EA" w:rsidRDefault="688EFBA5" w:rsidP="3296F1BC">
      <w:pPr>
        <w:spacing w:after="228" w:line="249" w:lineRule="auto"/>
        <w:ind w:left="-5" w:hanging="10"/>
        <w:rPr>
          <w:rFonts w:ascii="Calibri" w:hAnsi="Calibri" w:cs="Calibri"/>
          <w:lang w:val="nl-NL"/>
        </w:rPr>
      </w:pPr>
      <w:r w:rsidRPr="37B8C9FD">
        <w:rPr>
          <w:rFonts w:ascii="Calibri" w:hAnsi="Calibri" w:cs="Calibri"/>
          <w:lang w:val="nl-NL"/>
        </w:rPr>
        <w:t>Halverwege groep 8 volgt het einda</w:t>
      </w:r>
      <w:r w:rsidR="5D7D75BA" w:rsidRPr="37B8C9FD">
        <w:rPr>
          <w:rFonts w:ascii="Calibri" w:hAnsi="Calibri" w:cs="Calibri"/>
          <w:lang w:val="nl-NL"/>
        </w:rPr>
        <w:t>d</w:t>
      </w:r>
      <w:r w:rsidRPr="37B8C9FD">
        <w:rPr>
          <w:rFonts w:ascii="Calibri" w:hAnsi="Calibri" w:cs="Calibri"/>
          <w:lang w:val="nl-NL"/>
        </w:rPr>
        <w:t>vies, wat gebase</w:t>
      </w:r>
      <w:r w:rsidR="224E77F1" w:rsidRPr="37B8C9FD">
        <w:rPr>
          <w:rFonts w:ascii="Calibri" w:hAnsi="Calibri" w:cs="Calibri"/>
          <w:lang w:val="nl-NL"/>
        </w:rPr>
        <w:t>e</w:t>
      </w:r>
      <w:r w:rsidRPr="37B8C9FD">
        <w:rPr>
          <w:rFonts w:ascii="Calibri" w:hAnsi="Calibri" w:cs="Calibri"/>
          <w:lang w:val="nl-NL"/>
        </w:rPr>
        <w:t xml:space="preserve">rd is op de midden 6, midden 7 en begin </w:t>
      </w:r>
      <w:r w:rsidR="6563B09D" w:rsidRPr="37B8C9FD">
        <w:rPr>
          <w:rFonts w:ascii="Calibri" w:hAnsi="Calibri" w:cs="Calibri"/>
          <w:lang w:val="nl-NL"/>
        </w:rPr>
        <w:t>8</w:t>
      </w:r>
      <w:r w:rsidR="003C9938" w:rsidRPr="37B8C9FD">
        <w:rPr>
          <w:rFonts w:ascii="Calibri" w:hAnsi="Calibri" w:cs="Calibri"/>
          <w:lang w:val="nl-NL"/>
        </w:rPr>
        <w:t xml:space="preserve"> toetsen.</w:t>
      </w:r>
      <w:r w:rsidR="6563B09D" w:rsidRPr="37B8C9FD">
        <w:rPr>
          <w:rFonts w:ascii="Calibri" w:hAnsi="Calibri" w:cs="Calibri"/>
          <w:lang w:val="nl-NL"/>
        </w:rPr>
        <w:t xml:space="preserve"> </w:t>
      </w:r>
      <w:r w:rsidR="1F13A32D" w:rsidRPr="37B8C9FD">
        <w:rPr>
          <w:rFonts w:ascii="Calibri" w:hAnsi="Calibri" w:cs="Calibri"/>
          <w:lang w:val="nl-NL"/>
        </w:rPr>
        <w:t xml:space="preserve">Dit wordt </w:t>
      </w:r>
      <w:r w:rsidR="26B9FCF2" w:rsidRPr="37B8C9FD">
        <w:rPr>
          <w:rFonts w:ascii="Calibri" w:hAnsi="Calibri" w:cs="Calibri"/>
          <w:lang w:val="nl-NL"/>
        </w:rPr>
        <w:t>ingevuld</w:t>
      </w:r>
      <w:r w:rsidR="1F13A32D" w:rsidRPr="37B8C9FD">
        <w:rPr>
          <w:rFonts w:ascii="Calibri" w:hAnsi="Calibri" w:cs="Calibri"/>
          <w:lang w:val="nl-NL"/>
        </w:rPr>
        <w:t xml:space="preserve"> in de plaatsingswijzer</w:t>
      </w:r>
      <w:r w:rsidR="0EFE5FEF" w:rsidRPr="37B8C9FD">
        <w:rPr>
          <w:rFonts w:ascii="Calibri" w:hAnsi="Calibri" w:cs="Calibri"/>
          <w:lang w:val="nl-NL"/>
        </w:rPr>
        <w:t xml:space="preserve"> en is</w:t>
      </w:r>
      <w:r w:rsidR="13D43077" w:rsidRPr="7D9EC8CA">
        <w:rPr>
          <w:rFonts w:ascii="Calibri" w:hAnsi="Calibri" w:cs="Calibri"/>
          <w:lang w:val="nl-NL"/>
        </w:rPr>
        <w:t xml:space="preserve"> een </w:t>
      </w:r>
      <w:r w:rsidR="0EFE5FEF" w:rsidRPr="37B8C9FD">
        <w:rPr>
          <w:rFonts w:ascii="Calibri" w:hAnsi="Calibri" w:cs="Calibri"/>
          <w:lang w:val="nl-NL"/>
        </w:rPr>
        <w:t xml:space="preserve">leidraad bij </w:t>
      </w:r>
      <w:r w:rsidR="13D43077" w:rsidRPr="7D9EC8CA">
        <w:rPr>
          <w:rFonts w:ascii="Calibri" w:hAnsi="Calibri" w:cs="Calibri"/>
          <w:lang w:val="nl-NL"/>
        </w:rPr>
        <w:t xml:space="preserve">de </w:t>
      </w:r>
      <w:r w:rsidR="0EFE5FEF" w:rsidRPr="37B8C9FD">
        <w:rPr>
          <w:rFonts w:ascii="Calibri" w:hAnsi="Calibri" w:cs="Calibri"/>
          <w:lang w:val="nl-NL"/>
        </w:rPr>
        <w:t>adviseringen</w:t>
      </w:r>
      <w:r w:rsidR="13D43077" w:rsidRPr="7D9EC8CA">
        <w:rPr>
          <w:rFonts w:ascii="Calibri" w:hAnsi="Calibri" w:cs="Calibri"/>
          <w:lang w:val="nl-NL"/>
        </w:rPr>
        <w:t>.</w:t>
      </w:r>
    </w:p>
    <w:p w14:paraId="0E05B4F9" w14:textId="235C82DE" w:rsidR="00EE771D" w:rsidRPr="00AD0354" w:rsidRDefault="00EE771D" w:rsidP="00EE771D">
      <w:pPr>
        <w:spacing w:after="170" w:line="249" w:lineRule="auto"/>
        <w:ind w:left="-5" w:hanging="10"/>
        <w:rPr>
          <w:rFonts w:ascii="Calibri" w:hAnsi="Calibri" w:cs="Calibri"/>
          <w:lang w:val="nl-NL"/>
        </w:rPr>
      </w:pPr>
      <w:r w:rsidRPr="00AD0354">
        <w:rPr>
          <w:rFonts w:ascii="Calibri" w:hAnsi="Calibri" w:cs="Calibri"/>
          <w:lang w:val="nl-NL"/>
        </w:rPr>
        <w:t>Voor de beoordeling van de leerresultaten van leerlingen in groep 8, hanteert de inspectie van het onderwijs signaleringswaardes voor het fundamenteel niveau en het streefniveau.</w:t>
      </w:r>
      <w:r w:rsidR="00E377E0">
        <w:rPr>
          <w:rFonts w:ascii="Calibri" w:hAnsi="Calibri" w:cs="Calibri"/>
          <w:lang w:val="nl-NL"/>
        </w:rPr>
        <w:t xml:space="preserve"> Dit wordt verder uitgelegd.</w:t>
      </w:r>
    </w:p>
    <w:p w14:paraId="0BFC7187" w14:textId="77777777" w:rsidR="00EE771D" w:rsidRPr="00EE771D" w:rsidRDefault="00EE771D" w:rsidP="00AD0354">
      <w:pPr>
        <w:pStyle w:val="Kop3"/>
        <w:rPr>
          <w:lang w:val="nl-NL"/>
        </w:rPr>
      </w:pPr>
      <w:bookmarkStart w:id="88" w:name="_Toc201002795"/>
      <w:bookmarkStart w:id="89" w:name="_Toc207190206"/>
      <w:r w:rsidRPr="00B16615">
        <w:rPr>
          <w:lang w:val="nl-NL"/>
        </w:rPr>
        <w:t>Fundamenteel niveau</w:t>
      </w:r>
      <w:bookmarkEnd w:id="88"/>
      <w:bookmarkEnd w:id="89"/>
      <w:r w:rsidRPr="00B16615">
        <w:rPr>
          <w:lang w:val="nl-NL"/>
        </w:rPr>
        <w:t xml:space="preserve"> </w:t>
      </w:r>
    </w:p>
    <w:p w14:paraId="6E9BFCF1" w14:textId="1B940922" w:rsidR="00EE771D" w:rsidRPr="00AD0354" w:rsidRDefault="00EE771D" w:rsidP="00EE771D">
      <w:pPr>
        <w:spacing w:after="167" w:line="249" w:lineRule="auto"/>
        <w:ind w:left="-5" w:hanging="10"/>
        <w:rPr>
          <w:rFonts w:ascii="Calibri" w:hAnsi="Calibri" w:cs="Calibri"/>
          <w:lang w:val="nl-NL"/>
        </w:rPr>
      </w:pPr>
      <w:r w:rsidRPr="00AD0354">
        <w:rPr>
          <w:rFonts w:ascii="Calibri" w:hAnsi="Calibri" w:cs="Calibri"/>
          <w:lang w:val="nl-NL"/>
        </w:rPr>
        <w:t xml:space="preserve">Het fundamenteel niveau is het niveau voor taal en rekenen dat zoveel mogelijk leerlingen aan het einde van de basisschool zou moeten beheersen. Dit wordt gemeten in groep acht met de eindtoets. De inspectie stelt dat minimaal 85% van alle leerlingen het basisniveau moet behalen. Deze 85% is de signaleringswaarde voor het fundamenteel niveau en dit is voor alle basisscholen in Nederland gelijk. </w:t>
      </w:r>
    </w:p>
    <w:p w14:paraId="71438C87" w14:textId="2DA40CA8" w:rsidR="00EE771D" w:rsidRPr="00EE771D" w:rsidRDefault="00EE771D" w:rsidP="00942DB7">
      <w:pPr>
        <w:pStyle w:val="Kop3"/>
        <w:rPr>
          <w:lang w:val="nl-NL"/>
        </w:rPr>
      </w:pPr>
      <w:bookmarkStart w:id="90" w:name="_Toc201002796"/>
      <w:bookmarkStart w:id="91" w:name="_Toc207190207"/>
      <w:r w:rsidRPr="00B16615">
        <w:rPr>
          <w:lang w:val="nl-NL"/>
        </w:rPr>
        <w:t>Streefniveau</w:t>
      </w:r>
      <w:bookmarkEnd w:id="90"/>
      <w:bookmarkEnd w:id="91"/>
      <w:r w:rsidRPr="00B16615">
        <w:rPr>
          <w:lang w:val="nl-NL"/>
        </w:rPr>
        <w:t xml:space="preserve"> </w:t>
      </w:r>
    </w:p>
    <w:p w14:paraId="4773154C" w14:textId="77777777" w:rsidR="00EE771D" w:rsidRPr="00AD0354" w:rsidRDefault="00EE771D" w:rsidP="00EE771D">
      <w:pPr>
        <w:spacing w:after="462" w:line="249" w:lineRule="auto"/>
        <w:ind w:left="-5" w:hanging="10"/>
        <w:rPr>
          <w:rFonts w:ascii="Calibri" w:hAnsi="Calibri" w:cs="Calibri"/>
          <w:lang w:val="nl-NL"/>
        </w:rPr>
      </w:pPr>
      <w:r w:rsidRPr="00AD0354">
        <w:rPr>
          <w:rFonts w:ascii="Calibri" w:hAnsi="Calibri" w:cs="Calibri"/>
          <w:lang w:val="nl-NL"/>
        </w:rPr>
        <w:t xml:space="preserve">Het streefniveau is een hoger niveau dan het fundamenteel niveau. Het doel is dat zoveel mogelijk leerlingen eind groep acht het streefniveau bereiken. Op basis van de </w:t>
      </w:r>
      <w:proofErr w:type="spellStart"/>
      <w:r w:rsidRPr="00AD0354">
        <w:rPr>
          <w:rFonts w:ascii="Calibri" w:hAnsi="Calibri" w:cs="Calibri"/>
          <w:lang w:val="nl-NL"/>
        </w:rPr>
        <w:t>leerlingpopulatie</w:t>
      </w:r>
      <w:proofErr w:type="spellEnd"/>
      <w:r w:rsidRPr="00AD0354">
        <w:rPr>
          <w:rFonts w:ascii="Calibri" w:hAnsi="Calibri" w:cs="Calibri"/>
          <w:lang w:val="nl-NL"/>
        </w:rPr>
        <w:t xml:space="preserve"> op school wordt door de inspectie voor elke basisschool in Nederland apart bepaald hoeveel procent van de leerlingen het streefniveau moet halen. Dat percentage is de signaleringswaarde voor het streefniveau van de school.  </w:t>
      </w:r>
    </w:p>
    <w:p w14:paraId="2504E0FF" w14:textId="77777777" w:rsidR="00EE771D" w:rsidRPr="001F023B" w:rsidRDefault="00EE771D" w:rsidP="00E377E0">
      <w:pPr>
        <w:pStyle w:val="Kop3"/>
        <w:rPr>
          <w:lang w:val="nl-NL"/>
        </w:rPr>
      </w:pPr>
      <w:bookmarkStart w:id="92" w:name="_Toc201002797"/>
      <w:bookmarkStart w:id="93" w:name="_Toc207190208"/>
      <w:r w:rsidRPr="00B16615">
        <w:rPr>
          <w:lang w:val="nl-NL"/>
        </w:rPr>
        <w:lastRenderedPageBreak/>
        <w:t xml:space="preserve">Het </w:t>
      </w:r>
      <w:proofErr w:type="spellStart"/>
      <w:r w:rsidRPr="00B16615">
        <w:rPr>
          <w:lang w:val="nl-NL"/>
        </w:rPr>
        <w:t>driejaars</w:t>
      </w:r>
      <w:proofErr w:type="spellEnd"/>
      <w:r w:rsidRPr="00B16615">
        <w:rPr>
          <w:lang w:val="nl-NL"/>
        </w:rPr>
        <w:t xml:space="preserve"> gemiddelde van de groepen 8</w:t>
      </w:r>
      <w:bookmarkEnd w:id="92"/>
      <w:bookmarkEnd w:id="93"/>
    </w:p>
    <w:p w14:paraId="47386F0D" w14:textId="1ED2BA9C" w:rsidR="00EE771D" w:rsidRPr="00211965" w:rsidRDefault="00AC6A2A" w:rsidP="00EE771D">
      <w:pPr>
        <w:spacing w:after="462" w:line="249" w:lineRule="auto"/>
        <w:ind w:left="-5" w:hanging="10"/>
        <w:rPr>
          <w:rFonts w:ascii="Calibri" w:hAnsi="Calibri" w:cs="Calibri"/>
          <w:highlight w:val="yellow"/>
          <w:lang w:val="nl-NL"/>
        </w:rPr>
      </w:pPr>
      <w:r w:rsidRPr="00AC6A2A">
        <w:rPr>
          <w:rFonts w:ascii="Verdana" w:eastAsia="Calibri" w:hAnsi="Verdana" w:cs="Times New Roman"/>
          <w:b/>
          <w:noProof/>
          <w:sz w:val="20"/>
          <w:szCs w:val="20"/>
          <w:lang w:val="nl-NL"/>
        </w:rPr>
        <w:drawing>
          <wp:anchor distT="0" distB="0" distL="114300" distR="114300" simplePos="0" relativeHeight="251658244" behindDoc="0" locked="0" layoutInCell="1" allowOverlap="1" wp14:anchorId="48651267" wp14:editId="594CE1B9">
            <wp:simplePos x="0" y="0"/>
            <wp:positionH relativeFrom="column">
              <wp:posOffset>-6350</wp:posOffset>
            </wp:positionH>
            <wp:positionV relativeFrom="paragraph">
              <wp:posOffset>635</wp:posOffset>
            </wp:positionV>
            <wp:extent cx="2400300" cy="1335690"/>
            <wp:effectExtent l="0" t="0" r="0" b="0"/>
            <wp:wrapThrough wrapText="bothSides">
              <wp:wrapPolygon edited="0">
                <wp:start x="0" y="0"/>
                <wp:lineTo x="0" y="21261"/>
                <wp:lineTo x="21429" y="21261"/>
                <wp:lineTo x="21429" y="0"/>
                <wp:lineTo x="0" y="0"/>
              </wp:wrapPolygon>
            </wp:wrapThrough>
            <wp:docPr id="11653411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1158" name=""/>
                    <pic:cNvPicPr/>
                  </pic:nvPicPr>
                  <pic:blipFill>
                    <a:blip r:embed="rId23"/>
                    <a:stretch>
                      <a:fillRect/>
                    </a:stretch>
                  </pic:blipFill>
                  <pic:spPr>
                    <a:xfrm>
                      <a:off x="0" y="0"/>
                      <a:ext cx="2400300" cy="1335690"/>
                    </a:xfrm>
                    <a:prstGeom prst="rect">
                      <a:avLst/>
                    </a:prstGeom>
                  </pic:spPr>
                </pic:pic>
              </a:graphicData>
            </a:graphic>
          </wp:anchor>
        </w:drawing>
      </w:r>
      <w:r w:rsidR="001F023B">
        <w:rPr>
          <w:rFonts w:ascii="Verdana" w:eastAsia="Times New Roman" w:hAnsi="Verdana" w:cs="Times New Roman"/>
          <w:noProof/>
          <w:sz w:val="20"/>
          <w:szCs w:val="20"/>
          <w:lang w:val="nl-NL" w:eastAsia="nl-NL"/>
        </w:rPr>
        <w:t xml:space="preserve">        </w:t>
      </w:r>
    </w:p>
    <w:p w14:paraId="4178BB98" w14:textId="77777777" w:rsidR="00EE771D" w:rsidRDefault="00EE771D" w:rsidP="00EE771D">
      <w:pPr>
        <w:rPr>
          <w:rFonts w:asciiTheme="majorHAnsi" w:hAnsiTheme="majorHAnsi" w:cstheme="majorHAnsi"/>
          <w:b/>
          <w:lang w:val="nl-NL"/>
        </w:rPr>
      </w:pPr>
    </w:p>
    <w:p w14:paraId="504A5AEA" w14:textId="77777777" w:rsidR="00EE771D" w:rsidRDefault="00EE771D" w:rsidP="00EE771D">
      <w:pPr>
        <w:rPr>
          <w:rFonts w:asciiTheme="majorHAnsi" w:hAnsiTheme="majorHAnsi" w:cstheme="majorHAnsi"/>
          <w:b/>
          <w:lang w:val="nl-NL"/>
        </w:rPr>
      </w:pPr>
    </w:p>
    <w:p w14:paraId="2C2CCDA1" w14:textId="77777777" w:rsidR="00EE771D" w:rsidRDefault="00EE771D" w:rsidP="00EE771D">
      <w:pPr>
        <w:rPr>
          <w:rFonts w:asciiTheme="majorHAnsi" w:hAnsiTheme="majorHAnsi" w:cstheme="majorHAnsi"/>
          <w:b/>
          <w:lang w:val="nl-NL"/>
        </w:rPr>
      </w:pPr>
    </w:p>
    <w:p w14:paraId="38F93C4A" w14:textId="77777777" w:rsidR="00EE771D" w:rsidRPr="00FE4ABA" w:rsidRDefault="00EE771D" w:rsidP="00EE771D">
      <w:pPr>
        <w:rPr>
          <w:rFonts w:asciiTheme="majorHAnsi" w:hAnsiTheme="majorHAnsi" w:cstheme="majorHAnsi"/>
          <w:b/>
          <w:lang w:val="nl-NL"/>
        </w:rPr>
      </w:pPr>
      <w:r w:rsidRPr="00FE4ABA">
        <w:rPr>
          <w:rFonts w:asciiTheme="majorHAnsi" w:hAnsiTheme="majorHAnsi" w:cstheme="majorHAnsi"/>
          <w:b/>
          <w:lang w:val="nl-NL"/>
        </w:rPr>
        <w:t>KC De Emmaschool</w:t>
      </w:r>
    </w:p>
    <w:p w14:paraId="0B234E07" w14:textId="1C869A2C" w:rsidR="00EE771D" w:rsidRPr="00FE4ABA" w:rsidRDefault="0035640E" w:rsidP="00EE771D">
      <w:pPr>
        <w:rPr>
          <w:rFonts w:asciiTheme="majorHAnsi" w:hAnsiTheme="majorHAnsi" w:cstheme="majorHAnsi"/>
          <w:b/>
          <w:highlight w:val="yellow"/>
          <w:lang w:val="nl-NL"/>
        </w:rPr>
      </w:pPr>
      <w:r w:rsidRPr="00FE4ABA">
        <w:rPr>
          <w:rFonts w:asciiTheme="majorHAnsi" w:hAnsiTheme="majorHAnsi" w:cstheme="majorHAnsi"/>
          <w:b/>
          <w:noProof/>
          <w:lang w:val="nl-NL"/>
        </w:rPr>
        <w:drawing>
          <wp:inline distT="0" distB="0" distL="0" distR="0" wp14:anchorId="72D54B52" wp14:editId="1C2DFA94">
            <wp:extent cx="5486400" cy="2019300"/>
            <wp:effectExtent l="0" t="0" r="0" b="0"/>
            <wp:docPr id="13651546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54666" name=""/>
                    <pic:cNvPicPr/>
                  </pic:nvPicPr>
                  <pic:blipFill rotWithShape="1">
                    <a:blip r:embed="rId24"/>
                    <a:srcRect t="1" b="3782"/>
                    <a:stretch/>
                  </pic:blipFill>
                  <pic:spPr bwMode="auto">
                    <a:xfrm>
                      <a:off x="0" y="0"/>
                      <a:ext cx="5486400" cy="2019300"/>
                    </a:xfrm>
                    <a:prstGeom prst="rect">
                      <a:avLst/>
                    </a:prstGeom>
                    <a:ln>
                      <a:noFill/>
                    </a:ln>
                    <a:extLst>
                      <a:ext uri="{53640926-AAD7-44D8-BBD7-CCE9431645EC}">
                        <a14:shadowObscured xmlns:a14="http://schemas.microsoft.com/office/drawing/2010/main"/>
                      </a:ext>
                    </a:extLst>
                  </pic:spPr>
                </pic:pic>
              </a:graphicData>
            </a:graphic>
          </wp:inline>
        </w:drawing>
      </w:r>
    </w:p>
    <w:p w14:paraId="64751EEF" w14:textId="77777777" w:rsidR="00EE771D" w:rsidRPr="00FE4ABA" w:rsidRDefault="00EE771D" w:rsidP="00EE771D">
      <w:pPr>
        <w:rPr>
          <w:rFonts w:asciiTheme="majorHAnsi" w:hAnsiTheme="majorHAnsi" w:cstheme="majorHAnsi"/>
          <w:b/>
          <w:lang w:val="nl-NL"/>
        </w:rPr>
      </w:pPr>
      <w:r w:rsidRPr="00FE4ABA">
        <w:rPr>
          <w:rFonts w:asciiTheme="majorHAnsi" w:hAnsiTheme="majorHAnsi" w:cstheme="majorHAnsi"/>
          <w:b/>
          <w:lang w:val="nl-NL"/>
        </w:rPr>
        <w:t>Scores in procenten van de afgelopen 3 jaar.</w:t>
      </w:r>
    </w:p>
    <w:p w14:paraId="414CCD87" w14:textId="2C08FB6E" w:rsidR="00F40C3A" w:rsidRPr="00FE4ABA" w:rsidRDefault="00F40C3A" w:rsidP="00EE771D">
      <w:pPr>
        <w:rPr>
          <w:rFonts w:asciiTheme="majorHAnsi" w:eastAsia="Times New Roman" w:hAnsiTheme="majorHAnsi" w:cstheme="majorHAnsi"/>
          <w:highlight w:val="yellow"/>
          <w:lang w:val="nl-NL" w:eastAsia="nl-NL"/>
        </w:rPr>
      </w:pPr>
      <w:r w:rsidRPr="00FE4ABA">
        <w:rPr>
          <w:rFonts w:asciiTheme="majorHAnsi" w:eastAsia="Times New Roman" w:hAnsiTheme="majorHAnsi" w:cstheme="majorHAnsi"/>
          <w:noProof/>
          <w:lang w:val="nl-NL" w:eastAsia="nl-NL"/>
        </w:rPr>
        <w:drawing>
          <wp:inline distT="0" distB="0" distL="0" distR="0" wp14:anchorId="6FA280AD" wp14:editId="614959A8">
            <wp:extent cx="5486400" cy="1411605"/>
            <wp:effectExtent l="0" t="0" r="0" b="0"/>
            <wp:docPr id="12848589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58909" name=""/>
                    <pic:cNvPicPr/>
                  </pic:nvPicPr>
                  <pic:blipFill>
                    <a:blip r:embed="rId25"/>
                    <a:stretch>
                      <a:fillRect/>
                    </a:stretch>
                  </pic:blipFill>
                  <pic:spPr>
                    <a:xfrm>
                      <a:off x="0" y="0"/>
                      <a:ext cx="5486400" cy="1411605"/>
                    </a:xfrm>
                    <a:prstGeom prst="rect">
                      <a:avLst/>
                    </a:prstGeom>
                  </pic:spPr>
                </pic:pic>
              </a:graphicData>
            </a:graphic>
          </wp:inline>
        </w:drawing>
      </w:r>
    </w:p>
    <w:p w14:paraId="7388E21E" w14:textId="2B3984EA" w:rsidR="00EE771D" w:rsidRPr="00EE771D" w:rsidRDefault="00EE771D" w:rsidP="00941E02">
      <w:pPr>
        <w:pStyle w:val="Geenafstand"/>
        <w:rPr>
          <w:rFonts w:asciiTheme="majorHAnsi" w:hAnsiTheme="majorHAnsi" w:cstheme="majorHAnsi"/>
          <w:lang w:val="nl-NL"/>
        </w:rPr>
      </w:pPr>
      <w:r w:rsidRPr="00FE4ABA">
        <w:rPr>
          <w:rFonts w:asciiTheme="majorHAnsi" w:eastAsia="Times New Roman" w:hAnsiTheme="majorHAnsi" w:cstheme="majorHAnsi"/>
          <w:lang w:val="nl-NL" w:eastAsia="nl-NL"/>
        </w:rPr>
        <w:t xml:space="preserve">Bij ons 3-jaars gemiddelde zijn de resultaten boven signaleringswaarden </w:t>
      </w:r>
      <w:r w:rsidR="00334391" w:rsidRPr="00FE4ABA">
        <w:rPr>
          <w:rFonts w:asciiTheme="majorHAnsi" w:eastAsia="Times New Roman" w:hAnsiTheme="majorHAnsi" w:cstheme="majorHAnsi"/>
          <w:lang w:val="nl-NL" w:eastAsia="nl-NL"/>
        </w:rPr>
        <w:t>en</w:t>
      </w:r>
      <w:r w:rsidRPr="00FE4ABA">
        <w:rPr>
          <w:rFonts w:asciiTheme="majorHAnsi" w:eastAsia="Times New Roman" w:hAnsiTheme="majorHAnsi" w:cstheme="majorHAnsi"/>
          <w:lang w:val="nl-NL" w:eastAsia="nl-NL"/>
        </w:rPr>
        <w:t xml:space="preserve"> boven het landelijk gemiddelde en </w:t>
      </w:r>
      <w:r w:rsidR="00334391" w:rsidRPr="00FE4ABA">
        <w:rPr>
          <w:rFonts w:asciiTheme="majorHAnsi" w:eastAsia="Times New Roman" w:hAnsiTheme="majorHAnsi" w:cstheme="majorHAnsi"/>
          <w:lang w:val="nl-NL" w:eastAsia="nl-NL"/>
        </w:rPr>
        <w:t xml:space="preserve">we zitten boven </w:t>
      </w:r>
      <w:r w:rsidRPr="00FE4ABA">
        <w:rPr>
          <w:rFonts w:asciiTheme="majorHAnsi" w:eastAsia="Times New Roman" w:hAnsiTheme="majorHAnsi" w:cstheme="majorHAnsi"/>
          <w:lang w:val="nl-NL" w:eastAsia="nl-NL"/>
        </w:rPr>
        <w:t xml:space="preserve">ons </w:t>
      </w:r>
      <w:r w:rsidR="00334391" w:rsidRPr="00FE4ABA">
        <w:rPr>
          <w:rFonts w:asciiTheme="majorHAnsi" w:eastAsia="Times New Roman" w:hAnsiTheme="majorHAnsi" w:cstheme="majorHAnsi"/>
          <w:lang w:val="nl-NL" w:eastAsia="nl-NL"/>
        </w:rPr>
        <w:t xml:space="preserve">eigen </w:t>
      </w:r>
      <w:r w:rsidRPr="00FE4ABA">
        <w:rPr>
          <w:rFonts w:asciiTheme="majorHAnsi" w:eastAsia="Times New Roman" w:hAnsiTheme="majorHAnsi" w:cstheme="majorHAnsi"/>
          <w:lang w:val="nl-NL" w:eastAsia="nl-NL"/>
        </w:rPr>
        <w:t>ambitieniveau</w:t>
      </w:r>
      <w:r w:rsidR="00334391" w:rsidRPr="00FE4ABA">
        <w:rPr>
          <w:rFonts w:asciiTheme="majorHAnsi" w:hAnsiTheme="majorHAnsi" w:cstheme="majorHAnsi"/>
          <w:lang w:val="nl-NL" w:eastAsia="nl-NL"/>
        </w:rPr>
        <w:t xml:space="preserve"> </w:t>
      </w:r>
      <w:r w:rsidRPr="00FE4ABA">
        <w:rPr>
          <w:rFonts w:asciiTheme="majorHAnsi" w:hAnsiTheme="majorHAnsi" w:cstheme="majorHAnsi"/>
          <w:lang w:val="nl-NL" w:eastAsia="nl-NL"/>
        </w:rPr>
        <w:t>.</w:t>
      </w:r>
      <w:r w:rsidRPr="00FE4ABA">
        <w:rPr>
          <w:rFonts w:asciiTheme="majorHAnsi" w:eastAsia="Times New Roman" w:hAnsiTheme="majorHAnsi" w:cstheme="majorHAnsi"/>
          <w:lang w:val="nl-NL" w:eastAsia="nl-NL"/>
        </w:rPr>
        <w:t xml:space="preserve"> Bij verwijzing gaat </w:t>
      </w:r>
      <w:r w:rsidR="00941E02" w:rsidRPr="00FE4ABA">
        <w:rPr>
          <w:rFonts w:asciiTheme="majorHAnsi" w:eastAsia="Times New Roman" w:hAnsiTheme="majorHAnsi" w:cstheme="majorHAnsi"/>
          <w:lang w:val="nl-NL" w:eastAsia="nl-NL"/>
        </w:rPr>
        <w:t>45%</w:t>
      </w:r>
      <w:r w:rsidR="00941E02" w:rsidRPr="00FE4ABA">
        <w:rPr>
          <w:rFonts w:asciiTheme="majorHAnsi" w:eastAsia="Times New Roman" w:hAnsiTheme="majorHAnsi" w:cstheme="majorHAnsi"/>
          <w:color w:val="FF0000"/>
          <w:lang w:val="nl-NL" w:eastAsia="nl-NL"/>
        </w:rPr>
        <w:t xml:space="preserve"> </w:t>
      </w:r>
      <w:r w:rsidR="00941E02" w:rsidRPr="00FE4ABA">
        <w:rPr>
          <w:rFonts w:asciiTheme="majorHAnsi" w:eastAsia="Times New Roman" w:hAnsiTheme="majorHAnsi" w:cstheme="majorHAnsi"/>
          <w:lang w:val="nl-NL" w:eastAsia="nl-NL"/>
        </w:rPr>
        <w:t xml:space="preserve">naar </w:t>
      </w:r>
      <w:r w:rsidR="00941E02" w:rsidRPr="00B26F2C">
        <w:rPr>
          <w:rFonts w:asciiTheme="majorHAnsi" w:eastAsia="Times New Roman" w:hAnsiTheme="majorHAnsi" w:cstheme="majorHAnsi"/>
          <w:lang w:val="nl-NL" w:eastAsia="nl-NL"/>
        </w:rPr>
        <w:t>HAVO/VWO, met TL/H erbij is dat 77%.</w:t>
      </w:r>
    </w:p>
    <w:p w14:paraId="5D2CEC62" w14:textId="541741BC" w:rsidR="00941E02" w:rsidRPr="00EE771D" w:rsidRDefault="00941E02" w:rsidP="00941E02">
      <w:pPr>
        <w:pStyle w:val="Geenafstand"/>
        <w:rPr>
          <w:rFonts w:asciiTheme="majorHAnsi" w:hAnsiTheme="majorHAnsi" w:cstheme="majorHAnsi"/>
          <w:lang w:val="nl-NL"/>
        </w:rPr>
      </w:pPr>
      <w:r>
        <w:rPr>
          <w:noProof/>
        </w:rPr>
        <w:drawing>
          <wp:inline distT="0" distB="0" distL="0" distR="0" wp14:anchorId="1B41A0BE" wp14:editId="7C11C8EB">
            <wp:extent cx="2561229" cy="1435100"/>
            <wp:effectExtent l="0" t="0" r="0" b="0"/>
            <wp:docPr id="3920466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3290" cy="1486683"/>
                    </a:xfrm>
                    <a:prstGeom prst="rect">
                      <a:avLst/>
                    </a:prstGeom>
                    <a:noFill/>
                  </pic:spPr>
                </pic:pic>
              </a:graphicData>
            </a:graphic>
          </wp:inline>
        </w:drawing>
      </w:r>
    </w:p>
    <w:p w14:paraId="217A6FB9" w14:textId="77777777" w:rsidR="00FC4FEE" w:rsidRPr="00EE771D" w:rsidRDefault="00FC4FEE" w:rsidP="00FC4FEE">
      <w:pPr>
        <w:pStyle w:val="Kop3"/>
        <w:rPr>
          <w:lang w:val="nl-NL"/>
        </w:rPr>
      </w:pPr>
      <w:bookmarkStart w:id="94" w:name="_Toc201002799"/>
      <w:bookmarkStart w:id="95" w:name="_Toc207190209"/>
      <w:r w:rsidRPr="00B16615">
        <w:rPr>
          <w:lang w:val="nl-NL"/>
        </w:rPr>
        <w:lastRenderedPageBreak/>
        <w:t>Rapport</w:t>
      </w:r>
      <w:bookmarkEnd w:id="94"/>
      <w:bookmarkEnd w:id="95"/>
      <w:r w:rsidRPr="00B16615">
        <w:rPr>
          <w:lang w:val="nl-NL"/>
        </w:rPr>
        <w:t xml:space="preserve"> </w:t>
      </w:r>
    </w:p>
    <w:p w14:paraId="0129BA4A" w14:textId="3FE658C1" w:rsidR="00211965" w:rsidRPr="004121ED" w:rsidRDefault="00FC4FEE" w:rsidP="004121ED">
      <w:pPr>
        <w:spacing w:after="3" w:line="248" w:lineRule="auto"/>
        <w:ind w:left="-5" w:right="6" w:hanging="10"/>
        <w:rPr>
          <w:rFonts w:ascii="Calibri" w:hAnsi="Calibri" w:cs="Calibri"/>
          <w:lang w:val="nl-NL"/>
        </w:rPr>
      </w:pPr>
      <w:r w:rsidRPr="00AD0354">
        <w:rPr>
          <w:rFonts w:ascii="Calibri" w:hAnsi="Calibri" w:cs="Calibri"/>
          <w:lang w:val="nl-NL"/>
        </w:rPr>
        <w:t>Om u en de kinderen op de hoogte te houden van de vorderingen</w:t>
      </w:r>
      <w:r w:rsidR="617D4EDB" w:rsidRPr="7D9EC8CA">
        <w:rPr>
          <w:rFonts w:ascii="Calibri" w:hAnsi="Calibri" w:cs="Calibri"/>
          <w:lang w:val="nl-NL"/>
        </w:rPr>
        <w:t>,</w:t>
      </w:r>
      <w:r w:rsidRPr="00AD0354">
        <w:rPr>
          <w:rFonts w:ascii="Calibri" w:hAnsi="Calibri" w:cs="Calibri"/>
          <w:lang w:val="nl-NL"/>
        </w:rPr>
        <w:t xml:space="preserve"> krijgen de kinderen twee keer per jaar een rapport mee voorafgaand aan het oudergesprek. Hierin geven de leerkrachten zo goed mogelijk de ontwikkeling en leerresultaten van het kind weer.  </w:t>
      </w:r>
    </w:p>
    <w:p w14:paraId="7895B2B4" w14:textId="77777777" w:rsidR="00ED0CFB" w:rsidRDefault="00ED0CFB">
      <w:pPr>
        <w:rPr>
          <w:rFonts w:asciiTheme="majorHAnsi" w:eastAsiaTheme="majorEastAsia" w:hAnsiTheme="majorHAnsi" w:cstheme="majorBidi"/>
          <w:b/>
          <w:bCs/>
          <w:color w:val="365F91" w:themeColor="accent1" w:themeShade="BF"/>
          <w:sz w:val="28"/>
          <w:szCs w:val="28"/>
          <w:lang w:val="nl-NL"/>
        </w:rPr>
      </w:pPr>
      <w:bookmarkStart w:id="96" w:name="_Toc201002800"/>
      <w:r>
        <w:rPr>
          <w:lang w:val="nl-NL"/>
        </w:rPr>
        <w:br w:type="page"/>
      </w:r>
    </w:p>
    <w:p w14:paraId="29072954" w14:textId="51F362FF" w:rsidR="0078798F" w:rsidRDefault="0078798F" w:rsidP="0078798F">
      <w:pPr>
        <w:pStyle w:val="Kop1"/>
        <w:rPr>
          <w:lang w:val="nl-NL"/>
        </w:rPr>
      </w:pPr>
      <w:bookmarkStart w:id="97" w:name="_Toc207190210"/>
      <w:r w:rsidRPr="00B16615">
        <w:rPr>
          <w:lang w:val="nl-NL"/>
        </w:rPr>
        <w:lastRenderedPageBreak/>
        <w:t>6.Handige informatie voor ouders</w:t>
      </w:r>
      <w:bookmarkEnd w:id="96"/>
      <w:bookmarkEnd w:id="97"/>
    </w:p>
    <w:p w14:paraId="12C93510" w14:textId="64E3B779" w:rsidR="0078798F" w:rsidRPr="002351CD" w:rsidRDefault="0078798F" w:rsidP="0078798F">
      <w:pPr>
        <w:pStyle w:val="Kop2"/>
        <w:rPr>
          <w:lang w:val="nl-NL"/>
        </w:rPr>
      </w:pPr>
      <w:bookmarkStart w:id="98" w:name="_Toc201002801"/>
      <w:bookmarkStart w:id="99" w:name="_Toc207190211"/>
      <w:r w:rsidRPr="00B16615">
        <w:rPr>
          <w:lang w:val="nl-NL"/>
        </w:rPr>
        <w:t>6.1</w:t>
      </w:r>
      <w:r w:rsidR="2546203D" w:rsidRPr="00B16615">
        <w:rPr>
          <w:lang w:val="nl-NL"/>
        </w:rPr>
        <w:t xml:space="preserve"> </w:t>
      </w:r>
      <w:r w:rsidRPr="00B16615">
        <w:rPr>
          <w:lang w:val="nl-NL"/>
        </w:rPr>
        <w:t>Hoe worden ouders betrokken?</w:t>
      </w:r>
      <w:bookmarkEnd w:id="98"/>
      <w:bookmarkEnd w:id="99"/>
    </w:p>
    <w:p w14:paraId="4C056D78" w14:textId="6B5E1A90" w:rsidR="0078798F" w:rsidRDefault="0078798F" w:rsidP="0078798F">
      <w:pPr>
        <w:spacing w:after="5" w:line="249" w:lineRule="auto"/>
        <w:ind w:left="-5" w:hanging="10"/>
        <w:rPr>
          <w:rFonts w:ascii="Calibri" w:hAnsi="Calibri" w:cs="Calibri"/>
          <w:lang w:val="nl-NL"/>
        </w:rPr>
      </w:pPr>
      <w:r w:rsidRPr="00AD0354">
        <w:rPr>
          <w:rFonts w:ascii="Calibri" w:hAnsi="Calibri" w:cs="Calibri"/>
          <w:lang w:val="nl-NL"/>
        </w:rPr>
        <w:t xml:space="preserve">Betrokkenheid en een goede communicatie tussen het kindcentrum en thuis zijn van groot belang. Daarom houden wij u als ouder(s)/verzorger(s) op de onderstaande manieren op de hoogte van de ontwikkelingen van uw kind(eren) en van het kindcentrum. Alle ontwikkelingen op het gebied van ouderbetrokkenheid staan vermeld op ons borgingsdocument ‘ouderbetrokkenheid'. </w:t>
      </w:r>
    </w:p>
    <w:p w14:paraId="2B83BF4F" w14:textId="784F0EF7" w:rsidR="00505ED8" w:rsidRDefault="00505ED8" w:rsidP="0078798F">
      <w:pPr>
        <w:spacing w:after="5" w:line="249" w:lineRule="auto"/>
        <w:ind w:left="-5" w:hanging="10"/>
        <w:rPr>
          <w:rFonts w:ascii="Calibri" w:hAnsi="Calibri" w:cs="Calibri"/>
          <w:lang w:val="nl-NL"/>
        </w:rPr>
      </w:pPr>
    </w:p>
    <w:p w14:paraId="0BFE0EB2" w14:textId="28D1FC9C" w:rsidR="00505ED8" w:rsidRPr="002351CD" w:rsidRDefault="00505ED8" w:rsidP="0078798F">
      <w:pPr>
        <w:spacing w:after="5" w:line="249" w:lineRule="auto"/>
        <w:ind w:left="-5" w:hanging="10"/>
        <w:rPr>
          <w:rFonts w:ascii="Calibri" w:hAnsi="Calibri" w:cs="Calibri"/>
          <w:lang w:val="nl-NL"/>
        </w:rPr>
      </w:pPr>
      <w:r>
        <w:rPr>
          <w:noProof/>
        </w:rPr>
        <w:drawing>
          <wp:anchor distT="0" distB="0" distL="114300" distR="114300" simplePos="0" relativeHeight="251658243" behindDoc="0" locked="0" layoutInCell="1" allowOverlap="1" wp14:anchorId="37530B4C" wp14:editId="6B2993EE">
            <wp:simplePos x="0" y="0"/>
            <wp:positionH relativeFrom="margin">
              <wp:align>right</wp:align>
            </wp:positionH>
            <wp:positionV relativeFrom="paragraph">
              <wp:posOffset>50165</wp:posOffset>
            </wp:positionV>
            <wp:extent cx="1289050" cy="1400810"/>
            <wp:effectExtent l="0" t="0" r="6350" b="8890"/>
            <wp:wrapNone/>
            <wp:docPr id="4" name="Afbeelding 4" descr="V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9050" cy="1400810"/>
                    </a:xfrm>
                    <a:prstGeom prst="rect">
                      <a:avLst/>
                    </a:prstGeom>
                    <a:noFill/>
                    <a:ln>
                      <a:noFill/>
                    </a:ln>
                  </pic:spPr>
                </pic:pic>
              </a:graphicData>
            </a:graphic>
          </wp:anchor>
        </w:drawing>
      </w:r>
    </w:p>
    <w:p w14:paraId="56B6E7F5" w14:textId="77777777" w:rsidR="00505ED8" w:rsidRDefault="00505ED8" w:rsidP="0078798F">
      <w:pPr>
        <w:pStyle w:val="Kop3"/>
        <w:rPr>
          <w:rFonts w:cstheme="majorHAnsi"/>
          <w:lang w:val="nl-NL"/>
        </w:rPr>
      </w:pPr>
    </w:p>
    <w:p w14:paraId="4EFF9BC7" w14:textId="77777777" w:rsidR="00505ED8" w:rsidRDefault="00505ED8" w:rsidP="0078798F">
      <w:pPr>
        <w:pStyle w:val="Kop3"/>
        <w:rPr>
          <w:rFonts w:cstheme="majorHAnsi"/>
          <w:lang w:val="nl-NL"/>
        </w:rPr>
      </w:pPr>
    </w:p>
    <w:p w14:paraId="4C4E9F50" w14:textId="77777777" w:rsidR="00505ED8" w:rsidRDefault="00505ED8" w:rsidP="0078798F">
      <w:pPr>
        <w:pStyle w:val="Kop3"/>
        <w:rPr>
          <w:rFonts w:cstheme="majorHAnsi"/>
          <w:lang w:val="nl-NL"/>
        </w:rPr>
      </w:pPr>
    </w:p>
    <w:p w14:paraId="39843FAD" w14:textId="77777777" w:rsidR="00505ED8" w:rsidRDefault="00505ED8" w:rsidP="0078798F">
      <w:pPr>
        <w:pStyle w:val="Kop3"/>
        <w:rPr>
          <w:rFonts w:cstheme="majorHAnsi"/>
          <w:lang w:val="nl-NL"/>
        </w:rPr>
      </w:pPr>
    </w:p>
    <w:p w14:paraId="07457973" w14:textId="7F429CBF" w:rsidR="0078798F" w:rsidRPr="004121ED" w:rsidRDefault="0078798F" w:rsidP="00B16615">
      <w:pPr>
        <w:pStyle w:val="Kop3"/>
        <w:rPr>
          <w:lang w:val="nl-NL"/>
        </w:rPr>
      </w:pPr>
      <w:bookmarkStart w:id="100" w:name="_Toc201002802"/>
      <w:bookmarkStart w:id="101" w:name="_Toc207190212"/>
      <w:r w:rsidRPr="00B16615">
        <w:rPr>
          <w:lang w:val="nl-NL"/>
        </w:rPr>
        <w:t>Informatie vanuit het kindcentrum</w:t>
      </w:r>
      <w:bookmarkEnd w:id="100"/>
      <w:bookmarkEnd w:id="101"/>
      <w:r w:rsidRPr="00B16615">
        <w:rPr>
          <w:lang w:val="nl-NL"/>
        </w:rPr>
        <w:t xml:space="preserve"> </w:t>
      </w:r>
    </w:p>
    <w:p w14:paraId="0F50F6FD" w14:textId="77777777"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Regelmatig ontvangt u vanuit het onderwijs de nieuwsbrief digitaal via </w:t>
      </w:r>
      <w:proofErr w:type="spellStart"/>
      <w:r w:rsidRPr="00AD0354">
        <w:rPr>
          <w:rFonts w:ascii="Calibri" w:hAnsi="Calibri" w:cs="Calibri"/>
          <w:lang w:val="nl-NL"/>
        </w:rPr>
        <w:t>Social</w:t>
      </w:r>
      <w:proofErr w:type="spellEnd"/>
      <w:r w:rsidRPr="00AD0354">
        <w:rPr>
          <w:rFonts w:ascii="Calibri" w:hAnsi="Calibri" w:cs="Calibri"/>
          <w:lang w:val="nl-NL"/>
        </w:rPr>
        <w:t xml:space="preserve"> Schools. De opvang ontvangt de nieuwsbrief via </w:t>
      </w:r>
      <w:proofErr w:type="spellStart"/>
      <w:r w:rsidRPr="00AD0354">
        <w:rPr>
          <w:rFonts w:ascii="Calibri" w:hAnsi="Calibri" w:cs="Calibri"/>
          <w:lang w:val="nl-NL"/>
        </w:rPr>
        <w:t>KidsAdmin</w:t>
      </w:r>
      <w:proofErr w:type="spellEnd"/>
      <w:r w:rsidRPr="00AD0354">
        <w:rPr>
          <w:rFonts w:ascii="Calibri" w:hAnsi="Calibri" w:cs="Calibri"/>
          <w:lang w:val="nl-NL"/>
        </w:rPr>
        <w:t xml:space="preserve">. Op deze wijze wordt iedereen op de hoogte gehouden van hetgeen er op ons kindcentrum speelt. </w:t>
      </w:r>
    </w:p>
    <w:p w14:paraId="302002F4" w14:textId="77777777" w:rsidR="0078798F" w:rsidRPr="002351CD" w:rsidRDefault="0078798F" w:rsidP="0078798F">
      <w:pPr>
        <w:spacing w:after="0"/>
        <w:rPr>
          <w:rFonts w:ascii="Calibri" w:hAnsi="Calibri" w:cs="Calibri"/>
          <w:lang w:val="nl-NL"/>
        </w:rPr>
      </w:pPr>
      <w:r w:rsidRPr="002351CD">
        <w:rPr>
          <w:rFonts w:ascii="Calibri" w:hAnsi="Calibri" w:cs="Calibri"/>
          <w:color w:val="595959"/>
          <w:lang w:val="nl-NL"/>
        </w:rPr>
        <w:t xml:space="preserve"> </w:t>
      </w:r>
    </w:p>
    <w:p w14:paraId="571E2993" w14:textId="77777777" w:rsidR="0078798F" w:rsidRPr="00EE771D" w:rsidRDefault="0078798F" w:rsidP="00B16615">
      <w:pPr>
        <w:pStyle w:val="Kop3"/>
        <w:spacing w:before="0" w:line="259" w:lineRule="auto"/>
        <w:ind w:left="525" w:hanging="540"/>
        <w:rPr>
          <w:lang w:val="nl-NL"/>
        </w:rPr>
      </w:pPr>
      <w:bookmarkStart w:id="102" w:name="_Toc201002803"/>
      <w:bookmarkStart w:id="103" w:name="_Toc207190213"/>
      <w:r w:rsidRPr="00B16615">
        <w:rPr>
          <w:lang w:val="nl-NL"/>
        </w:rPr>
        <w:t>Weekbericht</w:t>
      </w:r>
      <w:bookmarkEnd w:id="102"/>
      <w:bookmarkEnd w:id="103"/>
      <w:r w:rsidRPr="00B16615">
        <w:rPr>
          <w:lang w:val="nl-NL"/>
        </w:rPr>
        <w:t xml:space="preserve"> </w:t>
      </w:r>
    </w:p>
    <w:p w14:paraId="3B2DCB90" w14:textId="77777777" w:rsidR="0078798F" w:rsidRPr="00AD0354" w:rsidRDefault="0078798F" w:rsidP="0078798F">
      <w:pPr>
        <w:spacing w:after="3" w:line="248" w:lineRule="auto"/>
        <w:ind w:left="-5" w:hanging="10"/>
        <w:rPr>
          <w:rFonts w:ascii="Calibri" w:hAnsi="Calibri" w:cs="Calibri"/>
          <w:lang w:val="nl-NL"/>
        </w:rPr>
      </w:pPr>
      <w:r w:rsidRPr="692CB0CB">
        <w:rPr>
          <w:rFonts w:ascii="Calibri" w:hAnsi="Calibri" w:cs="Calibri"/>
          <w:lang w:val="nl-NL"/>
        </w:rPr>
        <w:t xml:space="preserve">Iedere week ontvangen ouders een weekbericht van de leerkracht. In dit weekbericht delen de leerkrachten de belangrijkste informatie uit de groep. Er wordt teruggeblikt en vooruitgeblikt.  </w:t>
      </w:r>
    </w:p>
    <w:p w14:paraId="66E72103" w14:textId="77777777" w:rsidR="0078798F" w:rsidRPr="00EE771D" w:rsidRDefault="0078798F" w:rsidP="0078798F">
      <w:pPr>
        <w:spacing w:after="0"/>
        <w:rPr>
          <w:rFonts w:asciiTheme="majorHAnsi" w:hAnsiTheme="majorHAnsi" w:cstheme="majorHAnsi"/>
          <w:lang w:val="nl-NL"/>
        </w:rPr>
      </w:pPr>
      <w:r w:rsidRPr="00EE771D">
        <w:rPr>
          <w:rFonts w:asciiTheme="majorHAnsi" w:hAnsiTheme="majorHAnsi" w:cstheme="majorHAnsi"/>
          <w:color w:val="595959"/>
          <w:lang w:val="nl-NL"/>
        </w:rPr>
        <w:t xml:space="preserve"> </w:t>
      </w:r>
    </w:p>
    <w:p w14:paraId="4BEA57CA" w14:textId="7AFBCE56" w:rsidR="0078798F" w:rsidRPr="00EE771D" w:rsidRDefault="0078798F" w:rsidP="00B16615">
      <w:pPr>
        <w:pStyle w:val="Kop3"/>
        <w:spacing w:before="0" w:line="259" w:lineRule="auto"/>
        <w:ind w:left="523" w:hanging="538"/>
        <w:rPr>
          <w:lang w:val="nl-NL"/>
        </w:rPr>
      </w:pPr>
      <w:bookmarkStart w:id="104" w:name="_Toc201002804"/>
      <w:bookmarkStart w:id="105" w:name="_Toc207190214"/>
      <w:r w:rsidRPr="00B16615">
        <w:rPr>
          <w:lang w:val="nl-NL"/>
        </w:rPr>
        <w:t xml:space="preserve">Plateaugids en informatiegids </w:t>
      </w:r>
      <w:r w:rsidR="00E9735E">
        <w:rPr>
          <w:lang w:val="nl-NL"/>
        </w:rPr>
        <w:t>K</w:t>
      </w:r>
      <w:r w:rsidRPr="00B16615">
        <w:rPr>
          <w:lang w:val="nl-NL"/>
        </w:rPr>
        <w:t>indcentrum Emmaschool</w:t>
      </w:r>
      <w:bookmarkEnd w:id="104"/>
      <w:bookmarkEnd w:id="105"/>
      <w:r w:rsidRPr="00B16615">
        <w:rPr>
          <w:lang w:val="nl-NL"/>
        </w:rPr>
        <w:t xml:space="preserve"> </w:t>
      </w:r>
    </w:p>
    <w:p w14:paraId="7836C934" w14:textId="77777777"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De informatiegids wordt eenmalig bij aanmelding uitgereikt en bevat uitgebreide informatie over de Emmaschool. De meest actuele versie van de schoolgids staat op de website en is te lezen via de portal van </w:t>
      </w:r>
      <w:proofErr w:type="spellStart"/>
      <w:r w:rsidRPr="00AD0354">
        <w:rPr>
          <w:rFonts w:ascii="Calibri" w:hAnsi="Calibri" w:cs="Calibri"/>
          <w:lang w:val="nl-NL"/>
        </w:rPr>
        <w:t>Social</w:t>
      </w:r>
      <w:proofErr w:type="spellEnd"/>
      <w:r w:rsidRPr="00AD0354">
        <w:rPr>
          <w:rFonts w:ascii="Calibri" w:hAnsi="Calibri" w:cs="Calibri"/>
          <w:lang w:val="nl-NL"/>
        </w:rPr>
        <w:t xml:space="preserve"> Schools. </w:t>
      </w:r>
    </w:p>
    <w:p w14:paraId="68D1D483" w14:textId="77777777" w:rsidR="0078798F" w:rsidRPr="00EE771D" w:rsidRDefault="0078798F" w:rsidP="0078798F">
      <w:pPr>
        <w:spacing w:after="0"/>
        <w:rPr>
          <w:rFonts w:asciiTheme="majorHAnsi" w:hAnsiTheme="majorHAnsi" w:cstheme="majorHAnsi"/>
          <w:lang w:val="nl-NL"/>
        </w:rPr>
      </w:pPr>
      <w:r w:rsidRPr="00EE771D">
        <w:rPr>
          <w:rFonts w:asciiTheme="majorHAnsi" w:hAnsiTheme="majorHAnsi" w:cstheme="majorHAnsi"/>
          <w:color w:val="595959"/>
          <w:lang w:val="nl-NL"/>
        </w:rPr>
        <w:t xml:space="preserve"> </w:t>
      </w:r>
    </w:p>
    <w:p w14:paraId="54D292E9" w14:textId="77777777" w:rsidR="0078798F" w:rsidRPr="00EE771D" w:rsidRDefault="0078798F" w:rsidP="00B16615">
      <w:pPr>
        <w:pStyle w:val="Kop3"/>
        <w:spacing w:before="0" w:line="259" w:lineRule="auto"/>
        <w:ind w:left="583" w:hanging="598"/>
        <w:rPr>
          <w:lang w:val="nl-NL"/>
        </w:rPr>
      </w:pPr>
      <w:bookmarkStart w:id="106" w:name="_Toc201002805"/>
      <w:bookmarkStart w:id="107" w:name="_Toc207190215"/>
      <w:proofErr w:type="spellStart"/>
      <w:r w:rsidRPr="00B16615">
        <w:rPr>
          <w:lang w:val="nl-NL"/>
        </w:rPr>
        <w:t>Social</w:t>
      </w:r>
      <w:proofErr w:type="spellEnd"/>
      <w:r w:rsidRPr="00B16615">
        <w:rPr>
          <w:lang w:val="nl-NL"/>
        </w:rPr>
        <w:t xml:space="preserve"> Schools</w:t>
      </w:r>
      <w:bookmarkEnd w:id="106"/>
      <w:bookmarkEnd w:id="107"/>
      <w:r w:rsidRPr="00B16615">
        <w:rPr>
          <w:lang w:val="nl-NL"/>
        </w:rPr>
        <w:t xml:space="preserve"> </w:t>
      </w:r>
    </w:p>
    <w:p w14:paraId="61DE3889" w14:textId="0104230C" w:rsidR="685B1E9B" w:rsidRDefault="685B1E9B" w:rsidP="3296F1BC">
      <w:pPr>
        <w:spacing w:after="0"/>
        <w:rPr>
          <w:rFonts w:ascii="Calibri" w:hAnsi="Calibri" w:cs="Calibri"/>
          <w:lang w:val="nl-NL"/>
        </w:rPr>
      </w:pPr>
      <w:r w:rsidRPr="3296F1BC">
        <w:rPr>
          <w:rFonts w:ascii="Calibri" w:hAnsi="Calibri" w:cs="Calibri"/>
          <w:lang w:val="nl-NL"/>
        </w:rPr>
        <w:t xml:space="preserve">Kindcentrum </w:t>
      </w:r>
      <w:r w:rsidR="0078798F" w:rsidRPr="00AD0354">
        <w:rPr>
          <w:rFonts w:ascii="Calibri" w:hAnsi="Calibri" w:cs="Calibri"/>
          <w:lang w:val="nl-NL"/>
        </w:rPr>
        <w:t xml:space="preserve">Emmaschool </w:t>
      </w:r>
      <w:r w:rsidRPr="3296F1BC">
        <w:rPr>
          <w:rFonts w:ascii="Calibri" w:hAnsi="Calibri" w:cs="Calibri"/>
          <w:lang w:val="nl-NL"/>
        </w:rPr>
        <w:t>communiceert met ouders</w:t>
      </w:r>
      <w:r w:rsidR="0078798F" w:rsidRPr="00AD0354">
        <w:rPr>
          <w:rFonts w:ascii="Calibri" w:hAnsi="Calibri" w:cs="Calibri"/>
          <w:lang w:val="nl-NL"/>
        </w:rPr>
        <w:t xml:space="preserve"> via het </w:t>
      </w:r>
      <w:r w:rsidRPr="3296F1BC">
        <w:rPr>
          <w:rFonts w:ascii="Calibri" w:hAnsi="Calibri" w:cs="Calibri"/>
          <w:lang w:val="nl-NL"/>
        </w:rPr>
        <w:t>ouderportaal</w:t>
      </w:r>
      <w:r w:rsidR="0078798F" w:rsidRPr="00AD0354">
        <w:rPr>
          <w:rFonts w:ascii="Calibri" w:hAnsi="Calibri" w:cs="Calibri"/>
          <w:lang w:val="nl-NL"/>
        </w:rPr>
        <w:t xml:space="preserve"> </w:t>
      </w:r>
      <w:proofErr w:type="spellStart"/>
      <w:r w:rsidR="0078798F" w:rsidRPr="00AD0354">
        <w:rPr>
          <w:rFonts w:ascii="Calibri" w:hAnsi="Calibri" w:cs="Calibri"/>
          <w:lang w:val="nl-NL"/>
        </w:rPr>
        <w:t>Social</w:t>
      </w:r>
      <w:proofErr w:type="spellEnd"/>
      <w:r w:rsidR="0078798F" w:rsidRPr="00AD0354">
        <w:rPr>
          <w:rFonts w:ascii="Calibri" w:hAnsi="Calibri" w:cs="Calibri"/>
          <w:lang w:val="nl-NL"/>
        </w:rPr>
        <w:t xml:space="preserve"> Schools. </w:t>
      </w:r>
      <w:r w:rsidRPr="3296F1BC">
        <w:rPr>
          <w:rFonts w:ascii="Calibri" w:hAnsi="Calibri" w:cs="Calibri"/>
          <w:lang w:val="nl-NL"/>
        </w:rPr>
        <w:t xml:space="preserve">Informatie kan via dit systeem makkelijk en snel met ouders gedeeld worden.  </w:t>
      </w:r>
    </w:p>
    <w:p w14:paraId="6E1E4B59" w14:textId="7CFF9947" w:rsidR="685B1E9B" w:rsidRDefault="5BC2D7B4" w:rsidP="3296F1BC">
      <w:pPr>
        <w:spacing w:after="3" w:line="248" w:lineRule="auto"/>
        <w:ind w:left="-5" w:right="420" w:hanging="10"/>
        <w:rPr>
          <w:rFonts w:ascii="Calibri" w:hAnsi="Calibri" w:cs="Calibri"/>
          <w:lang w:val="nl-NL"/>
        </w:rPr>
      </w:pPr>
      <w:r w:rsidRPr="00B16615">
        <w:rPr>
          <w:rFonts w:ascii="Calibri" w:hAnsi="Calibri" w:cs="Calibri"/>
          <w:lang w:val="nl-NL"/>
        </w:rPr>
        <w:t xml:space="preserve">Via dit systeem kunt u ook als ouder korte mededelingen naar de leerkracht sturen. De leerkracht leest deze over het algemeen en indien mogelijk voor aanvang van de schooldag.  Ook de oudergesprekken worden via dit systeem gepland.  </w:t>
      </w:r>
      <w:r w:rsidR="38458156" w:rsidRPr="00B16615">
        <w:rPr>
          <w:rFonts w:ascii="Calibri" w:hAnsi="Calibri" w:cs="Calibri"/>
          <w:lang w:val="nl-NL"/>
        </w:rPr>
        <w:t xml:space="preserve">Ook kunnen ouders verlof aanvragen </w:t>
      </w:r>
      <w:proofErr w:type="spellStart"/>
      <w:r w:rsidR="790CC066" w:rsidRPr="00B16615">
        <w:rPr>
          <w:rFonts w:ascii="Calibri" w:hAnsi="Calibri" w:cs="Calibri"/>
          <w:lang w:val="nl-NL"/>
        </w:rPr>
        <w:t>Social</w:t>
      </w:r>
      <w:proofErr w:type="spellEnd"/>
      <w:r w:rsidR="790CC066" w:rsidRPr="00B16615">
        <w:rPr>
          <w:rFonts w:ascii="Calibri" w:hAnsi="Calibri" w:cs="Calibri"/>
          <w:lang w:val="nl-NL"/>
        </w:rPr>
        <w:t xml:space="preserve"> schools, of hun kind absent melden.</w:t>
      </w:r>
    </w:p>
    <w:p w14:paraId="59B60980" w14:textId="797A1F57" w:rsidR="3296F1BC" w:rsidRDefault="3296F1BC" w:rsidP="3296F1BC">
      <w:pPr>
        <w:spacing w:after="3" w:line="248" w:lineRule="auto"/>
        <w:ind w:left="-5" w:hanging="10"/>
        <w:rPr>
          <w:rFonts w:ascii="Calibri" w:hAnsi="Calibri" w:cs="Calibri"/>
          <w:lang w:val="nl-NL"/>
        </w:rPr>
      </w:pPr>
    </w:p>
    <w:p w14:paraId="2D5ACF02" w14:textId="4CB5930E" w:rsidR="0078798F" w:rsidRDefault="0078798F" w:rsidP="7D9EC8CA">
      <w:pPr>
        <w:spacing w:after="3" w:line="248" w:lineRule="auto"/>
        <w:ind w:left="-15"/>
        <w:rPr>
          <w:rFonts w:ascii="Calibri" w:hAnsi="Calibri" w:cs="Calibri"/>
          <w:lang w:val="nl-NL"/>
        </w:rPr>
      </w:pPr>
      <w:r w:rsidRPr="00B16615">
        <w:rPr>
          <w:rFonts w:ascii="Calibri" w:hAnsi="Calibri" w:cs="Calibri"/>
          <w:lang w:val="nl-NL"/>
        </w:rPr>
        <w:t xml:space="preserve">Briefjes, uitnodigingen en andere berichten worden digitaal verstuurd. Tevens vragen we de ouders om aan het begin van ieder schooljaar de meest actuele gegevens en noodnummers door te geven via </w:t>
      </w:r>
      <w:proofErr w:type="spellStart"/>
      <w:r w:rsidRPr="00B16615">
        <w:rPr>
          <w:rFonts w:ascii="Calibri" w:hAnsi="Calibri" w:cs="Calibri"/>
          <w:lang w:val="nl-NL"/>
        </w:rPr>
        <w:t>Social</w:t>
      </w:r>
      <w:proofErr w:type="spellEnd"/>
      <w:r w:rsidRPr="00B16615">
        <w:rPr>
          <w:rFonts w:ascii="Calibri" w:hAnsi="Calibri" w:cs="Calibri"/>
          <w:lang w:val="nl-NL"/>
        </w:rPr>
        <w:t xml:space="preserve"> Schools. </w:t>
      </w:r>
      <w:r w:rsidR="00446DE3" w:rsidRPr="00B16615">
        <w:rPr>
          <w:rFonts w:ascii="Calibri" w:hAnsi="Calibri" w:cs="Calibri"/>
          <w:lang w:val="nl-NL"/>
        </w:rPr>
        <w:t>Ev</w:t>
      </w:r>
      <w:r w:rsidRPr="00B16615">
        <w:rPr>
          <w:rFonts w:ascii="Calibri" w:hAnsi="Calibri" w:cs="Calibri"/>
          <w:lang w:val="nl-NL"/>
        </w:rPr>
        <w:t xml:space="preserve">entuele medische bijzonderheden kunnen hier ook vermeld worden. Ook staat er in </w:t>
      </w:r>
      <w:proofErr w:type="spellStart"/>
      <w:r w:rsidRPr="00B16615">
        <w:rPr>
          <w:rFonts w:ascii="Calibri" w:hAnsi="Calibri" w:cs="Calibri"/>
          <w:lang w:val="nl-NL"/>
        </w:rPr>
        <w:t>Social</w:t>
      </w:r>
      <w:proofErr w:type="spellEnd"/>
      <w:r w:rsidRPr="00B16615">
        <w:rPr>
          <w:rFonts w:ascii="Calibri" w:hAnsi="Calibri" w:cs="Calibri"/>
          <w:lang w:val="nl-NL"/>
        </w:rPr>
        <w:t xml:space="preserve"> Schools de jaarkalender die up </w:t>
      </w:r>
      <w:proofErr w:type="spellStart"/>
      <w:r w:rsidRPr="00B16615">
        <w:rPr>
          <w:rFonts w:ascii="Calibri" w:hAnsi="Calibri" w:cs="Calibri"/>
          <w:lang w:val="nl-NL"/>
        </w:rPr>
        <w:t>to</w:t>
      </w:r>
      <w:proofErr w:type="spellEnd"/>
      <w:r w:rsidRPr="00B16615">
        <w:rPr>
          <w:rFonts w:ascii="Calibri" w:hAnsi="Calibri" w:cs="Calibri"/>
          <w:lang w:val="nl-NL"/>
        </w:rPr>
        <w:t xml:space="preserve"> date wordt gehouden.  </w:t>
      </w:r>
    </w:p>
    <w:p w14:paraId="4E637619" w14:textId="58B67C9D" w:rsidR="00505ED8" w:rsidRDefault="00505ED8" w:rsidP="0078798F">
      <w:pPr>
        <w:spacing w:after="3" w:line="248" w:lineRule="auto"/>
        <w:ind w:left="-5" w:hanging="10"/>
        <w:rPr>
          <w:rFonts w:ascii="Calibri" w:hAnsi="Calibri" w:cs="Calibri"/>
          <w:lang w:val="nl-NL"/>
        </w:rPr>
      </w:pPr>
    </w:p>
    <w:p w14:paraId="6BD78393" w14:textId="322667F8" w:rsidR="00505ED8" w:rsidRDefault="00505ED8" w:rsidP="0078798F">
      <w:pPr>
        <w:spacing w:after="3" w:line="248" w:lineRule="auto"/>
        <w:ind w:left="-5" w:hanging="10"/>
        <w:rPr>
          <w:rFonts w:ascii="Calibri" w:hAnsi="Calibri" w:cs="Calibri"/>
          <w:lang w:val="nl-NL"/>
        </w:rPr>
      </w:pPr>
      <w:r>
        <w:rPr>
          <w:noProof/>
        </w:rPr>
        <w:lastRenderedPageBreak/>
        <w:drawing>
          <wp:anchor distT="0" distB="0" distL="114300" distR="114300" simplePos="0" relativeHeight="251658242" behindDoc="0" locked="0" layoutInCell="1" allowOverlap="1" wp14:anchorId="066F61C0" wp14:editId="52002BE5">
            <wp:simplePos x="0" y="0"/>
            <wp:positionH relativeFrom="margin">
              <wp:align>left</wp:align>
            </wp:positionH>
            <wp:positionV relativeFrom="paragraph">
              <wp:posOffset>63500</wp:posOffset>
            </wp:positionV>
            <wp:extent cx="2857500" cy="590550"/>
            <wp:effectExtent l="0" t="0" r="0" b="0"/>
            <wp:wrapNone/>
            <wp:docPr id="3" name="Afbeelding 3" descr="Social Schools 3.0 - Montessori IKC De Groen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Schools 3.0 - Montessori IKC De Groene 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590550"/>
                    </a:xfrm>
                    <a:prstGeom prst="rect">
                      <a:avLst/>
                    </a:prstGeom>
                    <a:noFill/>
                    <a:ln>
                      <a:noFill/>
                    </a:ln>
                  </pic:spPr>
                </pic:pic>
              </a:graphicData>
            </a:graphic>
          </wp:anchor>
        </w:drawing>
      </w:r>
    </w:p>
    <w:p w14:paraId="2DD1BDB2" w14:textId="62672948" w:rsidR="00505ED8" w:rsidRDefault="00505ED8" w:rsidP="0078798F">
      <w:pPr>
        <w:spacing w:after="3" w:line="248" w:lineRule="auto"/>
        <w:ind w:left="-5" w:hanging="10"/>
        <w:rPr>
          <w:rFonts w:ascii="Calibri" w:hAnsi="Calibri" w:cs="Calibri"/>
          <w:lang w:val="nl-NL"/>
        </w:rPr>
      </w:pPr>
    </w:p>
    <w:p w14:paraId="2AA7A445" w14:textId="7C55C13B" w:rsidR="00505ED8" w:rsidRDefault="00505ED8" w:rsidP="0078798F">
      <w:pPr>
        <w:spacing w:after="3" w:line="248" w:lineRule="auto"/>
        <w:ind w:left="-5" w:hanging="10"/>
        <w:rPr>
          <w:rFonts w:ascii="Calibri" w:hAnsi="Calibri" w:cs="Calibri"/>
          <w:lang w:val="nl-NL"/>
        </w:rPr>
      </w:pPr>
    </w:p>
    <w:p w14:paraId="00E2F04B" w14:textId="77777777" w:rsidR="00505ED8" w:rsidRPr="00AD0354" w:rsidRDefault="00505ED8" w:rsidP="0078798F">
      <w:pPr>
        <w:spacing w:after="3" w:line="248" w:lineRule="auto"/>
        <w:ind w:left="-5" w:hanging="10"/>
        <w:rPr>
          <w:rFonts w:ascii="Calibri" w:hAnsi="Calibri" w:cs="Calibri"/>
          <w:lang w:val="nl-NL"/>
        </w:rPr>
      </w:pPr>
    </w:p>
    <w:p w14:paraId="35640665" w14:textId="0DAF814D" w:rsidR="00505ED8" w:rsidRDefault="00505ED8" w:rsidP="0078798F">
      <w:pPr>
        <w:spacing w:after="3" w:line="248" w:lineRule="auto"/>
        <w:ind w:left="-5" w:right="420" w:hanging="10"/>
        <w:rPr>
          <w:rFonts w:ascii="Calibri" w:hAnsi="Calibri" w:cs="Calibri"/>
          <w:lang w:val="nl-NL"/>
        </w:rPr>
      </w:pPr>
    </w:p>
    <w:p w14:paraId="0C70A998" w14:textId="77777777" w:rsidR="0078798F" w:rsidRPr="00AD0354" w:rsidRDefault="0078798F" w:rsidP="0078798F">
      <w:pPr>
        <w:spacing w:after="0"/>
        <w:rPr>
          <w:rFonts w:ascii="Calibri" w:hAnsi="Calibri" w:cs="Calibri"/>
          <w:lang w:val="nl-NL"/>
        </w:rPr>
      </w:pPr>
      <w:r w:rsidRPr="00AD0354">
        <w:rPr>
          <w:rFonts w:ascii="Calibri" w:hAnsi="Calibri" w:cs="Calibri"/>
          <w:lang w:val="nl-NL"/>
        </w:rPr>
        <w:t xml:space="preserve">  </w:t>
      </w:r>
    </w:p>
    <w:p w14:paraId="5926E204" w14:textId="1EF77D70" w:rsidR="0078798F"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Alle ouders ontvangen een eigen inlogcode voor </w:t>
      </w:r>
      <w:proofErr w:type="spellStart"/>
      <w:r w:rsidRPr="00AD0354">
        <w:rPr>
          <w:rFonts w:ascii="Calibri" w:hAnsi="Calibri" w:cs="Calibri"/>
          <w:lang w:val="nl-NL"/>
        </w:rPr>
        <w:t>Social</w:t>
      </w:r>
      <w:proofErr w:type="spellEnd"/>
      <w:r w:rsidRPr="00AD0354">
        <w:rPr>
          <w:rFonts w:ascii="Calibri" w:hAnsi="Calibri" w:cs="Calibri"/>
          <w:lang w:val="nl-NL"/>
        </w:rPr>
        <w:t xml:space="preserve"> Schools. Indien u deze nog niet heeft dan kunt u een bericht sturen aan info@kindcentrum-emmaschool.nl of u kunt binnenlopen bij de administratie.  </w:t>
      </w:r>
    </w:p>
    <w:p w14:paraId="1794016A" w14:textId="2406FD2D" w:rsidR="00505ED8" w:rsidRDefault="00505ED8" w:rsidP="0078798F">
      <w:pPr>
        <w:spacing w:after="3" w:line="248" w:lineRule="auto"/>
        <w:ind w:left="-5" w:hanging="10"/>
        <w:rPr>
          <w:rFonts w:ascii="Calibri" w:hAnsi="Calibri" w:cs="Calibri"/>
          <w:lang w:val="nl-NL"/>
        </w:rPr>
      </w:pPr>
    </w:p>
    <w:p w14:paraId="43B99D54" w14:textId="77777777" w:rsidR="0078798F" w:rsidRPr="00EE771D" w:rsidRDefault="0078798F" w:rsidP="0078798F">
      <w:pPr>
        <w:spacing w:after="0"/>
        <w:rPr>
          <w:rFonts w:asciiTheme="majorHAnsi" w:hAnsiTheme="majorHAnsi" w:cstheme="majorHAnsi"/>
          <w:lang w:val="nl-NL"/>
        </w:rPr>
      </w:pPr>
      <w:r w:rsidRPr="00EE771D">
        <w:rPr>
          <w:rFonts w:asciiTheme="majorHAnsi" w:hAnsiTheme="majorHAnsi" w:cstheme="majorHAnsi"/>
          <w:color w:val="595959"/>
          <w:lang w:val="nl-NL"/>
        </w:rPr>
        <w:t xml:space="preserve"> </w:t>
      </w:r>
    </w:p>
    <w:p w14:paraId="42D56C3E" w14:textId="77777777" w:rsidR="0078798F" w:rsidRPr="00EE771D" w:rsidRDefault="0078798F" w:rsidP="00B16615">
      <w:pPr>
        <w:pStyle w:val="Kop3"/>
        <w:spacing w:before="0" w:line="259" w:lineRule="auto"/>
        <w:ind w:left="525" w:hanging="540"/>
        <w:rPr>
          <w:lang w:val="nl-NL"/>
        </w:rPr>
      </w:pPr>
      <w:bookmarkStart w:id="108" w:name="_Toc201002806"/>
      <w:bookmarkStart w:id="109" w:name="_Toc207190216"/>
      <w:r w:rsidRPr="00B16615">
        <w:rPr>
          <w:lang w:val="nl-NL"/>
        </w:rPr>
        <w:t>Informatieavond</w:t>
      </w:r>
      <w:bookmarkEnd w:id="108"/>
      <w:bookmarkEnd w:id="109"/>
      <w:r w:rsidRPr="00B16615">
        <w:rPr>
          <w:lang w:val="nl-NL"/>
        </w:rPr>
        <w:t xml:space="preserve"> </w:t>
      </w:r>
    </w:p>
    <w:p w14:paraId="10A6605E" w14:textId="77777777"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Aan het begin van het schooljaar wordt een informatie-inloop-avond voor de ouders van de groep georganiseerd. Op deze avond worden onderwijsinhoudelijke zaken aan de orde gesteld, maar ook enkele praktische afspraken gemaakt. </w:t>
      </w:r>
    </w:p>
    <w:p w14:paraId="59CBA175" w14:textId="77777777" w:rsidR="0078798F" w:rsidRPr="00EE771D" w:rsidRDefault="0078798F" w:rsidP="0078798F">
      <w:pPr>
        <w:spacing w:after="0"/>
        <w:rPr>
          <w:rFonts w:asciiTheme="majorHAnsi" w:hAnsiTheme="majorHAnsi" w:cstheme="majorHAnsi"/>
          <w:lang w:val="nl-NL"/>
        </w:rPr>
      </w:pPr>
      <w:r w:rsidRPr="00EE771D">
        <w:rPr>
          <w:rFonts w:asciiTheme="majorHAnsi" w:hAnsiTheme="majorHAnsi" w:cstheme="majorHAnsi"/>
          <w:color w:val="595959"/>
          <w:lang w:val="nl-NL"/>
        </w:rPr>
        <w:t xml:space="preserve"> </w:t>
      </w:r>
    </w:p>
    <w:p w14:paraId="73FDDEE4" w14:textId="77777777" w:rsidR="0078798F" w:rsidRPr="00EE771D" w:rsidRDefault="0078798F" w:rsidP="00B16615">
      <w:pPr>
        <w:pStyle w:val="Kop3"/>
        <w:spacing w:before="0" w:line="259" w:lineRule="auto"/>
        <w:ind w:left="525" w:hanging="540"/>
        <w:rPr>
          <w:lang w:val="nl-NL"/>
        </w:rPr>
      </w:pPr>
      <w:bookmarkStart w:id="110" w:name="_Toc201002807"/>
      <w:bookmarkStart w:id="111" w:name="_Toc207190217"/>
      <w:r w:rsidRPr="00B16615">
        <w:rPr>
          <w:lang w:val="nl-NL"/>
        </w:rPr>
        <w:t>Ouderavond</w:t>
      </w:r>
      <w:bookmarkEnd w:id="110"/>
      <w:bookmarkEnd w:id="111"/>
      <w:r w:rsidRPr="00B16615">
        <w:rPr>
          <w:lang w:val="nl-NL"/>
        </w:rPr>
        <w:t xml:space="preserve"> </w:t>
      </w:r>
    </w:p>
    <w:p w14:paraId="6D5CC56A" w14:textId="77777777"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Tenminste eenmaal per schooljaar organiseert de Ouderraad (eigenlijk oudervereniging) een ouderavond. Tijdens deze bijeenkomst stellen zowel de Ouderraad (OR) als de </w:t>
      </w:r>
    </w:p>
    <w:p w14:paraId="1B0E65A0" w14:textId="1A5B9107"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Medezeggenschapsraad (MR) de ouders op de hoogte van hun activiteiten en legt de OR verantwoording af over het gebruik van de vrijwillige </w:t>
      </w:r>
      <w:r w:rsidR="56C9A85E" w:rsidRPr="7D9EC8CA">
        <w:rPr>
          <w:rFonts w:ascii="Calibri" w:hAnsi="Calibri" w:cs="Calibri"/>
          <w:lang w:val="nl-NL"/>
        </w:rPr>
        <w:t>ouderbijdrage</w:t>
      </w:r>
      <w:r w:rsidRPr="00AD0354">
        <w:rPr>
          <w:rFonts w:ascii="Calibri" w:hAnsi="Calibri" w:cs="Calibri"/>
          <w:lang w:val="nl-NL"/>
        </w:rPr>
        <w:t xml:space="preserve"> en schoolreisgelden. Indien de opkomst van deze ouderavond laag blijkt te zijn of te worden, kan het ook zijn dat wij een inloopperiode organiseren, waarbij de stukken ingezien kunnen worden.  </w:t>
      </w:r>
    </w:p>
    <w:p w14:paraId="125D772E" w14:textId="77777777" w:rsidR="0078798F" w:rsidRDefault="0078798F" w:rsidP="0078798F">
      <w:pPr>
        <w:pStyle w:val="Kop3"/>
        <w:numPr>
          <w:ilvl w:val="2"/>
          <w:numId w:val="0"/>
        </w:numPr>
        <w:spacing w:before="0" w:line="259" w:lineRule="auto"/>
        <w:ind w:left="525" w:hanging="540"/>
        <w:rPr>
          <w:rFonts w:cstheme="majorHAnsi"/>
          <w:lang w:val="nl-NL"/>
        </w:rPr>
      </w:pPr>
    </w:p>
    <w:p w14:paraId="26B1E133" w14:textId="77777777" w:rsidR="0078798F" w:rsidRPr="00EE771D" w:rsidRDefault="0078798F" w:rsidP="00B16615">
      <w:pPr>
        <w:pStyle w:val="Kop3"/>
        <w:spacing w:before="0" w:line="259" w:lineRule="auto"/>
        <w:ind w:left="525" w:hanging="540"/>
        <w:rPr>
          <w:lang w:val="nl-NL"/>
        </w:rPr>
      </w:pPr>
      <w:bookmarkStart w:id="112" w:name="_Toc201002808"/>
      <w:bookmarkStart w:id="113" w:name="_Toc207190218"/>
      <w:r w:rsidRPr="00B16615">
        <w:rPr>
          <w:lang w:val="nl-NL"/>
        </w:rPr>
        <w:t>Inloopmomenten</w:t>
      </w:r>
      <w:bookmarkEnd w:id="112"/>
      <w:bookmarkEnd w:id="113"/>
      <w:r w:rsidRPr="00B16615">
        <w:rPr>
          <w:lang w:val="nl-NL"/>
        </w:rPr>
        <w:t xml:space="preserve">  </w:t>
      </w:r>
    </w:p>
    <w:p w14:paraId="0E9D271E" w14:textId="135C2AEC" w:rsidR="0078798F" w:rsidRPr="00EE771D" w:rsidRDefault="1738E6ED" w:rsidP="00B16615">
      <w:pPr>
        <w:spacing w:after="3" w:line="248" w:lineRule="auto"/>
        <w:ind w:left="-5" w:hanging="10"/>
        <w:rPr>
          <w:rFonts w:asciiTheme="majorHAnsi" w:hAnsiTheme="majorHAnsi" w:cstheme="majorBidi"/>
          <w:lang w:val="nl-NL"/>
        </w:rPr>
      </w:pPr>
      <w:r w:rsidRPr="00B16615">
        <w:rPr>
          <w:rFonts w:ascii="Calibri" w:hAnsi="Calibri" w:cs="Calibri"/>
          <w:lang w:val="nl-NL"/>
        </w:rPr>
        <w:t>Twee keer</w:t>
      </w:r>
      <w:r w:rsidR="0078798F" w:rsidRPr="00B16615">
        <w:rPr>
          <w:rFonts w:ascii="Calibri" w:hAnsi="Calibri" w:cs="Calibri"/>
          <w:lang w:val="nl-NL"/>
        </w:rPr>
        <w:t xml:space="preserve"> per jaar worden ouders in de gelegenheid gesteld om een kijkje te nemen in de klas. </w:t>
      </w:r>
      <w:r w:rsidR="4F3F3325" w:rsidRPr="00B16615">
        <w:rPr>
          <w:rFonts w:ascii="Calibri" w:hAnsi="Calibri" w:cs="Calibri"/>
          <w:lang w:val="nl-NL"/>
        </w:rPr>
        <w:t xml:space="preserve">Ouders en of verzorgers kunnen doen vijftien minuten meekijken met het programma van de dag. </w:t>
      </w:r>
      <w:r w:rsidR="0078798F" w:rsidRPr="00B16615">
        <w:rPr>
          <w:rFonts w:asciiTheme="majorHAnsi" w:hAnsiTheme="majorHAnsi" w:cstheme="majorBidi"/>
          <w:color w:val="595959" w:themeColor="text1" w:themeTint="A6"/>
          <w:lang w:val="nl-NL"/>
        </w:rPr>
        <w:t xml:space="preserve"> </w:t>
      </w:r>
    </w:p>
    <w:p w14:paraId="45B50150" w14:textId="4B158562" w:rsidR="00B16615" w:rsidRDefault="00B16615" w:rsidP="00B16615">
      <w:pPr>
        <w:pStyle w:val="Kop3"/>
        <w:spacing w:before="0" w:line="259" w:lineRule="auto"/>
        <w:ind w:left="525" w:hanging="540"/>
        <w:rPr>
          <w:lang w:val="nl-NL"/>
        </w:rPr>
      </w:pPr>
    </w:p>
    <w:p w14:paraId="3DF27175" w14:textId="77777777" w:rsidR="0078798F" w:rsidRPr="00EE771D" w:rsidRDefault="0078798F" w:rsidP="00B16615">
      <w:pPr>
        <w:pStyle w:val="Kop3"/>
        <w:spacing w:before="0" w:line="259" w:lineRule="auto"/>
        <w:ind w:left="525" w:hanging="540"/>
        <w:rPr>
          <w:lang w:val="nl-NL"/>
        </w:rPr>
      </w:pPr>
      <w:bookmarkStart w:id="114" w:name="_Toc201002809"/>
      <w:bookmarkStart w:id="115" w:name="_Toc207190219"/>
      <w:r w:rsidRPr="00B16615">
        <w:rPr>
          <w:lang w:val="nl-NL"/>
        </w:rPr>
        <w:t>Website</w:t>
      </w:r>
      <w:bookmarkEnd w:id="114"/>
      <w:bookmarkEnd w:id="115"/>
      <w:r w:rsidRPr="00B16615">
        <w:rPr>
          <w:lang w:val="nl-NL"/>
        </w:rPr>
        <w:t xml:space="preserve"> </w:t>
      </w:r>
    </w:p>
    <w:p w14:paraId="18F75AE4" w14:textId="77777777" w:rsidR="0078798F" w:rsidRPr="00E31C31" w:rsidRDefault="0078798F" w:rsidP="0078798F">
      <w:pPr>
        <w:spacing w:after="3" w:line="248" w:lineRule="auto"/>
        <w:ind w:left="-15"/>
        <w:rPr>
          <w:rFonts w:ascii="Calibri" w:hAnsi="Calibri" w:cs="Calibri"/>
          <w:lang w:val="nl-NL"/>
        </w:rPr>
      </w:pPr>
      <w:r w:rsidRPr="00AD0354">
        <w:rPr>
          <w:rFonts w:ascii="Calibri" w:hAnsi="Calibri" w:cs="Calibri"/>
          <w:lang w:val="nl-NL"/>
        </w:rPr>
        <w:t xml:space="preserve">KC Emmaschool heeft een website met actuele informatie over het kindcentrum en alle groepen. Evenals de schoolgids en de jaarkalender kunt u daar ook alle belangrijke documenten vinden. Het adres is www.kindcentrum-emmaschool.nl </w:t>
      </w:r>
      <w:r w:rsidRPr="00EE771D">
        <w:rPr>
          <w:rFonts w:asciiTheme="majorHAnsi" w:hAnsiTheme="majorHAnsi" w:cstheme="majorHAnsi"/>
          <w:color w:val="595959"/>
          <w:lang w:val="nl-NL"/>
        </w:rPr>
        <w:t xml:space="preserve"> </w:t>
      </w:r>
    </w:p>
    <w:p w14:paraId="646697F2" w14:textId="77777777" w:rsidR="0078798F" w:rsidRPr="00EE771D" w:rsidRDefault="0078798F" w:rsidP="0078798F">
      <w:pPr>
        <w:pStyle w:val="Kop3"/>
        <w:rPr>
          <w:lang w:val="nl-NL"/>
        </w:rPr>
      </w:pPr>
      <w:bookmarkStart w:id="116" w:name="_Toc201002810"/>
      <w:bookmarkStart w:id="117" w:name="_Toc207190220"/>
      <w:r w:rsidRPr="00B16615">
        <w:rPr>
          <w:lang w:val="nl-NL"/>
        </w:rPr>
        <w:t>Ouderactiviteiten</w:t>
      </w:r>
      <w:bookmarkEnd w:id="116"/>
      <w:bookmarkEnd w:id="117"/>
      <w:r w:rsidRPr="00B16615">
        <w:rPr>
          <w:color w:val="595959" w:themeColor="text1" w:themeTint="A6"/>
          <w:lang w:val="nl-NL"/>
        </w:rPr>
        <w:t xml:space="preserve"> </w:t>
      </w:r>
    </w:p>
    <w:p w14:paraId="4EE004D1" w14:textId="5D55F9B6" w:rsidR="0078798F" w:rsidRPr="00E31C31" w:rsidRDefault="0078798F" w:rsidP="0078798F">
      <w:pPr>
        <w:spacing w:after="3" w:line="248" w:lineRule="auto"/>
        <w:ind w:left="-5" w:hanging="10"/>
        <w:rPr>
          <w:rFonts w:ascii="Calibri" w:hAnsi="Calibri" w:cs="Calibri"/>
          <w:lang w:val="nl-NL"/>
        </w:rPr>
      </w:pPr>
      <w:r w:rsidRPr="185DDAC7">
        <w:rPr>
          <w:rFonts w:ascii="Calibri" w:hAnsi="Calibri" w:cs="Calibri"/>
          <w:lang w:val="nl-NL"/>
        </w:rPr>
        <w:t xml:space="preserve">Wij zien ons kindcentrum als een verlengstuk van thuis. Daarom is het voor ons niet meer dan logisch dat niet alleen de kinderen, maar ook de ouders zich bij ons thuis voelen. In de eerste plaats is het belangrijk dat ons kindcentrum zich letterlijk en figuurlijk openstelt voor ouders en een luisterend oor heeft voor vragen, problemen en suggesties. Ouders die willen participeren, kunnen via </w:t>
      </w:r>
      <w:proofErr w:type="spellStart"/>
      <w:r w:rsidRPr="185DDAC7">
        <w:rPr>
          <w:rFonts w:ascii="Calibri" w:hAnsi="Calibri" w:cs="Calibri"/>
          <w:lang w:val="nl-NL"/>
        </w:rPr>
        <w:t>Social</w:t>
      </w:r>
      <w:proofErr w:type="spellEnd"/>
      <w:r w:rsidRPr="185DDAC7">
        <w:rPr>
          <w:rFonts w:ascii="Calibri" w:hAnsi="Calibri" w:cs="Calibri"/>
          <w:lang w:val="nl-NL"/>
        </w:rPr>
        <w:t xml:space="preserve"> Schools info aangeven op welke wijze zij aan bepaalde activiteiten kunnen bijdragen. De ouderraad coördineert in de meeste gevallen de hulp bij activiteiten. </w:t>
      </w:r>
    </w:p>
    <w:p w14:paraId="0325A0F8" w14:textId="77777777" w:rsidR="0078798F" w:rsidRPr="00EE771D" w:rsidRDefault="0078798F" w:rsidP="0078798F">
      <w:pPr>
        <w:pStyle w:val="Kop3"/>
        <w:rPr>
          <w:lang w:val="nl-NL"/>
        </w:rPr>
      </w:pPr>
      <w:bookmarkStart w:id="118" w:name="_Toc201002811"/>
      <w:bookmarkStart w:id="119" w:name="_Toc207190221"/>
      <w:r w:rsidRPr="00B16615">
        <w:rPr>
          <w:lang w:val="nl-NL"/>
        </w:rPr>
        <w:t>Medezeggenschapsraad</w:t>
      </w:r>
      <w:bookmarkEnd w:id="118"/>
      <w:bookmarkEnd w:id="119"/>
      <w:r w:rsidRPr="00B16615">
        <w:rPr>
          <w:lang w:val="nl-NL"/>
        </w:rPr>
        <w:t xml:space="preserve"> </w:t>
      </w:r>
    </w:p>
    <w:p w14:paraId="559CF1CE" w14:textId="70507D3F"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De Medezeggenschapsraad (MR) bestaat uit een vertegenwoordiging van de ouders </w:t>
      </w:r>
      <w:r w:rsidR="1699CCC2" w:rsidRPr="7D9EC8CA">
        <w:rPr>
          <w:rFonts w:ascii="Calibri" w:hAnsi="Calibri" w:cs="Calibri"/>
          <w:lang w:val="nl-NL"/>
        </w:rPr>
        <w:t xml:space="preserve">(OMR) </w:t>
      </w:r>
      <w:r w:rsidRPr="00AD0354">
        <w:rPr>
          <w:rFonts w:ascii="Calibri" w:hAnsi="Calibri" w:cs="Calibri"/>
          <w:lang w:val="nl-NL"/>
        </w:rPr>
        <w:t xml:space="preserve">en een geleding van het team, de PMR (Personeelsgeleding van de MR). De MR houdt zich met name bezig met beleidsmatige zaken en overlegt daarover met directie en schoolbestuur. </w:t>
      </w:r>
    </w:p>
    <w:p w14:paraId="00F55006" w14:textId="77777777" w:rsidR="0078798F" w:rsidRPr="00AD0354" w:rsidRDefault="0078798F" w:rsidP="0078798F">
      <w:pPr>
        <w:spacing w:after="0"/>
        <w:rPr>
          <w:rFonts w:ascii="Calibri" w:hAnsi="Calibri" w:cs="Calibri"/>
          <w:lang w:val="nl-NL"/>
        </w:rPr>
      </w:pPr>
      <w:r w:rsidRPr="00AD0354">
        <w:rPr>
          <w:rFonts w:ascii="Calibri" w:hAnsi="Calibri" w:cs="Calibri"/>
          <w:lang w:val="nl-NL"/>
        </w:rPr>
        <w:lastRenderedPageBreak/>
        <w:t xml:space="preserve"> </w:t>
      </w:r>
    </w:p>
    <w:p w14:paraId="5E0B94AD" w14:textId="77777777" w:rsidR="0078798F" w:rsidRPr="00AD0354" w:rsidRDefault="0078798F" w:rsidP="0078798F">
      <w:pPr>
        <w:spacing w:after="34" w:line="248" w:lineRule="auto"/>
        <w:ind w:left="-5" w:hanging="10"/>
        <w:rPr>
          <w:rFonts w:ascii="Calibri" w:hAnsi="Calibri" w:cs="Calibri"/>
          <w:lang w:val="nl-NL"/>
        </w:rPr>
      </w:pPr>
      <w:r w:rsidRPr="00AD0354">
        <w:rPr>
          <w:rFonts w:ascii="Calibri" w:hAnsi="Calibri" w:cs="Calibri"/>
          <w:lang w:val="nl-NL"/>
        </w:rPr>
        <w:t xml:space="preserve">De Medezeggenschapsraad heeft twee soorten rechten: </w:t>
      </w:r>
    </w:p>
    <w:p w14:paraId="7D5387E9" w14:textId="77777777" w:rsidR="0078798F" w:rsidRPr="00AD0354" w:rsidRDefault="0078798F" w:rsidP="0078798F">
      <w:pPr>
        <w:numPr>
          <w:ilvl w:val="0"/>
          <w:numId w:val="14"/>
        </w:numPr>
        <w:spacing w:after="0" w:line="259" w:lineRule="auto"/>
        <w:ind w:hanging="360"/>
        <w:rPr>
          <w:rFonts w:ascii="Calibri" w:hAnsi="Calibri" w:cs="Calibri"/>
        </w:rPr>
      </w:pPr>
      <w:proofErr w:type="spellStart"/>
      <w:r w:rsidRPr="00AD0354">
        <w:rPr>
          <w:rFonts w:ascii="Calibri" w:hAnsi="Calibri" w:cs="Calibri"/>
        </w:rPr>
        <w:t>Instemmingsrecht</w:t>
      </w:r>
      <w:proofErr w:type="spellEnd"/>
      <w:r w:rsidRPr="00AD0354">
        <w:rPr>
          <w:rFonts w:ascii="Calibri" w:hAnsi="Calibri" w:cs="Calibri"/>
        </w:rPr>
        <w:t xml:space="preserve"> </w:t>
      </w:r>
    </w:p>
    <w:p w14:paraId="089203DD" w14:textId="77777777"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Dit betekent dat elke geleding binnen de MR kan meebeslissen over bijvoorbeeld de besteding van schoolgelden en wijzigingen in het schoolplan. </w:t>
      </w:r>
    </w:p>
    <w:p w14:paraId="64AADF78" w14:textId="77777777" w:rsidR="0078798F" w:rsidRPr="00AD0354" w:rsidRDefault="0078798F" w:rsidP="0078798F">
      <w:pPr>
        <w:spacing w:after="24"/>
        <w:rPr>
          <w:rFonts w:ascii="Calibri" w:hAnsi="Calibri" w:cs="Calibri"/>
          <w:lang w:val="nl-NL"/>
        </w:rPr>
      </w:pPr>
      <w:r w:rsidRPr="00AD0354">
        <w:rPr>
          <w:rFonts w:ascii="Calibri" w:hAnsi="Calibri" w:cs="Calibri"/>
          <w:lang w:val="nl-NL"/>
        </w:rPr>
        <w:t xml:space="preserve"> </w:t>
      </w:r>
    </w:p>
    <w:p w14:paraId="0A4BE28D" w14:textId="77777777" w:rsidR="0078798F" w:rsidRPr="00AD0354" w:rsidRDefault="0078798F" w:rsidP="0078798F">
      <w:pPr>
        <w:numPr>
          <w:ilvl w:val="0"/>
          <w:numId w:val="14"/>
        </w:numPr>
        <w:spacing w:after="0" w:line="259" w:lineRule="auto"/>
        <w:ind w:hanging="360"/>
        <w:rPr>
          <w:rFonts w:ascii="Calibri" w:hAnsi="Calibri" w:cs="Calibri"/>
        </w:rPr>
      </w:pPr>
      <w:proofErr w:type="spellStart"/>
      <w:r w:rsidRPr="00AD0354">
        <w:rPr>
          <w:rFonts w:ascii="Calibri" w:hAnsi="Calibri" w:cs="Calibri"/>
        </w:rPr>
        <w:t>Adviesrecht</w:t>
      </w:r>
      <w:proofErr w:type="spellEnd"/>
      <w:r w:rsidRPr="00AD0354">
        <w:rPr>
          <w:rFonts w:ascii="Calibri" w:hAnsi="Calibri" w:cs="Calibri"/>
        </w:rPr>
        <w:t xml:space="preserve"> </w:t>
      </w:r>
    </w:p>
    <w:p w14:paraId="1C3EFA8A" w14:textId="219A84A4"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Wanneer het schoolbestuur en/of de </w:t>
      </w:r>
      <w:r w:rsidR="56C9A85E" w:rsidRPr="7D9EC8CA">
        <w:rPr>
          <w:rFonts w:ascii="Calibri" w:hAnsi="Calibri" w:cs="Calibri"/>
          <w:lang w:val="nl-NL"/>
        </w:rPr>
        <w:t>directieplannen</w:t>
      </w:r>
      <w:r w:rsidRPr="00AD0354">
        <w:rPr>
          <w:rFonts w:ascii="Calibri" w:hAnsi="Calibri" w:cs="Calibri"/>
          <w:lang w:val="nl-NL"/>
        </w:rPr>
        <w:t xml:space="preserve"> maakt die betrekking hebben op de organisatie binnen het kindcentrum (fusieplannen; ontslagbeleid), moeten zij hierover advies vragen aan de MR.  </w:t>
      </w:r>
    </w:p>
    <w:p w14:paraId="371E4644" w14:textId="77777777" w:rsidR="0078798F" w:rsidRPr="00AD0354" w:rsidRDefault="0078798F" w:rsidP="0078798F">
      <w:pPr>
        <w:spacing w:after="0"/>
        <w:rPr>
          <w:rFonts w:ascii="Calibri" w:hAnsi="Calibri" w:cs="Calibri"/>
          <w:lang w:val="nl-NL"/>
        </w:rPr>
      </w:pPr>
      <w:r w:rsidRPr="00AD0354">
        <w:rPr>
          <w:rFonts w:ascii="Calibri" w:hAnsi="Calibri" w:cs="Calibri"/>
          <w:lang w:val="nl-NL"/>
        </w:rPr>
        <w:t xml:space="preserve"> </w:t>
      </w:r>
    </w:p>
    <w:p w14:paraId="1F7A7925" w14:textId="77777777" w:rsidR="0078798F" w:rsidRPr="00AD0354" w:rsidRDefault="0078798F" w:rsidP="0078798F">
      <w:pPr>
        <w:spacing w:after="3" w:line="248" w:lineRule="auto"/>
        <w:ind w:left="-5" w:hanging="10"/>
        <w:rPr>
          <w:rFonts w:ascii="Calibri" w:hAnsi="Calibri" w:cs="Calibri"/>
          <w:lang w:val="nl-NL"/>
        </w:rPr>
      </w:pPr>
      <w:r w:rsidRPr="00AD0354">
        <w:rPr>
          <w:rFonts w:ascii="Calibri" w:hAnsi="Calibri" w:cs="Calibri"/>
          <w:lang w:val="nl-NL"/>
        </w:rPr>
        <w:t xml:space="preserve">De MR vergadert ongeveer acht keer per jaar. Voor data en samenstelling van de MR verwijzen we u naar de kalender en de website. Indien u vragen of opmerkingen over beleidsmatige zaken heeft, kunt u de leden van de MR benaderen. Ook is hiervoor een emailadres beschikbaar: mr@kindcentrumemmaschool.nl  Onze MR-leden zijn: </w:t>
      </w:r>
    </w:p>
    <w:p w14:paraId="38863D22" w14:textId="77777777" w:rsidR="0078798F" w:rsidRPr="00EE771D" w:rsidRDefault="0078798F" w:rsidP="0078798F">
      <w:pPr>
        <w:spacing w:after="0"/>
        <w:rPr>
          <w:rFonts w:asciiTheme="majorHAnsi" w:hAnsiTheme="majorHAnsi" w:cstheme="majorHAnsi"/>
          <w:lang w:val="nl-NL"/>
        </w:rPr>
      </w:pPr>
      <w:r w:rsidRPr="00EE771D">
        <w:rPr>
          <w:rFonts w:asciiTheme="majorHAnsi" w:hAnsiTheme="majorHAnsi" w:cstheme="majorHAnsi"/>
          <w:color w:val="595959"/>
          <w:lang w:val="nl-NL"/>
        </w:rPr>
        <w:t xml:space="preserve"> </w:t>
      </w:r>
    </w:p>
    <w:tbl>
      <w:tblPr>
        <w:tblStyle w:val="Tabelraster1"/>
        <w:tblW w:w="6915" w:type="dxa"/>
        <w:tblInd w:w="10" w:type="dxa"/>
        <w:tblCellMar>
          <w:top w:w="55" w:type="dxa"/>
          <w:left w:w="70" w:type="dxa"/>
          <w:right w:w="115" w:type="dxa"/>
        </w:tblCellMar>
        <w:tblLook w:val="04A0" w:firstRow="1" w:lastRow="0" w:firstColumn="1" w:lastColumn="0" w:noHBand="0" w:noVBand="1"/>
      </w:tblPr>
      <w:tblGrid>
        <w:gridCol w:w="2258"/>
        <w:gridCol w:w="4657"/>
      </w:tblGrid>
      <w:tr w:rsidR="0078798F" w:rsidRPr="00EE771D" w14:paraId="2DB76022" w14:textId="77777777" w:rsidTr="692CB0CB">
        <w:trPr>
          <w:trHeight w:val="458"/>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E42024" w14:textId="77777777" w:rsidR="0078798F" w:rsidRPr="00AD0354" w:rsidRDefault="0078798F">
            <w:pPr>
              <w:rPr>
                <w:rFonts w:ascii="Calibri" w:hAnsi="Calibri" w:cs="Calibri"/>
                <w:sz w:val="22"/>
                <w:szCs w:val="22"/>
              </w:rPr>
            </w:pPr>
            <w:r w:rsidRPr="00AD0354">
              <w:rPr>
                <w:rFonts w:ascii="Calibri" w:hAnsi="Calibri" w:cs="Calibri"/>
                <w:sz w:val="22"/>
                <w:szCs w:val="22"/>
              </w:rPr>
              <w:t xml:space="preserve"> </w:t>
            </w:r>
          </w:p>
        </w:tc>
        <w:tc>
          <w:tcPr>
            <w:tcW w:w="465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1AFF1" w14:textId="77777777" w:rsidR="0078798F" w:rsidRPr="00AD0354" w:rsidRDefault="0078798F">
            <w:pPr>
              <w:rPr>
                <w:rFonts w:ascii="Calibri" w:hAnsi="Calibri" w:cs="Calibri"/>
                <w:sz w:val="22"/>
                <w:szCs w:val="22"/>
                <w:lang w:val="en-GB"/>
              </w:rPr>
            </w:pPr>
            <w:r w:rsidRPr="00AD0354">
              <w:rPr>
                <w:rFonts w:ascii="Calibri" w:hAnsi="Calibri" w:cs="Calibri"/>
                <w:sz w:val="22"/>
                <w:szCs w:val="22"/>
                <w:lang w:val="en-GB"/>
              </w:rPr>
              <w:t xml:space="preserve">E-mail: mr@kindcentrum-emmaschool.nl </w:t>
            </w:r>
          </w:p>
        </w:tc>
      </w:tr>
      <w:tr w:rsidR="0078798F" w:rsidRPr="00EE771D" w14:paraId="131228EB" w14:textId="77777777" w:rsidTr="692CB0CB">
        <w:trPr>
          <w:trHeight w:val="2439"/>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FB8F0" w14:textId="6C99665C" w:rsidR="0078798F" w:rsidRPr="00211965" w:rsidRDefault="3575E001" w:rsidP="692CB0CB">
            <w:pPr>
              <w:rPr>
                <w:rFonts w:ascii="Calibri" w:hAnsi="Calibri" w:cs="Calibri"/>
                <w:sz w:val="22"/>
                <w:szCs w:val="22"/>
              </w:rPr>
            </w:pPr>
            <w:r w:rsidRPr="692CB0CB">
              <w:rPr>
                <w:rFonts w:ascii="Calibri" w:hAnsi="Calibri" w:cs="Calibri"/>
                <w:sz w:val="22"/>
                <w:szCs w:val="22"/>
              </w:rPr>
              <w:t>Alfred Middelkamp</w:t>
            </w:r>
          </w:p>
          <w:p w14:paraId="7D96BF0D"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Marieke Valkema </w:t>
            </w:r>
          </w:p>
          <w:p w14:paraId="1002EA2C" w14:textId="68FFB007" w:rsidR="0078798F" w:rsidRPr="00211965" w:rsidRDefault="6F216D3F" w:rsidP="692CB0CB">
            <w:pPr>
              <w:rPr>
                <w:rFonts w:ascii="Calibri" w:hAnsi="Calibri" w:cs="Calibri"/>
                <w:sz w:val="22"/>
                <w:szCs w:val="22"/>
              </w:rPr>
            </w:pPr>
            <w:proofErr w:type="spellStart"/>
            <w:r w:rsidRPr="692CB0CB">
              <w:rPr>
                <w:rFonts w:ascii="Calibri" w:hAnsi="Calibri" w:cs="Calibri"/>
                <w:sz w:val="22"/>
                <w:szCs w:val="22"/>
              </w:rPr>
              <w:t>Jordana</w:t>
            </w:r>
            <w:proofErr w:type="spellEnd"/>
            <w:r w:rsidRPr="692CB0CB">
              <w:rPr>
                <w:rFonts w:ascii="Calibri" w:hAnsi="Calibri" w:cs="Calibri"/>
                <w:sz w:val="22"/>
                <w:szCs w:val="22"/>
              </w:rPr>
              <w:t xml:space="preserve"> van Bommel</w:t>
            </w:r>
            <w:r w:rsidR="0078798F" w:rsidRPr="692CB0CB">
              <w:rPr>
                <w:rFonts w:ascii="Calibri" w:hAnsi="Calibri" w:cs="Calibri"/>
                <w:sz w:val="22"/>
                <w:szCs w:val="22"/>
              </w:rPr>
              <w:t xml:space="preserve"> </w:t>
            </w:r>
          </w:p>
          <w:p w14:paraId="5ADE661C"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 </w:t>
            </w:r>
          </w:p>
          <w:p w14:paraId="21002EFE"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Tineke van der Hart </w:t>
            </w:r>
          </w:p>
          <w:p w14:paraId="1F17928E"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Andrea Mulder </w:t>
            </w:r>
          </w:p>
          <w:p w14:paraId="3F70CE6F" w14:textId="075711E7" w:rsidR="0078798F" w:rsidRPr="00211965" w:rsidRDefault="012E1109" w:rsidP="692CB0CB">
            <w:pPr>
              <w:rPr>
                <w:rFonts w:ascii="Calibri" w:hAnsi="Calibri" w:cs="Calibri"/>
                <w:sz w:val="22"/>
                <w:szCs w:val="22"/>
              </w:rPr>
            </w:pPr>
            <w:r w:rsidRPr="692CB0CB">
              <w:rPr>
                <w:rFonts w:ascii="Calibri" w:hAnsi="Calibri" w:cs="Calibri"/>
                <w:sz w:val="22"/>
                <w:szCs w:val="22"/>
              </w:rPr>
              <w:t>Lotte Kooistra</w:t>
            </w:r>
          </w:p>
        </w:tc>
        <w:tc>
          <w:tcPr>
            <w:tcW w:w="465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C4F77"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Ouder/voorzitter </w:t>
            </w:r>
          </w:p>
          <w:p w14:paraId="1E716B96"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Ouder </w:t>
            </w:r>
          </w:p>
          <w:p w14:paraId="00392DCA"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Ouder </w:t>
            </w:r>
          </w:p>
          <w:p w14:paraId="2C9E5F1F" w14:textId="3C03C363" w:rsidR="0078798F" w:rsidRPr="00211965" w:rsidRDefault="0078798F" w:rsidP="692CB0CB">
            <w:pPr>
              <w:rPr>
                <w:rFonts w:ascii="Calibri" w:hAnsi="Calibri" w:cs="Calibri"/>
                <w:sz w:val="22"/>
                <w:szCs w:val="22"/>
              </w:rPr>
            </w:pPr>
          </w:p>
          <w:p w14:paraId="5E6583A4" w14:textId="56FE76D0"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Team </w:t>
            </w:r>
          </w:p>
          <w:p w14:paraId="77780FF4"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Team </w:t>
            </w:r>
          </w:p>
          <w:p w14:paraId="5408FAA0"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Team </w:t>
            </w:r>
          </w:p>
          <w:p w14:paraId="7783B70B" w14:textId="4C229BF7" w:rsidR="0078798F" w:rsidRPr="00AD0354" w:rsidRDefault="0078798F" w:rsidP="692CB0CB">
            <w:pPr>
              <w:rPr>
                <w:rFonts w:ascii="Calibri" w:hAnsi="Calibri" w:cs="Calibri"/>
                <w:sz w:val="22"/>
                <w:szCs w:val="22"/>
                <w:highlight w:val="yellow"/>
              </w:rPr>
            </w:pPr>
          </w:p>
        </w:tc>
      </w:tr>
    </w:tbl>
    <w:p w14:paraId="3AB88607" w14:textId="77777777" w:rsidR="0078798F" w:rsidRPr="00EE771D" w:rsidRDefault="0078798F" w:rsidP="0078798F">
      <w:pPr>
        <w:spacing w:after="0"/>
        <w:rPr>
          <w:rFonts w:asciiTheme="majorHAnsi" w:hAnsiTheme="majorHAnsi" w:cstheme="majorHAnsi"/>
        </w:rPr>
      </w:pPr>
      <w:r w:rsidRPr="00EE771D">
        <w:rPr>
          <w:rFonts w:asciiTheme="majorHAnsi" w:hAnsiTheme="majorHAnsi" w:cstheme="majorHAnsi"/>
          <w:color w:val="595959"/>
        </w:rPr>
        <w:t xml:space="preserve"> </w:t>
      </w:r>
    </w:p>
    <w:p w14:paraId="53FA9F65" w14:textId="77777777" w:rsidR="0078798F" w:rsidRPr="00EE771D" w:rsidRDefault="0078798F" w:rsidP="0078798F">
      <w:pPr>
        <w:pStyle w:val="Kop3"/>
      </w:pPr>
      <w:bookmarkStart w:id="120" w:name="_Toc201002812"/>
      <w:bookmarkStart w:id="121" w:name="_Toc207190222"/>
      <w:proofErr w:type="spellStart"/>
      <w:r>
        <w:t>Ouderraad</w:t>
      </w:r>
      <w:bookmarkEnd w:id="120"/>
      <w:bookmarkEnd w:id="121"/>
      <w:proofErr w:type="spellEnd"/>
      <w:r>
        <w:t xml:space="preserve"> </w:t>
      </w:r>
    </w:p>
    <w:p w14:paraId="50C1D243" w14:textId="77777777" w:rsidR="0078798F" w:rsidRPr="00AD0354" w:rsidRDefault="0078798F" w:rsidP="0078798F">
      <w:pPr>
        <w:spacing w:after="38" w:line="248" w:lineRule="auto"/>
        <w:ind w:left="-5" w:hanging="10"/>
        <w:rPr>
          <w:rFonts w:ascii="Calibri" w:hAnsi="Calibri" w:cs="Calibri"/>
          <w:lang w:val="nl-NL"/>
        </w:rPr>
      </w:pPr>
      <w:r w:rsidRPr="00AD0354">
        <w:rPr>
          <w:rFonts w:ascii="Calibri" w:hAnsi="Calibri" w:cs="Calibri"/>
          <w:lang w:val="nl-NL"/>
        </w:rPr>
        <w:t xml:space="preserve">De ouderraad (OR, maar eigenlijk Oudervereniging) op de Emmaschool heeft voornamelijk een onderwijsondersteunende taak. De ouderraad draagt door het organiseren/ondersteunen van activiteiten bij aan een goede sfeer en gezelligheid binnen het kindcentrum. Zonder hulp van de ouderraad kunnen wij onze activiteiten niet gedegen organiseren. Daarom is inzet van een ouderraad echt hard nodig. Activiteiten waarbij de ouderraad direct betrokken is: </w:t>
      </w:r>
    </w:p>
    <w:p w14:paraId="36AC35BF" w14:textId="75701694" w:rsidR="0078798F" w:rsidRPr="00AD0354" w:rsidRDefault="78116AB0" w:rsidP="0078798F">
      <w:pPr>
        <w:numPr>
          <w:ilvl w:val="0"/>
          <w:numId w:val="15"/>
        </w:numPr>
        <w:spacing w:after="3" w:line="248" w:lineRule="auto"/>
        <w:ind w:hanging="360"/>
        <w:rPr>
          <w:rFonts w:ascii="Calibri" w:hAnsi="Calibri" w:cs="Calibri"/>
        </w:rPr>
      </w:pPr>
      <w:proofErr w:type="spellStart"/>
      <w:r w:rsidRPr="185DDAC7">
        <w:rPr>
          <w:rFonts w:ascii="Calibri" w:hAnsi="Calibri" w:cs="Calibri"/>
        </w:rPr>
        <w:t>F</w:t>
      </w:r>
      <w:r w:rsidR="0078798F" w:rsidRPr="185DDAC7">
        <w:rPr>
          <w:rFonts w:ascii="Calibri" w:hAnsi="Calibri" w:cs="Calibri"/>
        </w:rPr>
        <w:t>eesten</w:t>
      </w:r>
      <w:proofErr w:type="spellEnd"/>
      <w:r w:rsidRPr="185DDAC7">
        <w:rPr>
          <w:rFonts w:ascii="Calibri" w:hAnsi="Calibri" w:cs="Calibri"/>
        </w:rPr>
        <w:t xml:space="preserve"> </w:t>
      </w:r>
      <w:r w:rsidR="0078798F" w:rsidRPr="185DDAC7">
        <w:rPr>
          <w:rFonts w:ascii="Calibri" w:hAnsi="Calibri" w:cs="Calibri"/>
        </w:rPr>
        <w:t xml:space="preserve">(Sinterklaas </w:t>
      </w:r>
      <w:proofErr w:type="spellStart"/>
      <w:r w:rsidR="0078798F" w:rsidRPr="185DDAC7">
        <w:rPr>
          <w:rFonts w:ascii="Calibri" w:hAnsi="Calibri" w:cs="Calibri"/>
        </w:rPr>
        <w:t>en</w:t>
      </w:r>
      <w:proofErr w:type="spellEnd"/>
      <w:r w:rsidR="0078798F" w:rsidRPr="185DDAC7">
        <w:rPr>
          <w:rFonts w:ascii="Calibri" w:hAnsi="Calibri" w:cs="Calibri"/>
        </w:rPr>
        <w:t xml:space="preserve"> </w:t>
      </w:r>
      <w:proofErr w:type="spellStart"/>
      <w:r w:rsidR="0078798F" w:rsidRPr="185DDAC7">
        <w:rPr>
          <w:rFonts w:ascii="Calibri" w:hAnsi="Calibri" w:cs="Calibri"/>
        </w:rPr>
        <w:t>Kerstviering</w:t>
      </w:r>
      <w:proofErr w:type="spellEnd"/>
      <w:r w:rsidR="0078798F" w:rsidRPr="185DDAC7">
        <w:rPr>
          <w:rFonts w:ascii="Calibri" w:hAnsi="Calibri" w:cs="Calibri"/>
        </w:rPr>
        <w:t xml:space="preserve">) </w:t>
      </w:r>
    </w:p>
    <w:p w14:paraId="3D368BF3" w14:textId="0533B756" w:rsidR="0078798F" w:rsidRPr="00FD6CCA" w:rsidRDefault="0078798F" w:rsidP="00FD6CCA">
      <w:pPr>
        <w:numPr>
          <w:ilvl w:val="0"/>
          <w:numId w:val="15"/>
        </w:numPr>
        <w:spacing w:after="3" w:line="248" w:lineRule="auto"/>
        <w:ind w:hanging="360"/>
        <w:rPr>
          <w:rFonts w:ascii="Calibri" w:hAnsi="Calibri" w:cs="Calibri"/>
        </w:rPr>
      </w:pPr>
      <w:r w:rsidRPr="00AD0354">
        <w:rPr>
          <w:rFonts w:ascii="Calibri" w:hAnsi="Calibri" w:cs="Calibri"/>
        </w:rPr>
        <w:t xml:space="preserve">sport- </w:t>
      </w:r>
      <w:proofErr w:type="spellStart"/>
      <w:r w:rsidRPr="00AD0354">
        <w:rPr>
          <w:rFonts w:ascii="Calibri" w:hAnsi="Calibri" w:cs="Calibri"/>
        </w:rPr>
        <w:t>en</w:t>
      </w:r>
      <w:proofErr w:type="spellEnd"/>
      <w:r w:rsidRPr="00AD0354">
        <w:rPr>
          <w:rFonts w:ascii="Calibri" w:hAnsi="Calibri" w:cs="Calibri"/>
        </w:rPr>
        <w:t xml:space="preserve"> </w:t>
      </w:r>
      <w:proofErr w:type="spellStart"/>
      <w:r w:rsidRPr="00AD0354">
        <w:rPr>
          <w:rFonts w:ascii="Calibri" w:hAnsi="Calibri" w:cs="Calibri"/>
        </w:rPr>
        <w:t>speldagen</w:t>
      </w:r>
      <w:proofErr w:type="spellEnd"/>
      <w:r w:rsidRPr="00AD0354">
        <w:rPr>
          <w:rFonts w:ascii="Calibri" w:hAnsi="Calibri" w:cs="Calibri"/>
        </w:rPr>
        <w:t xml:space="preserve"> </w:t>
      </w:r>
    </w:p>
    <w:p w14:paraId="70A3B6FA" w14:textId="77777777" w:rsidR="0078798F" w:rsidRPr="00AD0354" w:rsidRDefault="0078798F" w:rsidP="0078798F">
      <w:pPr>
        <w:numPr>
          <w:ilvl w:val="0"/>
          <w:numId w:val="15"/>
        </w:numPr>
        <w:spacing w:after="3" w:line="248" w:lineRule="auto"/>
        <w:ind w:hanging="360"/>
        <w:rPr>
          <w:rFonts w:ascii="Calibri" w:hAnsi="Calibri" w:cs="Calibri"/>
        </w:rPr>
      </w:pPr>
      <w:proofErr w:type="spellStart"/>
      <w:r w:rsidRPr="00AD0354">
        <w:rPr>
          <w:rFonts w:ascii="Calibri" w:hAnsi="Calibri" w:cs="Calibri"/>
        </w:rPr>
        <w:t>jaarlijkse</w:t>
      </w:r>
      <w:proofErr w:type="spellEnd"/>
      <w:r w:rsidRPr="00AD0354">
        <w:rPr>
          <w:rFonts w:ascii="Calibri" w:hAnsi="Calibri" w:cs="Calibri"/>
        </w:rPr>
        <w:t xml:space="preserve"> </w:t>
      </w:r>
      <w:proofErr w:type="spellStart"/>
      <w:r w:rsidRPr="00AD0354">
        <w:rPr>
          <w:rFonts w:ascii="Calibri" w:hAnsi="Calibri" w:cs="Calibri"/>
        </w:rPr>
        <w:t>ouderavond</w:t>
      </w:r>
      <w:proofErr w:type="spellEnd"/>
      <w:r w:rsidRPr="00AD0354">
        <w:rPr>
          <w:rFonts w:ascii="Calibri" w:hAnsi="Calibri" w:cs="Calibri"/>
        </w:rPr>
        <w:t xml:space="preserve"> </w:t>
      </w:r>
    </w:p>
    <w:p w14:paraId="53AF7C85" w14:textId="77777777" w:rsidR="0078798F" w:rsidRPr="00AD0354" w:rsidRDefault="0078798F" w:rsidP="0078798F">
      <w:pPr>
        <w:numPr>
          <w:ilvl w:val="0"/>
          <w:numId w:val="15"/>
        </w:numPr>
        <w:spacing w:after="3" w:line="248" w:lineRule="auto"/>
        <w:ind w:hanging="360"/>
        <w:rPr>
          <w:rFonts w:ascii="Calibri" w:hAnsi="Calibri" w:cs="Calibri"/>
        </w:rPr>
      </w:pPr>
      <w:proofErr w:type="spellStart"/>
      <w:r w:rsidRPr="00AD0354">
        <w:rPr>
          <w:rFonts w:ascii="Calibri" w:hAnsi="Calibri" w:cs="Calibri"/>
        </w:rPr>
        <w:t>beheer</w:t>
      </w:r>
      <w:proofErr w:type="spellEnd"/>
      <w:r w:rsidRPr="00AD0354">
        <w:rPr>
          <w:rFonts w:ascii="Calibri" w:hAnsi="Calibri" w:cs="Calibri"/>
        </w:rPr>
        <w:t xml:space="preserve"> </w:t>
      </w:r>
      <w:proofErr w:type="spellStart"/>
      <w:r w:rsidRPr="00AD0354">
        <w:rPr>
          <w:rFonts w:ascii="Calibri" w:hAnsi="Calibri" w:cs="Calibri"/>
        </w:rPr>
        <w:t>ouderbijdrage</w:t>
      </w:r>
      <w:proofErr w:type="spellEnd"/>
      <w:r w:rsidRPr="00AD0354">
        <w:rPr>
          <w:rFonts w:ascii="Calibri" w:hAnsi="Calibri" w:cs="Calibri"/>
        </w:rPr>
        <w:t xml:space="preserve"> </w:t>
      </w:r>
    </w:p>
    <w:p w14:paraId="0E48E325" w14:textId="77777777" w:rsidR="0078798F" w:rsidRPr="00AD0354" w:rsidRDefault="0078798F" w:rsidP="0078798F">
      <w:pPr>
        <w:numPr>
          <w:ilvl w:val="0"/>
          <w:numId w:val="15"/>
        </w:numPr>
        <w:spacing w:after="3" w:line="248" w:lineRule="auto"/>
        <w:ind w:hanging="360"/>
        <w:rPr>
          <w:rFonts w:ascii="Calibri" w:hAnsi="Calibri" w:cs="Calibri"/>
        </w:rPr>
      </w:pPr>
      <w:proofErr w:type="spellStart"/>
      <w:r w:rsidRPr="00AD0354">
        <w:rPr>
          <w:rFonts w:ascii="Calibri" w:hAnsi="Calibri" w:cs="Calibri"/>
        </w:rPr>
        <w:t>organisatie</w:t>
      </w:r>
      <w:proofErr w:type="spellEnd"/>
      <w:r w:rsidRPr="00AD0354">
        <w:rPr>
          <w:rFonts w:ascii="Calibri" w:hAnsi="Calibri" w:cs="Calibri"/>
        </w:rPr>
        <w:t xml:space="preserve"> </w:t>
      </w:r>
      <w:proofErr w:type="spellStart"/>
      <w:r w:rsidRPr="00AD0354">
        <w:rPr>
          <w:rFonts w:ascii="Calibri" w:hAnsi="Calibri" w:cs="Calibri"/>
        </w:rPr>
        <w:t>Avondvierdaagse</w:t>
      </w:r>
      <w:proofErr w:type="spellEnd"/>
      <w:r w:rsidRPr="00AD0354">
        <w:rPr>
          <w:rFonts w:ascii="Calibri" w:hAnsi="Calibri" w:cs="Calibri"/>
        </w:rPr>
        <w:t xml:space="preserve"> </w:t>
      </w:r>
    </w:p>
    <w:p w14:paraId="1D3EBA57" w14:textId="77777777" w:rsidR="0078798F" w:rsidRPr="00AD0354" w:rsidRDefault="0078798F" w:rsidP="0078798F">
      <w:pPr>
        <w:numPr>
          <w:ilvl w:val="0"/>
          <w:numId w:val="15"/>
        </w:numPr>
        <w:spacing w:after="3" w:line="248" w:lineRule="auto"/>
        <w:ind w:hanging="360"/>
        <w:rPr>
          <w:rFonts w:ascii="Calibri" w:hAnsi="Calibri" w:cs="Calibri"/>
        </w:rPr>
      </w:pPr>
      <w:proofErr w:type="spellStart"/>
      <w:r w:rsidRPr="00AD0354">
        <w:rPr>
          <w:rFonts w:ascii="Calibri" w:hAnsi="Calibri" w:cs="Calibri"/>
        </w:rPr>
        <w:t>bijzondere</w:t>
      </w:r>
      <w:proofErr w:type="spellEnd"/>
      <w:r w:rsidRPr="00AD0354">
        <w:rPr>
          <w:rFonts w:ascii="Calibri" w:hAnsi="Calibri" w:cs="Calibri"/>
        </w:rPr>
        <w:t xml:space="preserve"> </w:t>
      </w:r>
      <w:proofErr w:type="spellStart"/>
      <w:r w:rsidRPr="00AD0354">
        <w:rPr>
          <w:rFonts w:ascii="Calibri" w:hAnsi="Calibri" w:cs="Calibri"/>
        </w:rPr>
        <w:t>acties</w:t>
      </w:r>
      <w:proofErr w:type="spellEnd"/>
      <w:r w:rsidRPr="00AD0354">
        <w:rPr>
          <w:rFonts w:ascii="Calibri" w:hAnsi="Calibri" w:cs="Calibri"/>
        </w:rPr>
        <w:t xml:space="preserve"> </w:t>
      </w:r>
    </w:p>
    <w:p w14:paraId="0A7F626B" w14:textId="77777777" w:rsidR="0078798F" w:rsidRPr="00AD0354" w:rsidRDefault="0078798F" w:rsidP="0078798F">
      <w:pPr>
        <w:spacing w:after="0"/>
        <w:ind w:left="720"/>
        <w:rPr>
          <w:rFonts w:ascii="Calibri" w:hAnsi="Calibri" w:cs="Calibri"/>
        </w:rPr>
      </w:pPr>
      <w:r w:rsidRPr="00AD0354">
        <w:rPr>
          <w:rFonts w:ascii="Calibri" w:hAnsi="Calibri" w:cs="Calibri"/>
        </w:rPr>
        <w:t xml:space="preserve"> </w:t>
      </w:r>
    </w:p>
    <w:p w14:paraId="53EF48EF" w14:textId="083AC753" w:rsidR="0078798F" w:rsidRPr="00AD0354" w:rsidRDefault="0078798F" w:rsidP="0078798F">
      <w:pPr>
        <w:spacing w:after="3" w:line="248" w:lineRule="auto"/>
        <w:ind w:left="-5" w:right="6" w:hanging="10"/>
        <w:rPr>
          <w:rFonts w:ascii="Calibri" w:hAnsi="Calibri" w:cs="Calibri"/>
        </w:rPr>
      </w:pPr>
      <w:r w:rsidRPr="00AD0354">
        <w:rPr>
          <w:rFonts w:ascii="Calibri" w:hAnsi="Calibri" w:cs="Calibri"/>
          <w:lang w:val="nl-NL"/>
        </w:rPr>
        <w:t xml:space="preserve">De ouderraad bestaat uit maximaal zeven personen. Een voorzitter, penningmeester, secretaris en </w:t>
      </w:r>
      <w:r w:rsidR="007A4534">
        <w:rPr>
          <w:rFonts w:ascii="Calibri" w:hAnsi="Calibri" w:cs="Calibri"/>
          <w:lang w:val="nl-NL"/>
        </w:rPr>
        <w:t>vier</w:t>
      </w:r>
      <w:r w:rsidRPr="00AD0354">
        <w:rPr>
          <w:rFonts w:ascii="Calibri" w:hAnsi="Calibri" w:cs="Calibri"/>
          <w:lang w:val="nl-NL"/>
        </w:rPr>
        <w:t xml:space="preserve"> leden. Bij elke vergadering is ook een afgevaardigde van het team aanwezig, die de ouderraad in zijn takenpakket heeft. </w:t>
      </w:r>
      <w:proofErr w:type="spellStart"/>
      <w:r w:rsidRPr="00AD0354">
        <w:rPr>
          <w:rFonts w:ascii="Calibri" w:hAnsi="Calibri" w:cs="Calibri"/>
        </w:rPr>
        <w:t>Onze</w:t>
      </w:r>
      <w:proofErr w:type="spellEnd"/>
      <w:r w:rsidRPr="00AD0354">
        <w:rPr>
          <w:rFonts w:ascii="Calibri" w:hAnsi="Calibri" w:cs="Calibri"/>
        </w:rPr>
        <w:t xml:space="preserve"> </w:t>
      </w:r>
      <w:proofErr w:type="spellStart"/>
      <w:r w:rsidRPr="00AD0354">
        <w:rPr>
          <w:rFonts w:ascii="Calibri" w:hAnsi="Calibri" w:cs="Calibri"/>
        </w:rPr>
        <w:t>leden</w:t>
      </w:r>
      <w:proofErr w:type="spellEnd"/>
      <w:r w:rsidRPr="00AD0354">
        <w:rPr>
          <w:rFonts w:ascii="Calibri" w:hAnsi="Calibri" w:cs="Calibri"/>
        </w:rPr>
        <w:t xml:space="preserve"> van de </w:t>
      </w:r>
      <w:proofErr w:type="spellStart"/>
      <w:r w:rsidRPr="00AD0354">
        <w:rPr>
          <w:rFonts w:ascii="Calibri" w:hAnsi="Calibri" w:cs="Calibri"/>
        </w:rPr>
        <w:t>ouderraad</w:t>
      </w:r>
      <w:proofErr w:type="spellEnd"/>
      <w:r w:rsidRPr="00AD0354">
        <w:rPr>
          <w:rFonts w:ascii="Calibri" w:hAnsi="Calibri" w:cs="Calibri"/>
        </w:rPr>
        <w:t xml:space="preserve"> </w:t>
      </w:r>
      <w:proofErr w:type="spellStart"/>
      <w:r w:rsidRPr="00AD0354">
        <w:rPr>
          <w:rFonts w:ascii="Calibri" w:hAnsi="Calibri" w:cs="Calibri"/>
        </w:rPr>
        <w:t>zijn</w:t>
      </w:r>
      <w:proofErr w:type="spellEnd"/>
      <w:r w:rsidRPr="00AD0354">
        <w:rPr>
          <w:rFonts w:ascii="Calibri" w:hAnsi="Calibri" w:cs="Calibri"/>
        </w:rPr>
        <w:t xml:space="preserve">: </w:t>
      </w:r>
    </w:p>
    <w:p w14:paraId="1DCDDD28" w14:textId="77777777" w:rsidR="0078798F" w:rsidRPr="00EE771D" w:rsidRDefault="0078798F" w:rsidP="0078798F">
      <w:pPr>
        <w:spacing w:after="0"/>
        <w:rPr>
          <w:rFonts w:asciiTheme="majorHAnsi" w:hAnsiTheme="majorHAnsi" w:cstheme="majorHAnsi"/>
        </w:rPr>
      </w:pPr>
      <w:r w:rsidRPr="00EE771D">
        <w:rPr>
          <w:rFonts w:asciiTheme="majorHAnsi" w:hAnsiTheme="majorHAnsi" w:cstheme="majorHAnsi"/>
          <w:color w:val="404040"/>
        </w:rPr>
        <w:lastRenderedPageBreak/>
        <w:t xml:space="preserve"> </w:t>
      </w:r>
    </w:p>
    <w:tbl>
      <w:tblPr>
        <w:tblStyle w:val="Tabelraster1"/>
        <w:tblW w:w="7006" w:type="dxa"/>
        <w:tblInd w:w="10" w:type="dxa"/>
        <w:tblCellMar>
          <w:top w:w="53" w:type="dxa"/>
          <w:left w:w="70" w:type="dxa"/>
          <w:right w:w="94" w:type="dxa"/>
        </w:tblCellMar>
        <w:tblLook w:val="04A0" w:firstRow="1" w:lastRow="0" w:firstColumn="1" w:lastColumn="0" w:noHBand="0" w:noVBand="1"/>
      </w:tblPr>
      <w:tblGrid>
        <w:gridCol w:w="1834"/>
        <w:gridCol w:w="1753"/>
        <w:gridCol w:w="3419"/>
      </w:tblGrid>
      <w:tr w:rsidR="0078798F" w:rsidRPr="00211965" w14:paraId="7F585917" w14:textId="77777777" w:rsidTr="692CB0CB">
        <w:trPr>
          <w:trHeight w:val="458"/>
        </w:trPr>
        <w:tc>
          <w:tcPr>
            <w:tcW w:w="1834" w:type="dxa"/>
            <w:tcBorders>
              <w:top w:val="single" w:sz="8" w:space="0" w:color="000000" w:themeColor="text1"/>
              <w:left w:val="single" w:sz="8" w:space="0" w:color="000000" w:themeColor="text1"/>
              <w:bottom w:val="single" w:sz="8" w:space="0" w:color="000000" w:themeColor="text1"/>
              <w:right w:val="nil"/>
            </w:tcBorders>
          </w:tcPr>
          <w:p w14:paraId="7DAA0352" w14:textId="6D2C010B" w:rsidR="0078798F" w:rsidRPr="00211965" w:rsidRDefault="0078798F" w:rsidP="692CB0CB">
            <w:pPr>
              <w:rPr>
                <w:rFonts w:asciiTheme="majorHAnsi" w:hAnsiTheme="majorHAnsi" w:cstheme="majorBidi"/>
                <w:color w:val="808080" w:themeColor="background1" w:themeShade="80"/>
                <w:sz w:val="22"/>
                <w:szCs w:val="22"/>
                <w:highlight w:val="yellow"/>
              </w:rPr>
            </w:pPr>
          </w:p>
        </w:tc>
        <w:tc>
          <w:tcPr>
            <w:tcW w:w="1753" w:type="dxa"/>
            <w:tcBorders>
              <w:top w:val="single" w:sz="8" w:space="0" w:color="000000" w:themeColor="text1"/>
              <w:left w:val="nil"/>
              <w:bottom w:val="single" w:sz="8" w:space="0" w:color="000000" w:themeColor="text1"/>
              <w:right w:val="nil"/>
            </w:tcBorders>
          </w:tcPr>
          <w:p w14:paraId="7E4E5F0A" w14:textId="77777777" w:rsidR="0078798F" w:rsidRPr="00211965" w:rsidRDefault="0078798F">
            <w:pPr>
              <w:rPr>
                <w:rFonts w:asciiTheme="majorHAnsi" w:hAnsiTheme="majorHAnsi" w:cstheme="majorHAnsi"/>
                <w:sz w:val="22"/>
                <w:szCs w:val="22"/>
                <w:highlight w:val="yellow"/>
              </w:rPr>
            </w:pPr>
          </w:p>
        </w:tc>
        <w:tc>
          <w:tcPr>
            <w:tcW w:w="3419" w:type="dxa"/>
            <w:tcBorders>
              <w:top w:val="single" w:sz="8" w:space="0" w:color="000000" w:themeColor="text1"/>
              <w:left w:val="nil"/>
              <w:bottom w:val="single" w:sz="8" w:space="0" w:color="000000" w:themeColor="text1"/>
              <w:right w:val="single" w:sz="8" w:space="0" w:color="000000" w:themeColor="text1"/>
            </w:tcBorders>
          </w:tcPr>
          <w:p w14:paraId="1FA10563" w14:textId="77777777" w:rsidR="0078798F" w:rsidRPr="00211965" w:rsidRDefault="0078798F">
            <w:pPr>
              <w:rPr>
                <w:rFonts w:asciiTheme="majorHAnsi" w:hAnsiTheme="majorHAnsi" w:cstheme="majorHAnsi"/>
                <w:sz w:val="22"/>
                <w:szCs w:val="22"/>
                <w:highlight w:val="yellow"/>
              </w:rPr>
            </w:pPr>
          </w:p>
        </w:tc>
      </w:tr>
      <w:tr w:rsidR="0078798F" w:rsidRPr="00211965" w14:paraId="411E04E7" w14:textId="77777777" w:rsidTr="692CB0CB">
        <w:trPr>
          <w:trHeight w:val="2177"/>
        </w:trPr>
        <w:tc>
          <w:tcPr>
            <w:tcW w:w="18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91957" w14:textId="0DAC4567" w:rsidR="0078798F" w:rsidRPr="00211965" w:rsidRDefault="557E3B46" w:rsidP="692CB0CB">
            <w:pPr>
              <w:rPr>
                <w:rFonts w:ascii="Calibri" w:hAnsi="Calibri" w:cs="Calibri"/>
                <w:sz w:val="22"/>
                <w:szCs w:val="22"/>
              </w:rPr>
            </w:pPr>
            <w:r w:rsidRPr="692CB0CB">
              <w:rPr>
                <w:rFonts w:ascii="Calibri" w:hAnsi="Calibri" w:cs="Calibri"/>
                <w:sz w:val="22"/>
                <w:szCs w:val="22"/>
              </w:rPr>
              <w:t>Gaby Hemmes</w:t>
            </w:r>
          </w:p>
          <w:p w14:paraId="37C4C477" w14:textId="34457DAB"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Jasper Mik </w:t>
            </w:r>
          </w:p>
          <w:p w14:paraId="12B1E086" w14:textId="77777777" w:rsidR="0078798F" w:rsidRPr="00211965" w:rsidRDefault="0078798F" w:rsidP="692CB0CB">
            <w:pPr>
              <w:rPr>
                <w:rFonts w:ascii="Calibri" w:hAnsi="Calibri" w:cs="Calibri"/>
                <w:sz w:val="22"/>
                <w:szCs w:val="22"/>
              </w:rPr>
            </w:pPr>
            <w:r w:rsidRPr="692CB0CB">
              <w:rPr>
                <w:rFonts w:ascii="Calibri" w:hAnsi="Calibri" w:cs="Calibri"/>
                <w:sz w:val="22"/>
                <w:szCs w:val="22"/>
                <w:lang w:val="en-US"/>
              </w:rPr>
              <w:t xml:space="preserve">Anne </w:t>
            </w:r>
            <w:proofErr w:type="spellStart"/>
            <w:r w:rsidRPr="692CB0CB">
              <w:rPr>
                <w:rFonts w:ascii="Calibri" w:hAnsi="Calibri" w:cs="Calibri"/>
                <w:sz w:val="22"/>
                <w:szCs w:val="22"/>
                <w:lang w:val="en-US"/>
              </w:rPr>
              <w:t>Schoonen</w:t>
            </w:r>
            <w:proofErr w:type="spellEnd"/>
            <w:r w:rsidRPr="692CB0CB">
              <w:rPr>
                <w:rFonts w:ascii="Calibri" w:hAnsi="Calibri" w:cs="Calibri"/>
                <w:sz w:val="22"/>
                <w:szCs w:val="22"/>
                <w:lang w:val="en-US"/>
              </w:rPr>
              <w:t xml:space="preserve"> </w:t>
            </w:r>
          </w:p>
        </w:tc>
        <w:tc>
          <w:tcPr>
            <w:tcW w:w="175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F3F9C" w14:textId="77777777" w:rsidR="0078798F" w:rsidRPr="00211965" w:rsidRDefault="0078798F" w:rsidP="692CB0CB">
            <w:pPr>
              <w:rPr>
                <w:rFonts w:ascii="Calibri" w:hAnsi="Calibri" w:cs="Calibri"/>
                <w:sz w:val="22"/>
                <w:szCs w:val="22"/>
              </w:rPr>
            </w:pPr>
            <w:proofErr w:type="spellStart"/>
            <w:r w:rsidRPr="692CB0CB">
              <w:rPr>
                <w:rFonts w:ascii="Calibri" w:hAnsi="Calibri" w:cs="Calibri"/>
                <w:sz w:val="22"/>
                <w:szCs w:val="22"/>
                <w:lang w:val="en-US"/>
              </w:rPr>
              <w:t>Voorzitter</w:t>
            </w:r>
            <w:proofErr w:type="spellEnd"/>
            <w:r w:rsidRPr="692CB0CB">
              <w:rPr>
                <w:rFonts w:ascii="Calibri" w:hAnsi="Calibri" w:cs="Calibri"/>
                <w:sz w:val="22"/>
                <w:szCs w:val="22"/>
                <w:lang w:val="en-US"/>
              </w:rPr>
              <w:t xml:space="preserve"> </w:t>
            </w:r>
          </w:p>
          <w:p w14:paraId="77380FB9" w14:textId="7F19FF4E" w:rsidR="0078798F" w:rsidRPr="00211965" w:rsidRDefault="34EF92D7" w:rsidP="692CB0CB">
            <w:pPr>
              <w:rPr>
                <w:rFonts w:ascii="Calibri" w:hAnsi="Calibri" w:cs="Calibri"/>
                <w:sz w:val="22"/>
                <w:szCs w:val="22"/>
                <w:lang w:val="en-US"/>
              </w:rPr>
            </w:pPr>
            <w:proofErr w:type="spellStart"/>
            <w:r w:rsidRPr="692CB0CB">
              <w:rPr>
                <w:rFonts w:ascii="Calibri" w:hAnsi="Calibri" w:cs="Calibri"/>
                <w:sz w:val="22"/>
                <w:szCs w:val="22"/>
                <w:lang w:val="en-US"/>
              </w:rPr>
              <w:t>Penningmeester</w:t>
            </w:r>
            <w:proofErr w:type="spellEnd"/>
          </w:p>
          <w:p w14:paraId="3CC0140F" w14:textId="0A504EAA" w:rsidR="0078798F" w:rsidRPr="00211965" w:rsidRDefault="4A38D37A" w:rsidP="692CB0CB">
            <w:pPr>
              <w:spacing w:after="182" w:line="239" w:lineRule="auto"/>
              <w:ind w:right="89"/>
              <w:rPr>
                <w:rFonts w:ascii="Calibri" w:hAnsi="Calibri" w:cs="Calibri"/>
                <w:sz w:val="22"/>
                <w:szCs w:val="22"/>
                <w:lang w:val="en-US"/>
              </w:rPr>
            </w:pPr>
            <w:proofErr w:type="spellStart"/>
            <w:r w:rsidRPr="692CB0CB">
              <w:rPr>
                <w:rFonts w:ascii="Calibri" w:hAnsi="Calibri" w:cs="Calibri"/>
                <w:sz w:val="22"/>
                <w:szCs w:val="22"/>
                <w:lang w:val="en-US"/>
              </w:rPr>
              <w:t>Secreta</w:t>
            </w:r>
            <w:r w:rsidR="0078798F" w:rsidRPr="692CB0CB">
              <w:rPr>
                <w:rFonts w:ascii="Calibri" w:hAnsi="Calibri" w:cs="Calibri"/>
                <w:sz w:val="22"/>
                <w:szCs w:val="22"/>
                <w:lang w:val="en-US"/>
              </w:rPr>
              <w:t>r</w:t>
            </w:r>
            <w:r w:rsidR="5AA05F7D" w:rsidRPr="692CB0CB">
              <w:rPr>
                <w:rFonts w:ascii="Calibri" w:hAnsi="Calibri" w:cs="Calibri"/>
                <w:sz w:val="22"/>
                <w:szCs w:val="22"/>
                <w:lang w:val="en-US"/>
              </w:rPr>
              <w:t>is</w:t>
            </w:r>
            <w:proofErr w:type="spellEnd"/>
            <w:r w:rsidR="0078798F" w:rsidRPr="692CB0CB">
              <w:rPr>
                <w:rFonts w:ascii="Calibri" w:hAnsi="Calibri" w:cs="Calibri"/>
                <w:sz w:val="22"/>
                <w:szCs w:val="22"/>
                <w:lang w:val="en-US"/>
              </w:rPr>
              <w:t xml:space="preserve">  </w:t>
            </w:r>
          </w:p>
          <w:p w14:paraId="2FCE5400" w14:textId="77777777" w:rsidR="0078798F" w:rsidRPr="00211965" w:rsidRDefault="0078798F" w:rsidP="692CB0CB">
            <w:pPr>
              <w:spacing w:after="158"/>
              <w:rPr>
                <w:rFonts w:ascii="Calibri" w:hAnsi="Calibri" w:cs="Calibri"/>
                <w:sz w:val="22"/>
                <w:szCs w:val="22"/>
              </w:rPr>
            </w:pPr>
            <w:r w:rsidRPr="692CB0CB">
              <w:rPr>
                <w:rFonts w:ascii="Calibri" w:hAnsi="Calibri" w:cs="Calibri"/>
                <w:sz w:val="22"/>
                <w:szCs w:val="22"/>
              </w:rPr>
              <w:t xml:space="preserve"> </w:t>
            </w:r>
          </w:p>
          <w:p w14:paraId="19794198" w14:textId="77777777" w:rsidR="0078798F" w:rsidRPr="00211965" w:rsidRDefault="0078798F" w:rsidP="692CB0CB">
            <w:pPr>
              <w:rPr>
                <w:rFonts w:ascii="Calibri" w:hAnsi="Calibri" w:cs="Calibri"/>
                <w:sz w:val="22"/>
                <w:szCs w:val="22"/>
              </w:rPr>
            </w:pPr>
            <w:r w:rsidRPr="692CB0CB">
              <w:rPr>
                <w:rFonts w:ascii="Calibri" w:hAnsi="Calibri" w:cs="Calibri"/>
                <w:sz w:val="22"/>
                <w:szCs w:val="22"/>
              </w:rPr>
              <w:t xml:space="preserve"> </w:t>
            </w:r>
          </w:p>
        </w:tc>
        <w:tc>
          <w:tcPr>
            <w:tcW w:w="34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D62388" w14:textId="0027692D" w:rsidR="0078798F" w:rsidRPr="00211965" w:rsidRDefault="77032ECE" w:rsidP="692CB0CB">
            <w:pPr>
              <w:ind w:left="2"/>
              <w:jc w:val="both"/>
              <w:rPr>
                <w:rFonts w:ascii="Calibri" w:hAnsi="Calibri" w:cs="Calibri"/>
                <w:sz w:val="22"/>
                <w:szCs w:val="22"/>
              </w:rPr>
            </w:pPr>
            <w:r w:rsidRPr="692CB0CB">
              <w:rPr>
                <w:rFonts w:ascii="Calibri" w:hAnsi="Calibri" w:cs="Calibri"/>
                <w:sz w:val="22"/>
                <w:szCs w:val="22"/>
              </w:rPr>
              <w:t>or-emmaschoolassen@hotmail.com</w:t>
            </w:r>
          </w:p>
        </w:tc>
      </w:tr>
    </w:tbl>
    <w:p w14:paraId="37AEEC5B" w14:textId="77777777" w:rsidR="0078798F" w:rsidRDefault="0078798F" w:rsidP="0078798F">
      <w:pPr>
        <w:spacing w:after="0"/>
        <w:rPr>
          <w:rFonts w:asciiTheme="majorHAnsi" w:hAnsiTheme="majorHAnsi" w:cstheme="majorHAnsi"/>
          <w:color w:val="BF8F00"/>
        </w:rPr>
      </w:pPr>
    </w:p>
    <w:p w14:paraId="4CAE421D" w14:textId="77777777" w:rsidR="0078798F" w:rsidRPr="002351CD" w:rsidRDefault="0078798F" w:rsidP="0078798F">
      <w:pPr>
        <w:pStyle w:val="Kop2"/>
        <w:rPr>
          <w:lang w:val="nl-NL"/>
        </w:rPr>
      </w:pPr>
      <w:bookmarkStart w:id="122" w:name="_Toc201002813"/>
      <w:bookmarkStart w:id="123" w:name="_Toc207190223"/>
      <w:r w:rsidRPr="00B16615">
        <w:rPr>
          <w:lang w:val="nl-NL"/>
        </w:rPr>
        <w:t>6.2 Bewegingsonderwijs</w:t>
      </w:r>
      <w:bookmarkEnd w:id="122"/>
      <w:bookmarkEnd w:id="123"/>
      <w:r w:rsidRPr="00B16615">
        <w:rPr>
          <w:lang w:val="nl-NL"/>
        </w:rPr>
        <w:t xml:space="preserve"> </w:t>
      </w:r>
    </w:p>
    <w:p w14:paraId="542B3152" w14:textId="77777777" w:rsidR="0078798F" w:rsidRPr="00211965" w:rsidRDefault="0078798F" w:rsidP="0078798F">
      <w:pPr>
        <w:pStyle w:val="Kop3"/>
        <w:rPr>
          <w:lang w:val="nl-NL"/>
        </w:rPr>
      </w:pPr>
      <w:bookmarkStart w:id="124" w:name="_Toc201002814"/>
      <w:bookmarkStart w:id="125" w:name="_Toc207190224"/>
      <w:r w:rsidRPr="00B16615">
        <w:rPr>
          <w:lang w:val="nl-NL"/>
        </w:rPr>
        <w:t>Groepen 1-2</w:t>
      </w:r>
      <w:bookmarkEnd w:id="124"/>
      <w:bookmarkEnd w:id="125"/>
      <w:r w:rsidRPr="00B16615">
        <w:rPr>
          <w:lang w:val="nl-NL"/>
        </w:rPr>
        <w:t xml:space="preserve"> </w:t>
      </w:r>
    </w:p>
    <w:p w14:paraId="180FE804" w14:textId="77777777" w:rsidR="0078798F" w:rsidRPr="00AD0354" w:rsidRDefault="0078798F" w:rsidP="0078798F">
      <w:pPr>
        <w:spacing w:after="186" w:line="249" w:lineRule="auto"/>
        <w:ind w:left="-5" w:hanging="10"/>
        <w:rPr>
          <w:rFonts w:ascii="Calibri" w:hAnsi="Calibri" w:cs="Calibri"/>
          <w:lang w:val="nl-NL"/>
        </w:rPr>
      </w:pPr>
      <w:r w:rsidRPr="00B16615">
        <w:rPr>
          <w:rFonts w:ascii="Calibri" w:hAnsi="Calibri" w:cs="Calibri"/>
          <w:lang w:val="nl-NL"/>
        </w:rPr>
        <w:t xml:space="preserve">De kinderen bewegen vrijwel dagelijks buiten en vier keer per week in het speellokaal met de eigen leerkracht en één keer per week met de vakleerkracht gym. Gymkleding is niet nodig. Gymschoenen, voorzien van naam, blijven op school. </w:t>
      </w:r>
    </w:p>
    <w:p w14:paraId="35449109" w14:textId="77777777" w:rsidR="0078798F" w:rsidRPr="00E02274" w:rsidRDefault="0078798F" w:rsidP="0078798F">
      <w:pPr>
        <w:pStyle w:val="Kop3"/>
        <w:rPr>
          <w:lang w:val="nl-NL"/>
        </w:rPr>
      </w:pPr>
      <w:bookmarkStart w:id="126" w:name="_Toc201002815"/>
      <w:bookmarkStart w:id="127" w:name="_Toc207190225"/>
      <w:r w:rsidRPr="00B16615">
        <w:rPr>
          <w:lang w:val="nl-NL"/>
        </w:rPr>
        <w:t>Groep 3 t/m 8</w:t>
      </w:r>
      <w:bookmarkEnd w:id="126"/>
      <w:bookmarkEnd w:id="127"/>
      <w:r w:rsidRPr="00B16615">
        <w:rPr>
          <w:lang w:val="nl-NL"/>
        </w:rPr>
        <w:t xml:space="preserve"> </w:t>
      </w:r>
    </w:p>
    <w:p w14:paraId="227CC6DC" w14:textId="77777777" w:rsidR="0078798F" w:rsidRPr="00AD0354" w:rsidRDefault="0078798F" w:rsidP="0078798F">
      <w:pPr>
        <w:spacing w:after="5" w:line="249" w:lineRule="auto"/>
        <w:ind w:left="-5" w:hanging="10"/>
        <w:rPr>
          <w:rFonts w:ascii="Calibri" w:hAnsi="Calibri" w:cs="Calibri"/>
          <w:lang w:val="nl-NL"/>
        </w:rPr>
      </w:pPr>
      <w:r w:rsidRPr="00AD0354">
        <w:rPr>
          <w:rFonts w:ascii="Calibri" w:hAnsi="Calibri" w:cs="Calibri"/>
          <w:lang w:val="nl-NL"/>
        </w:rPr>
        <w:t xml:space="preserve">De groepen 3 t/m 8 krijgen allemaal tenminste één keer per week gymles van een vakleerkracht in de Aubussonhal aan de Vaart. De tweede les wordt gegeven door de eigen leerkracht of de vakleerkracht. Alle groepen hebben een </w:t>
      </w:r>
      <w:proofErr w:type="spellStart"/>
      <w:r w:rsidRPr="00AD0354">
        <w:rPr>
          <w:rFonts w:ascii="Calibri" w:hAnsi="Calibri" w:cs="Calibri"/>
          <w:lang w:val="nl-NL"/>
        </w:rPr>
        <w:t>toestelles</w:t>
      </w:r>
      <w:proofErr w:type="spellEnd"/>
      <w:r w:rsidRPr="00AD0354">
        <w:rPr>
          <w:rFonts w:ascii="Calibri" w:hAnsi="Calibri" w:cs="Calibri"/>
          <w:lang w:val="nl-NL"/>
        </w:rPr>
        <w:t xml:space="preserve"> en een </w:t>
      </w:r>
      <w:proofErr w:type="spellStart"/>
      <w:r w:rsidRPr="00AD0354">
        <w:rPr>
          <w:rFonts w:ascii="Calibri" w:hAnsi="Calibri" w:cs="Calibri"/>
          <w:lang w:val="nl-NL"/>
        </w:rPr>
        <w:t>spelles</w:t>
      </w:r>
      <w:proofErr w:type="spellEnd"/>
      <w:r w:rsidRPr="00AD0354">
        <w:rPr>
          <w:rFonts w:ascii="Calibri" w:hAnsi="Calibri" w:cs="Calibri"/>
          <w:lang w:val="nl-NL"/>
        </w:rPr>
        <w:t xml:space="preserve">. Deze lessen duren 45 minuten. </w:t>
      </w:r>
    </w:p>
    <w:p w14:paraId="27E5AF6E" w14:textId="77777777" w:rsidR="00612D71" w:rsidRDefault="0078798F" w:rsidP="692CB0CB">
      <w:pPr>
        <w:spacing w:after="0"/>
        <w:rPr>
          <w:rFonts w:asciiTheme="majorHAnsi" w:hAnsiTheme="majorHAnsi" w:cstheme="majorBidi"/>
          <w:lang w:val="nl-NL"/>
        </w:rPr>
      </w:pPr>
      <w:r w:rsidRPr="692CB0CB">
        <w:rPr>
          <w:rFonts w:asciiTheme="majorHAnsi" w:hAnsiTheme="majorHAnsi" w:cstheme="majorBidi"/>
          <w:lang w:val="nl-NL"/>
        </w:rPr>
        <w:t xml:space="preserve"> </w:t>
      </w:r>
    </w:p>
    <w:p w14:paraId="73065272" w14:textId="77777777" w:rsidR="00612D71" w:rsidRDefault="00612D71">
      <w:pPr>
        <w:rPr>
          <w:rFonts w:asciiTheme="majorHAnsi" w:hAnsiTheme="majorHAnsi" w:cstheme="majorBidi"/>
          <w:lang w:val="nl-NL"/>
        </w:rPr>
      </w:pPr>
      <w:r>
        <w:rPr>
          <w:rFonts w:asciiTheme="majorHAnsi" w:hAnsiTheme="majorHAnsi" w:cstheme="majorBidi"/>
          <w:lang w:val="nl-NL"/>
        </w:rPr>
        <w:br w:type="page"/>
      </w:r>
    </w:p>
    <w:p w14:paraId="4026A531" w14:textId="77777777" w:rsidR="0078798F" w:rsidRPr="00EE771D" w:rsidRDefault="0078798F" w:rsidP="692CB0CB">
      <w:pPr>
        <w:spacing w:after="0"/>
        <w:rPr>
          <w:rFonts w:asciiTheme="majorHAnsi" w:hAnsiTheme="majorHAnsi" w:cstheme="majorBidi"/>
          <w:lang w:val="nl-NL"/>
        </w:rPr>
      </w:pPr>
    </w:p>
    <w:p w14:paraId="464F4A7B" w14:textId="1090D66E" w:rsidR="4B8EAC21" w:rsidRDefault="4B8EAC21" w:rsidP="692CB0CB">
      <w:pPr>
        <w:pStyle w:val="Kop2"/>
      </w:pPr>
      <w:bookmarkStart w:id="128" w:name="_Toc207190226"/>
      <w:r w:rsidRPr="692CB0CB">
        <w:rPr>
          <w:rFonts w:ascii="Calibri" w:eastAsia="Calibri" w:hAnsi="Calibri" w:cs="Calibri"/>
          <w:lang w:val="nl-NL"/>
        </w:rPr>
        <w:t>Rooster:</w:t>
      </w:r>
      <w:bookmarkEnd w:id="128"/>
    </w:p>
    <w:p w14:paraId="07E0AFF8" w14:textId="60700A87" w:rsidR="4B8EAC21" w:rsidRDefault="4B8EAC21" w:rsidP="692CB0CB">
      <w:pPr>
        <w:rPr>
          <w:rFonts w:ascii="Calibri" w:eastAsia="Calibri" w:hAnsi="Calibri" w:cs="Calibri"/>
          <w:color w:val="4F81BD" w:themeColor="accent1"/>
          <w:lang w:val="nl-NL"/>
        </w:rPr>
      </w:pPr>
      <w:r w:rsidRPr="692CB0CB">
        <w:rPr>
          <w:lang w:val="nl-NL"/>
        </w:rPr>
        <w:t>Maandag (vakleerkracht bewegingsonderwijs)</w:t>
      </w:r>
    </w:p>
    <w:tbl>
      <w:tblPr>
        <w:tblW w:w="0" w:type="auto"/>
        <w:tblLayout w:type="fixed"/>
        <w:tblLook w:val="04A0" w:firstRow="1" w:lastRow="0" w:firstColumn="1" w:lastColumn="0" w:noHBand="0" w:noVBand="1"/>
      </w:tblPr>
      <w:tblGrid>
        <w:gridCol w:w="2160"/>
        <w:gridCol w:w="2160"/>
        <w:gridCol w:w="2160"/>
        <w:gridCol w:w="2160"/>
      </w:tblGrid>
      <w:tr w:rsidR="692CB0CB" w14:paraId="0E39B7C1" w14:textId="77777777" w:rsidTr="692CB0CB">
        <w:trPr>
          <w:trHeight w:val="300"/>
        </w:trPr>
        <w:tc>
          <w:tcPr>
            <w:tcW w:w="2160" w:type="dxa"/>
            <w:tcMar>
              <w:left w:w="108" w:type="dxa"/>
              <w:right w:w="108" w:type="dxa"/>
            </w:tcMar>
          </w:tcPr>
          <w:p w14:paraId="13B37367" w14:textId="19CD342A" w:rsidR="692CB0CB" w:rsidRDefault="692CB0CB" w:rsidP="692CB0CB">
            <w:proofErr w:type="spellStart"/>
            <w:r w:rsidRPr="692CB0CB">
              <w:rPr>
                <w:rFonts w:ascii="Calibri" w:eastAsia="Calibri" w:hAnsi="Calibri" w:cs="Calibri"/>
              </w:rPr>
              <w:t>Tijd</w:t>
            </w:r>
            <w:proofErr w:type="spellEnd"/>
          </w:p>
        </w:tc>
        <w:tc>
          <w:tcPr>
            <w:tcW w:w="2160" w:type="dxa"/>
            <w:tcMar>
              <w:left w:w="108" w:type="dxa"/>
              <w:right w:w="108" w:type="dxa"/>
            </w:tcMar>
          </w:tcPr>
          <w:p w14:paraId="545F0EF9" w14:textId="4521E63F" w:rsidR="692CB0CB" w:rsidRDefault="692CB0CB" w:rsidP="692CB0CB">
            <w:r w:rsidRPr="692CB0CB">
              <w:rPr>
                <w:rFonts w:ascii="Calibri" w:eastAsia="Calibri" w:hAnsi="Calibri" w:cs="Calibri"/>
              </w:rPr>
              <w:t>Groep</w:t>
            </w:r>
          </w:p>
        </w:tc>
        <w:tc>
          <w:tcPr>
            <w:tcW w:w="2160" w:type="dxa"/>
            <w:tcMar>
              <w:left w:w="108" w:type="dxa"/>
              <w:right w:w="108" w:type="dxa"/>
            </w:tcMar>
          </w:tcPr>
          <w:p w14:paraId="65E5659C" w14:textId="46C1C62C" w:rsidR="692CB0CB" w:rsidRDefault="692CB0CB" w:rsidP="692CB0CB">
            <w:proofErr w:type="spellStart"/>
            <w:r w:rsidRPr="692CB0CB">
              <w:rPr>
                <w:rFonts w:ascii="Calibri" w:eastAsia="Calibri" w:hAnsi="Calibri" w:cs="Calibri"/>
              </w:rPr>
              <w:t>Activiteit</w:t>
            </w:r>
            <w:proofErr w:type="spellEnd"/>
          </w:p>
        </w:tc>
        <w:tc>
          <w:tcPr>
            <w:tcW w:w="2160" w:type="dxa"/>
            <w:tcMar>
              <w:left w:w="108" w:type="dxa"/>
              <w:right w:w="108" w:type="dxa"/>
            </w:tcMar>
          </w:tcPr>
          <w:p w14:paraId="74185D22" w14:textId="177689C6" w:rsidR="692CB0CB" w:rsidRDefault="692CB0CB" w:rsidP="692CB0CB">
            <w:r w:rsidRPr="692CB0CB">
              <w:rPr>
                <w:rFonts w:ascii="Calibri" w:eastAsia="Calibri" w:hAnsi="Calibri" w:cs="Calibri"/>
              </w:rPr>
              <w:t>Minuten</w:t>
            </w:r>
          </w:p>
        </w:tc>
      </w:tr>
      <w:tr w:rsidR="692CB0CB" w14:paraId="590772F3" w14:textId="77777777" w:rsidTr="692CB0CB">
        <w:trPr>
          <w:trHeight w:val="300"/>
        </w:trPr>
        <w:tc>
          <w:tcPr>
            <w:tcW w:w="2160" w:type="dxa"/>
            <w:tcMar>
              <w:left w:w="108" w:type="dxa"/>
              <w:right w:w="108" w:type="dxa"/>
            </w:tcMar>
          </w:tcPr>
          <w:p w14:paraId="18A5D9CC" w14:textId="2103B1E1" w:rsidR="692CB0CB" w:rsidRDefault="692CB0CB" w:rsidP="692CB0CB">
            <w:r w:rsidRPr="692CB0CB">
              <w:rPr>
                <w:rFonts w:ascii="Calibri" w:eastAsia="Calibri" w:hAnsi="Calibri" w:cs="Calibri"/>
              </w:rPr>
              <w:t>08:30 - 09:15</w:t>
            </w:r>
          </w:p>
        </w:tc>
        <w:tc>
          <w:tcPr>
            <w:tcW w:w="2160" w:type="dxa"/>
            <w:tcMar>
              <w:left w:w="108" w:type="dxa"/>
              <w:right w:w="108" w:type="dxa"/>
            </w:tcMar>
          </w:tcPr>
          <w:p w14:paraId="38EB33D1" w14:textId="491E9F5B" w:rsidR="692CB0CB" w:rsidRDefault="692CB0CB" w:rsidP="692CB0CB">
            <w:r w:rsidRPr="692CB0CB">
              <w:rPr>
                <w:rFonts w:ascii="Calibri" w:eastAsia="Calibri" w:hAnsi="Calibri" w:cs="Calibri"/>
              </w:rPr>
              <w:t>3b</w:t>
            </w:r>
          </w:p>
        </w:tc>
        <w:tc>
          <w:tcPr>
            <w:tcW w:w="2160" w:type="dxa"/>
            <w:tcMar>
              <w:left w:w="108" w:type="dxa"/>
              <w:right w:w="108" w:type="dxa"/>
            </w:tcMar>
          </w:tcPr>
          <w:p w14:paraId="653908E2" w14:textId="201116B6"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46D602DB" w14:textId="1853017A" w:rsidR="692CB0CB" w:rsidRDefault="692CB0CB" w:rsidP="692CB0CB">
            <w:r w:rsidRPr="692CB0CB">
              <w:rPr>
                <w:rFonts w:ascii="Calibri" w:eastAsia="Calibri" w:hAnsi="Calibri" w:cs="Calibri"/>
              </w:rPr>
              <w:t>45</w:t>
            </w:r>
          </w:p>
        </w:tc>
      </w:tr>
      <w:tr w:rsidR="692CB0CB" w14:paraId="27DC3EE2" w14:textId="77777777" w:rsidTr="692CB0CB">
        <w:trPr>
          <w:trHeight w:val="300"/>
        </w:trPr>
        <w:tc>
          <w:tcPr>
            <w:tcW w:w="2160" w:type="dxa"/>
            <w:tcMar>
              <w:left w:w="108" w:type="dxa"/>
              <w:right w:w="108" w:type="dxa"/>
            </w:tcMar>
          </w:tcPr>
          <w:p w14:paraId="19480C42" w14:textId="15581566" w:rsidR="692CB0CB" w:rsidRDefault="692CB0CB" w:rsidP="692CB0CB">
            <w:r w:rsidRPr="692CB0CB">
              <w:rPr>
                <w:rFonts w:ascii="Calibri" w:eastAsia="Calibri" w:hAnsi="Calibri" w:cs="Calibri"/>
              </w:rPr>
              <w:t>09:15 - 10:00</w:t>
            </w:r>
          </w:p>
        </w:tc>
        <w:tc>
          <w:tcPr>
            <w:tcW w:w="2160" w:type="dxa"/>
            <w:tcMar>
              <w:left w:w="108" w:type="dxa"/>
              <w:right w:w="108" w:type="dxa"/>
            </w:tcMar>
          </w:tcPr>
          <w:p w14:paraId="610AE67B" w14:textId="47C54A8A" w:rsidR="692CB0CB" w:rsidRDefault="692CB0CB" w:rsidP="692CB0CB">
            <w:r w:rsidRPr="692CB0CB">
              <w:rPr>
                <w:rFonts w:ascii="Calibri" w:eastAsia="Calibri" w:hAnsi="Calibri" w:cs="Calibri"/>
              </w:rPr>
              <w:t>3a</w:t>
            </w:r>
          </w:p>
        </w:tc>
        <w:tc>
          <w:tcPr>
            <w:tcW w:w="2160" w:type="dxa"/>
            <w:tcMar>
              <w:left w:w="108" w:type="dxa"/>
              <w:right w:w="108" w:type="dxa"/>
            </w:tcMar>
          </w:tcPr>
          <w:p w14:paraId="4DCEBC68" w14:textId="5BE62B6C"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446425C9" w14:textId="4F19F849" w:rsidR="692CB0CB" w:rsidRDefault="692CB0CB" w:rsidP="692CB0CB">
            <w:r w:rsidRPr="692CB0CB">
              <w:rPr>
                <w:rFonts w:ascii="Calibri" w:eastAsia="Calibri" w:hAnsi="Calibri" w:cs="Calibri"/>
              </w:rPr>
              <w:t>45</w:t>
            </w:r>
          </w:p>
        </w:tc>
      </w:tr>
      <w:tr w:rsidR="692CB0CB" w14:paraId="51957B5E" w14:textId="77777777" w:rsidTr="692CB0CB">
        <w:trPr>
          <w:trHeight w:val="300"/>
        </w:trPr>
        <w:tc>
          <w:tcPr>
            <w:tcW w:w="2160" w:type="dxa"/>
            <w:tcMar>
              <w:left w:w="108" w:type="dxa"/>
              <w:right w:w="108" w:type="dxa"/>
            </w:tcMar>
          </w:tcPr>
          <w:p w14:paraId="51941127" w14:textId="12330E88" w:rsidR="692CB0CB" w:rsidRDefault="692CB0CB" w:rsidP="692CB0CB">
            <w:r w:rsidRPr="692CB0CB">
              <w:rPr>
                <w:rFonts w:ascii="Calibri" w:eastAsia="Calibri" w:hAnsi="Calibri" w:cs="Calibri"/>
              </w:rPr>
              <w:t>10:00 - 10:45</w:t>
            </w:r>
          </w:p>
        </w:tc>
        <w:tc>
          <w:tcPr>
            <w:tcW w:w="2160" w:type="dxa"/>
            <w:tcMar>
              <w:left w:w="108" w:type="dxa"/>
              <w:right w:w="108" w:type="dxa"/>
            </w:tcMar>
          </w:tcPr>
          <w:p w14:paraId="0B217E93" w14:textId="3E26BFCE" w:rsidR="692CB0CB" w:rsidRDefault="692CB0CB" w:rsidP="692CB0CB">
            <w:r w:rsidRPr="692CB0CB">
              <w:rPr>
                <w:rFonts w:ascii="Calibri" w:eastAsia="Calibri" w:hAnsi="Calibri" w:cs="Calibri"/>
              </w:rPr>
              <w:t>4a</w:t>
            </w:r>
          </w:p>
        </w:tc>
        <w:tc>
          <w:tcPr>
            <w:tcW w:w="2160" w:type="dxa"/>
            <w:tcMar>
              <w:left w:w="108" w:type="dxa"/>
              <w:right w:w="108" w:type="dxa"/>
            </w:tcMar>
          </w:tcPr>
          <w:p w14:paraId="6FCB2FA6" w14:textId="15E32D86"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13A77AE2" w14:textId="261CE2AA" w:rsidR="692CB0CB" w:rsidRDefault="692CB0CB" w:rsidP="692CB0CB">
            <w:r w:rsidRPr="692CB0CB">
              <w:rPr>
                <w:rFonts w:ascii="Calibri" w:eastAsia="Calibri" w:hAnsi="Calibri" w:cs="Calibri"/>
              </w:rPr>
              <w:t>45</w:t>
            </w:r>
          </w:p>
        </w:tc>
      </w:tr>
      <w:tr w:rsidR="692CB0CB" w14:paraId="4D974A78" w14:textId="77777777" w:rsidTr="692CB0CB">
        <w:trPr>
          <w:trHeight w:val="300"/>
        </w:trPr>
        <w:tc>
          <w:tcPr>
            <w:tcW w:w="2160" w:type="dxa"/>
            <w:tcMar>
              <w:left w:w="108" w:type="dxa"/>
              <w:right w:w="108" w:type="dxa"/>
            </w:tcMar>
          </w:tcPr>
          <w:p w14:paraId="5CE4A48B" w14:textId="5CB383B7" w:rsidR="692CB0CB" w:rsidRDefault="692CB0CB" w:rsidP="692CB0CB">
            <w:r w:rsidRPr="692CB0CB">
              <w:rPr>
                <w:rFonts w:ascii="Calibri" w:eastAsia="Calibri" w:hAnsi="Calibri" w:cs="Calibri"/>
              </w:rPr>
              <w:t>10:45 - 11:15</w:t>
            </w:r>
          </w:p>
        </w:tc>
        <w:tc>
          <w:tcPr>
            <w:tcW w:w="2160" w:type="dxa"/>
            <w:tcMar>
              <w:left w:w="108" w:type="dxa"/>
              <w:right w:w="108" w:type="dxa"/>
            </w:tcMar>
          </w:tcPr>
          <w:p w14:paraId="036C143B" w14:textId="59B75B59" w:rsidR="692CB0CB" w:rsidRDefault="692CB0CB" w:rsidP="692CB0CB">
            <w:r w:rsidRPr="692CB0CB">
              <w:rPr>
                <w:rFonts w:ascii="Calibri" w:eastAsia="Calibri" w:hAnsi="Calibri" w:cs="Calibri"/>
              </w:rPr>
              <w:t>-</w:t>
            </w:r>
          </w:p>
        </w:tc>
        <w:tc>
          <w:tcPr>
            <w:tcW w:w="2160" w:type="dxa"/>
            <w:tcMar>
              <w:left w:w="108" w:type="dxa"/>
              <w:right w:w="108" w:type="dxa"/>
            </w:tcMar>
          </w:tcPr>
          <w:p w14:paraId="3C13E716" w14:textId="47172489" w:rsidR="692CB0CB" w:rsidRDefault="692CB0CB" w:rsidP="692CB0CB">
            <w:proofErr w:type="spellStart"/>
            <w:r w:rsidRPr="692CB0CB">
              <w:rPr>
                <w:rFonts w:ascii="Calibri" w:eastAsia="Calibri" w:hAnsi="Calibri" w:cs="Calibri"/>
              </w:rPr>
              <w:t>Ombouwen</w:t>
            </w:r>
            <w:proofErr w:type="spellEnd"/>
          </w:p>
        </w:tc>
        <w:tc>
          <w:tcPr>
            <w:tcW w:w="2160" w:type="dxa"/>
            <w:tcMar>
              <w:left w:w="108" w:type="dxa"/>
              <w:right w:w="108" w:type="dxa"/>
            </w:tcMar>
          </w:tcPr>
          <w:p w14:paraId="644F06EB" w14:textId="57D92E35" w:rsidR="692CB0CB" w:rsidRDefault="692CB0CB" w:rsidP="692CB0CB">
            <w:r w:rsidRPr="692CB0CB">
              <w:rPr>
                <w:rFonts w:ascii="Calibri" w:eastAsia="Calibri" w:hAnsi="Calibri" w:cs="Calibri"/>
              </w:rPr>
              <w:t>-</w:t>
            </w:r>
          </w:p>
        </w:tc>
      </w:tr>
      <w:tr w:rsidR="692CB0CB" w14:paraId="25C22474" w14:textId="77777777" w:rsidTr="692CB0CB">
        <w:trPr>
          <w:trHeight w:val="300"/>
        </w:trPr>
        <w:tc>
          <w:tcPr>
            <w:tcW w:w="2160" w:type="dxa"/>
            <w:tcMar>
              <w:left w:w="108" w:type="dxa"/>
              <w:right w:w="108" w:type="dxa"/>
            </w:tcMar>
          </w:tcPr>
          <w:p w14:paraId="6988B3CC" w14:textId="6DB3B3FA" w:rsidR="692CB0CB" w:rsidRDefault="692CB0CB" w:rsidP="692CB0CB">
            <w:r w:rsidRPr="692CB0CB">
              <w:rPr>
                <w:rFonts w:ascii="Calibri" w:eastAsia="Calibri" w:hAnsi="Calibri" w:cs="Calibri"/>
              </w:rPr>
              <w:t>11:15 - 12:00</w:t>
            </w:r>
          </w:p>
        </w:tc>
        <w:tc>
          <w:tcPr>
            <w:tcW w:w="2160" w:type="dxa"/>
            <w:tcMar>
              <w:left w:w="108" w:type="dxa"/>
              <w:right w:w="108" w:type="dxa"/>
            </w:tcMar>
          </w:tcPr>
          <w:p w14:paraId="653913DA" w14:textId="7EC656DA" w:rsidR="692CB0CB" w:rsidRDefault="692CB0CB" w:rsidP="692CB0CB">
            <w:r w:rsidRPr="692CB0CB">
              <w:rPr>
                <w:rFonts w:ascii="Calibri" w:eastAsia="Calibri" w:hAnsi="Calibri" w:cs="Calibri"/>
              </w:rPr>
              <w:t>5/6</w:t>
            </w:r>
          </w:p>
        </w:tc>
        <w:tc>
          <w:tcPr>
            <w:tcW w:w="2160" w:type="dxa"/>
            <w:tcMar>
              <w:left w:w="108" w:type="dxa"/>
              <w:right w:w="108" w:type="dxa"/>
            </w:tcMar>
          </w:tcPr>
          <w:p w14:paraId="326FE7A5" w14:textId="7D865FC8"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6CEF90AD" w14:textId="66FCD87F" w:rsidR="692CB0CB" w:rsidRDefault="692CB0CB" w:rsidP="692CB0CB">
            <w:r w:rsidRPr="692CB0CB">
              <w:rPr>
                <w:rFonts w:ascii="Calibri" w:eastAsia="Calibri" w:hAnsi="Calibri" w:cs="Calibri"/>
              </w:rPr>
              <w:t>45</w:t>
            </w:r>
          </w:p>
        </w:tc>
      </w:tr>
      <w:tr w:rsidR="692CB0CB" w14:paraId="18D7F8E1" w14:textId="77777777" w:rsidTr="692CB0CB">
        <w:trPr>
          <w:trHeight w:val="300"/>
        </w:trPr>
        <w:tc>
          <w:tcPr>
            <w:tcW w:w="2160" w:type="dxa"/>
            <w:tcMar>
              <w:left w:w="108" w:type="dxa"/>
              <w:right w:w="108" w:type="dxa"/>
            </w:tcMar>
          </w:tcPr>
          <w:p w14:paraId="554647EC" w14:textId="60A8230F" w:rsidR="692CB0CB" w:rsidRDefault="692CB0CB" w:rsidP="692CB0CB">
            <w:r w:rsidRPr="692CB0CB">
              <w:rPr>
                <w:rFonts w:ascii="Calibri" w:eastAsia="Calibri" w:hAnsi="Calibri" w:cs="Calibri"/>
              </w:rPr>
              <w:t>12:00 - 12:30</w:t>
            </w:r>
          </w:p>
        </w:tc>
        <w:tc>
          <w:tcPr>
            <w:tcW w:w="2160" w:type="dxa"/>
            <w:tcMar>
              <w:left w:w="108" w:type="dxa"/>
              <w:right w:w="108" w:type="dxa"/>
            </w:tcMar>
          </w:tcPr>
          <w:p w14:paraId="0E6864DB" w14:textId="434CCB25" w:rsidR="692CB0CB" w:rsidRDefault="692CB0CB" w:rsidP="692CB0CB">
            <w:r w:rsidRPr="692CB0CB">
              <w:rPr>
                <w:rFonts w:ascii="Calibri" w:eastAsia="Calibri" w:hAnsi="Calibri" w:cs="Calibri"/>
              </w:rPr>
              <w:t>-</w:t>
            </w:r>
          </w:p>
        </w:tc>
        <w:tc>
          <w:tcPr>
            <w:tcW w:w="2160" w:type="dxa"/>
            <w:tcMar>
              <w:left w:w="108" w:type="dxa"/>
              <w:right w:w="108" w:type="dxa"/>
            </w:tcMar>
          </w:tcPr>
          <w:p w14:paraId="267BF5CF" w14:textId="04C61C00" w:rsidR="692CB0CB" w:rsidRDefault="692CB0CB" w:rsidP="692CB0CB">
            <w:r w:rsidRPr="692CB0CB">
              <w:rPr>
                <w:rFonts w:ascii="Calibri" w:eastAsia="Calibri" w:hAnsi="Calibri" w:cs="Calibri"/>
              </w:rPr>
              <w:t>Pauze</w:t>
            </w:r>
          </w:p>
        </w:tc>
        <w:tc>
          <w:tcPr>
            <w:tcW w:w="2160" w:type="dxa"/>
            <w:tcMar>
              <w:left w:w="108" w:type="dxa"/>
              <w:right w:w="108" w:type="dxa"/>
            </w:tcMar>
          </w:tcPr>
          <w:p w14:paraId="2A508E1A" w14:textId="496A5CE4" w:rsidR="692CB0CB" w:rsidRDefault="692CB0CB" w:rsidP="692CB0CB">
            <w:r w:rsidRPr="692CB0CB">
              <w:rPr>
                <w:rFonts w:ascii="Calibri" w:eastAsia="Calibri" w:hAnsi="Calibri" w:cs="Calibri"/>
              </w:rPr>
              <w:t>-</w:t>
            </w:r>
          </w:p>
        </w:tc>
      </w:tr>
      <w:tr w:rsidR="692CB0CB" w14:paraId="31024318" w14:textId="77777777" w:rsidTr="692CB0CB">
        <w:trPr>
          <w:trHeight w:val="300"/>
        </w:trPr>
        <w:tc>
          <w:tcPr>
            <w:tcW w:w="2160" w:type="dxa"/>
            <w:tcMar>
              <w:left w:w="108" w:type="dxa"/>
              <w:right w:w="108" w:type="dxa"/>
            </w:tcMar>
          </w:tcPr>
          <w:p w14:paraId="3DE5D9F7" w14:textId="33C745F0" w:rsidR="692CB0CB" w:rsidRDefault="692CB0CB" w:rsidP="692CB0CB">
            <w:r w:rsidRPr="692CB0CB">
              <w:rPr>
                <w:rFonts w:ascii="Calibri" w:eastAsia="Calibri" w:hAnsi="Calibri" w:cs="Calibri"/>
              </w:rPr>
              <w:t>12:30 - 13:20</w:t>
            </w:r>
          </w:p>
        </w:tc>
        <w:tc>
          <w:tcPr>
            <w:tcW w:w="2160" w:type="dxa"/>
            <w:tcMar>
              <w:left w:w="108" w:type="dxa"/>
              <w:right w:w="108" w:type="dxa"/>
            </w:tcMar>
          </w:tcPr>
          <w:p w14:paraId="3ED8C9BD" w14:textId="50F76F78" w:rsidR="692CB0CB" w:rsidRDefault="692CB0CB" w:rsidP="692CB0CB">
            <w:r w:rsidRPr="692CB0CB">
              <w:rPr>
                <w:rFonts w:ascii="Calibri" w:eastAsia="Calibri" w:hAnsi="Calibri" w:cs="Calibri"/>
              </w:rPr>
              <w:t>6</w:t>
            </w:r>
          </w:p>
        </w:tc>
        <w:tc>
          <w:tcPr>
            <w:tcW w:w="2160" w:type="dxa"/>
            <w:tcMar>
              <w:left w:w="108" w:type="dxa"/>
              <w:right w:w="108" w:type="dxa"/>
            </w:tcMar>
          </w:tcPr>
          <w:p w14:paraId="7B666480" w14:textId="717D01BD"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1598CAB9" w14:textId="66079196" w:rsidR="692CB0CB" w:rsidRDefault="692CB0CB" w:rsidP="692CB0CB">
            <w:r w:rsidRPr="692CB0CB">
              <w:rPr>
                <w:rFonts w:ascii="Calibri" w:eastAsia="Calibri" w:hAnsi="Calibri" w:cs="Calibri"/>
              </w:rPr>
              <w:t>50</w:t>
            </w:r>
          </w:p>
        </w:tc>
      </w:tr>
      <w:tr w:rsidR="692CB0CB" w14:paraId="006FE354" w14:textId="77777777" w:rsidTr="692CB0CB">
        <w:trPr>
          <w:trHeight w:val="300"/>
        </w:trPr>
        <w:tc>
          <w:tcPr>
            <w:tcW w:w="2160" w:type="dxa"/>
            <w:tcMar>
              <w:left w:w="108" w:type="dxa"/>
              <w:right w:w="108" w:type="dxa"/>
            </w:tcMar>
          </w:tcPr>
          <w:p w14:paraId="32CB1959" w14:textId="64107397" w:rsidR="692CB0CB" w:rsidRDefault="692CB0CB" w:rsidP="692CB0CB">
            <w:r w:rsidRPr="692CB0CB">
              <w:rPr>
                <w:rFonts w:ascii="Calibri" w:eastAsia="Calibri" w:hAnsi="Calibri" w:cs="Calibri"/>
              </w:rPr>
              <w:t>13:20 - 14:10</w:t>
            </w:r>
          </w:p>
        </w:tc>
        <w:tc>
          <w:tcPr>
            <w:tcW w:w="2160" w:type="dxa"/>
            <w:tcMar>
              <w:left w:w="108" w:type="dxa"/>
              <w:right w:w="108" w:type="dxa"/>
            </w:tcMar>
          </w:tcPr>
          <w:p w14:paraId="3FA7AD2E" w14:textId="1D81153C" w:rsidR="692CB0CB" w:rsidRDefault="692CB0CB" w:rsidP="692CB0CB">
            <w:r w:rsidRPr="692CB0CB">
              <w:rPr>
                <w:rFonts w:ascii="Calibri" w:eastAsia="Calibri" w:hAnsi="Calibri" w:cs="Calibri"/>
              </w:rPr>
              <w:t>7</w:t>
            </w:r>
          </w:p>
        </w:tc>
        <w:tc>
          <w:tcPr>
            <w:tcW w:w="2160" w:type="dxa"/>
            <w:tcMar>
              <w:left w:w="108" w:type="dxa"/>
              <w:right w:w="108" w:type="dxa"/>
            </w:tcMar>
          </w:tcPr>
          <w:p w14:paraId="69B5C001" w14:textId="78394AFF"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02A35271" w14:textId="13D14E5A" w:rsidR="692CB0CB" w:rsidRDefault="692CB0CB" w:rsidP="692CB0CB">
            <w:r w:rsidRPr="692CB0CB">
              <w:rPr>
                <w:rFonts w:ascii="Calibri" w:eastAsia="Calibri" w:hAnsi="Calibri" w:cs="Calibri"/>
              </w:rPr>
              <w:t>50</w:t>
            </w:r>
          </w:p>
        </w:tc>
      </w:tr>
    </w:tbl>
    <w:p w14:paraId="1B73AF75" w14:textId="7BB3931F" w:rsidR="4B8EAC21" w:rsidRDefault="4B8EAC21" w:rsidP="692CB0CB">
      <w:r w:rsidRPr="692CB0CB">
        <w:rPr>
          <w:rFonts w:ascii="Calibri" w:eastAsia="Calibri" w:hAnsi="Calibri" w:cs="Calibri"/>
        </w:rPr>
        <w:t xml:space="preserve"> </w:t>
      </w:r>
    </w:p>
    <w:p w14:paraId="44C2AC7F" w14:textId="56D8F10B" w:rsidR="4B8EAC21" w:rsidRDefault="4B8EAC21" w:rsidP="692CB0CB">
      <w:pPr>
        <w:rPr>
          <w:rFonts w:ascii="Calibri" w:eastAsia="Calibri" w:hAnsi="Calibri" w:cs="Calibri"/>
          <w:color w:val="4F81BD" w:themeColor="accent1"/>
        </w:rPr>
      </w:pPr>
      <w:proofErr w:type="spellStart"/>
      <w:r w:rsidRPr="692CB0CB">
        <w:t>Donderdag</w:t>
      </w:r>
      <w:proofErr w:type="spellEnd"/>
      <w:r w:rsidRPr="692CB0CB">
        <w:t xml:space="preserve"> (</w:t>
      </w:r>
      <w:proofErr w:type="spellStart"/>
      <w:r w:rsidRPr="692CB0CB">
        <w:t>vakleerkracht</w:t>
      </w:r>
      <w:proofErr w:type="spellEnd"/>
      <w:r w:rsidRPr="692CB0CB">
        <w:t xml:space="preserve"> </w:t>
      </w:r>
      <w:proofErr w:type="spellStart"/>
      <w:r w:rsidRPr="692CB0CB">
        <w:t>bewegingsonderwijs</w:t>
      </w:r>
      <w:proofErr w:type="spellEnd"/>
      <w:r w:rsidRPr="692CB0CB">
        <w:t>)</w:t>
      </w:r>
    </w:p>
    <w:tbl>
      <w:tblPr>
        <w:tblW w:w="0" w:type="auto"/>
        <w:tblLayout w:type="fixed"/>
        <w:tblLook w:val="04A0" w:firstRow="1" w:lastRow="0" w:firstColumn="1" w:lastColumn="0" w:noHBand="0" w:noVBand="1"/>
      </w:tblPr>
      <w:tblGrid>
        <w:gridCol w:w="2160"/>
        <w:gridCol w:w="2160"/>
        <w:gridCol w:w="2160"/>
        <w:gridCol w:w="2160"/>
      </w:tblGrid>
      <w:tr w:rsidR="692CB0CB" w14:paraId="26EF4876" w14:textId="77777777" w:rsidTr="692CB0CB">
        <w:trPr>
          <w:trHeight w:val="300"/>
        </w:trPr>
        <w:tc>
          <w:tcPr>
            <w:tcW w:w="2160" w:type="dxa"/>
            <w:tcMar>
              <w:left w:w="108" w:type="dxa"/>
              <w:right w:w="108" w:type="dxa"/>
            </w:tcMar>
          </w:tcPr>
          <w:p w14:paraId="72580679" w14:textId="4F7F8102" w:rsidR="692CB0CB" w:rsidRDefault="692CB0CB" w:rsidP="692CB0CB">
            <w:proofErr w:type="spellStart"/>
            <w:r w:rsidRPr="692CB0CB">
              <w:rPr>
                <w:rFonts w:ascii="Calibri" w:eastAsia="Calibri" w:hAnsi="Calibri" w:cs="Calibri"/>
              </w:rPr>
              <w:t>Tijd</w:t>
            </w:r>
            <w:proofErr w:type="spellEnd"/>
          </w:p>
        </w:tc>
        <w:tc>
          <w:tcPr>
            <w:tcW w:w="2160" w:type="dxa"/>
            <w:tcMar>
              <w:left w:w="108" w:type="dxa"/>
              <w:right w:w="108" w:type="dxa"/>
            </w:tcMar>
          </w:tcPr>
          <w:p w14:paraId="7268E04C" w14:textId="429E4CE4" w:rsidR="692CB0CB" w:rsidRDefault="692CB0CB" w:rsidP="692CB0CB">
            <w:r w:rsidRPr="692CB0CB">
              <w:rPr>
                <w:rFonts w:ascii="Calibri" w:eastAsia="Calibri" w:hAnsi="Calibri" w:cs="Calibri"/>
              </w:rPr>
              <w:t>Groep</w:t>
            </w:r>
          </w:p>
        </w:tc>
        <w:tc>
          <w:tcPr>
            <w:tcW w:w="2160" w:type="dxa"/>
            <w:tcMar>
              <w:left w:w="108" w:type="dxa"/>
              <w:right w:w="108" w:type="dxa"/>
            </w:tcMar>
          </w:tcPr>
          <w:p w14:paraId="663183A9" w14:textId="5DF5F736" w:rsidR="692CB0CB" w:rsidRDefault="692CB0CB" w:rsidP="692CB0CB">
            <w:proofErr w:type="spellStart"/>
            <w:r w:rsidRPr="692CB0CB">
              <w:rPr>
                <w:rFonts w:ascii="Calibri" w:eastAsia="Calibri" w:hAnsi="Calibri" w:cs="Calibri"/>
              </w:rPr>
              <w:t>Activiteit</w:t>
            </w:r>
            <w:proofErr w:type="spellEnd"/>
          </w:p>
        </w:tc>
        <w:tc>
          <w:tcPr>
            <w:tcW w:w="2160" w:type="dxa"/>
            <w:tcMar>
              <w:left w:w="108" w:type="dxa"/>
              <w:right w:w="108" w:type="dxa"/>
            </w:tcMar>
          </w:tcPr>
          <w:p w14:paraId="5164E52B" w14:textId="248B6322" w:rsidR="692CB0CB" w:rsidRDefault="692CB0CB" w:rsidP="692CB0CB">
            <w:r w:rsidRPr="692CB0CB">
              <w:rPr>
                <w:rFonts w:ascii="Calibri" w:eastAsia="Calibri" w:hAnsi="Calibri" w:cs="Calibri"/>
              </w:rPr>
              <w:t>Minuten</w:t>
            </w:r>
          </w:p>
        </w:tc>
      </w:tr>
      <w:tr w:rsidR="692CB0CB" w14:paraId="1C3F46D8" w14:textId="77777777" w:rsidTr="692CB0CB">
        <w:trPr>
          <w:trHeight w:val="300"/>
        </w:trPr>
        <w:tc>
          <w:tcPr>
            <w:tcW w:w="2160" w:type="dxa"/>
            <w:tcMar>
              <w:left w:w="108" w:type="dxa"/>
              <w:right w:w="108" w:type="dxa"/>
            </w:tcMar>
          </w:tcPr>
          <w:p w14:paraId="759A1984" w14:textId="0FECB73F" w:rsidR="692CB0CB" w:rsidRDefault="692CB0CB" w:rsidP="692CB0CB">
            <w:r w:rsidRPr="692CB0CB">
              <w:rPr>
                <w:rFonts w:ascii="Calibri" w:eastAsia="Calibri" w:hAnsi="Calibri" w:cs="Calibri"/>
              </w:rPr>
              <w:t>08:30 - 09:15</w:t>
            </w:r>
          </w:p>
        </w:tc>
        <w:tc>
          <w:tcPr>
            <w:tcW w:w="2160" w:type="dxa"/>
            <w:tcMar>
              <w:left w:w="108" w:type="dxa"/>
              <w:right w:w="108" w:type="dxa"/>
            </w:tcMar>
          </w:tcPr>
          <w:p w14:paraId="7195055B" w14:textId="00EE9EA7" w:rsidR="692CB0CB" w:rsidRDefault="692CB0CB" w:rsidP="692CB0CB">
            <w:r w:rsidRPr="692CB0CB">
              <w:rPr>
                <w:rFonts w:ascii="Calibri" w:eastAsia="Calibri" w:hAnsi="Calibri" w:cs="Calibri"/>
              </w:rPr>
              <w:t>4b</w:t>
            </w:r>
          </w:p>
        </w:tc>
        <w:tc>
          <w:tcPr>
            <w:tcW w:w="2160" w:type="dxa"/>
            <w:tcMar>
              <w:left w:w="108" w:type="dxa"/>
              <w:right w:w="108" w:type="dxa"/>
            </w:tcMar>
          </w:tcPr>
          <w:p w14:paraId="15A180E4" w14:textId="5FFF0970"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51E30C6A" w14:textId="682C052C" w:rsidR="692CB0CB" w:rsidRDefault="692CB0CB" w:rsidP="692CB0CB">
            <w:r w:rsidRPr="692CB0CB">
              <w:rPr>
                <w:rFonts w:ascii="Calibri" w:eastAsia="Calibri" w:hAnsi="Calibri" w:cs="Calibri"/>
              </w:rPr>
              <w:t>45</w:t>
            </w:r>
          </w:p>
        </w:tc>
      </w:tr>
      <w:tr w:rsidR="692CB0CB" w14:paraId="177C475C" w14:textId="77777777" w:rsidTr="692CB0CB">
        <w:trPr>
          <w:trHeight w:val="300"/>
        </w:trPr>
        <w:tc>
          <w:tcPr>
            <w:tcW w:w="2160" w:type="dxa"/>
            <w:tcMar>
              <w:left w:w="108" w:type="dxa"/>
              <w:right w:w="108" w:type="dxa"/>
            </w:tcMar>
          </w:tcPr>
          <w:p w14:paraId="270AE184" w14:textId="0ABE931D" w:rsidR="692CB0CB" w:rsidRDefault="692CB0CB" w:rsidP="692CB0CB">
            <w:r w:rsidRPr="692CB0CB">
              <w:rPr>
                <w:rFonts w:ascii="Calibri" w:eastAsia="Calibri" w:hAnsi="Calibri" w:cs="Calibri"/>
              </w:rPr>
              <w:t>09:15 - 10:00</w:t>
            </w:r>
          </w:p>
        </w:tc>
        <w:tc>
          <w:tcPr>
            <w:tcW w:w="2160" w:type="dxa"/>
            <w:tcMar>
              <w:left w:w="108" w:type="dxa"/>
              <w:right w:w="108" w:type="dxa"/>
            </w:tcMar>
          </w:tcPr>
          <w:p w14:paraId="53AB147D" w14:textId="4B34247C" w:rsidR="692CB0CB" w:rsidRDefault="692CB0CB" w:rsidP="692CB0CB">
            <w:r w:rsidRPr="692CB0CB">
              <w:rPr>
                <w:rFonts w:ascii="Calibri" w:eastAsia="Calibri" w:hAnsi="Calibri" w:cs="Calibri"/>
              </w:rPr>
              <w:t>5</w:t>
            </w:r>
          </w:p>
        </w:tc>
        <w:tc>
          <w:tcPr>
            <w:tcW w:w="2160" w:type="dxa"/>
            <w:tcMar>
              <w:left w:w="108" w:type="dxa"/>
              <w:right w:w="108" w:type="dxa"/>
            </w:tcMar>
          </w:tcPr>
          <w:p w14:paraId="47C0790B" w14:textId="0DDFD83F"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65AD4A0D" w14:textId="4909A47C" w:rsidR="692CB0CB" w:rsidRDefault="692CB0CB" w:rsidP="692CB0CB">
            <w:r w:rsidRPr="692CB0CB">
              <w:rPr>
                <w:rFonts w:ascii="Calibri" w:eastAsia="Calibri" w:hAnsi="Calibri" w:cs="Calibri"/>
              </w:rPr>
              <w:t>45</w:t>
            </w:r>
          </w:p>
        </w:tc>
      </w:tr>
      <w:tr w:rsidR="692CB0CB" w14:paraId="1969B625" w14:textId="77777777" w:rsidTr="692CB0CB">
        <w:trPr>
          <w:trHeight w:val="300"/>
        </w:trPr>
        <w:tc>
          <w:tcPr>
            <w:tcW w:w="2160" w:type="dxa"/>
            <w:tcMar>
              <w:left w:w="108" w:type="dxa"/>
              <w:right w:w="108" w:type="dxa"/>
            </w:tcMar>
          </w:tcPr>
          <w:p w14:paraId="525BBB9E" w14:textId="049A85AD" w:rsidR="692CB0CB" w:rsidRDefault="692CB0CB" w:rsidP="692CB0CB">
            <w:r w:rsidRPr="692CB0CB">
              <w:rPr>
                <w:rFonts w:ascii="Calibri" w:eastAsia="Calibri" w:hAnsi="Calibri" w:cs="Calibri"/>
              </w:rPr>
              <w:t>10:00 - 10:10</w:t>
            </w:r>
          </w:p>
        </w:tc>
        <w:tc>
          <w:tcPr>
            <w:tcW w:w="2160" w:type="dxa"/>
            <w:tcMar>
              <w:left w:w="108" w:type="dxa"/>
              <w:right w:w="108" w:type="dxa"/>
            </w:tcMar>
          </w:tcPr>
          <w:p w14:paraId="3686EB1B" w14:textId="68D44B4E" w:rsidR="692CB0CB" w:rsidRDefault="692CB0CB" w:rsidP="692CB0CB">
            <w:r w:rsidRPr="692CB0CB">
              <w:rPr>
                <w:rFonts w:ascii="Calibri" w:eastAsia="Calibri" w:hAnsi="Calibri" w:cs="Calibri"/>
              </w:rPr>
              <w:t>-</w:t>
            </w:r>
          </w:p>
        </w:tc>
        <w:tc>
          <w:tcPr>
            <w:tcW w:w="2160" w:type="dxa"/>
            <w:tcMar>
              <w:left w:w="108" w:type="dxa"/>
              <w:right w:w="108" w:type="dxa"/>
            </w:tcMar>
          </w:tcPr>
          <w:p w14:paraId="267284A2" w14:textId="55FBD4D6" w:rsidR="692CB0CB" w:rsidRDefault="692CB0CB" w:rsidP="692CB0CB">
            <w:r w:rsidRPr="692CB0CB">
              <w:rPr>
                <w:rFonts w:ascii="Calibri" w:eastAsia="Calibri" w:hAnsi="Calibri" w:cs="Calibri"/>
              </w:rPr>
              <w:t>Pauze</w:t>
            </w:r>
          </w:p>
        </w:tc>
        <w:tc>
          <w:tcPr>
            <w:tcW w:w="2160" w:type="dxa"/>
            <w:tcMar>
              <w:left w:w="108" w:type="dxa"/>
              <w:right w:w="108" w:type="dxa"/>
            </w:tcMar>
          </w:tcPr>
          <w:p w14:paraId="7CFA0901" w14:textId="49D163A4" w:rsidR="692CB0CB" w:rsidRDefault="692CB0CB" w:rsidP="692CB0CB">
            <w:r w:rsidRPr="692CB0CB">
              <w:rPr>
                <w:rFonts w:ascii="Calibri" w:eastAsia="Calibri" w:hAnsi="Calibri" w:cs="Calibri"/>
              </w:rPr>
              <w:t>-</w:t>
            </w:r>
          </w:p>
        </w:tc>
      </w:tr>
      <w:tr w:rsidR="692CB0CB" w14:paraId="6D66FAC7" w14:textId="77777777" w:rsidTr="692CB0CB">
        <w:trPr>
          <w:trHeight w:val="300"/>
        </w:trPr>
        <w:tc>
          <w:tcPr>
            <w:tcW w:w="2160" w:type="dxa"/>
            <w:tcMar>
              <w:left w:w="108" w:type="dxa"/>
              <w:right w:w="108" w:type="dxa"/>
            </w:tcMar>
          </w:tcPr>
          <w:p w14:paraId="22642306" w14:textId="1AA06BC5" w:rsidR="692CB0CB" w:rsidRDefault="692CB0CB" w:rsidP="692CB0CB">
            <w:r w:rsidRPr="692CB0CB">
              <w:rPr>
                <w:rFonts w:ascii="Calibri" w:eastAsia="Calibri" w:hAnsi="Calibri" w:cs="Calibri"/>
              </w:rPr>
              <w:t>10:10 - 10:55</w:t>
            </w:r>
          </w:p>
        </w:tc>
        <w:tc>
          <w:tcPr>
            <w:tcW w:w="2160" w:type="dxa"/>
            <w:tcMar>
              <w:left w:w="108" w:type="dxa"/>
              <w:right w:w="108" w:type="dxa"/>
            </w:tcMar>
          </w:tcPr>
          <w:p w14:paraId="395A8299" w14:textId="40EB1487" w:rsidR="692CB0CB" w:rsidRDefault="692CB0CB" w:rsidP="692CB0CB">
            <w:r w:rsidRPr="692CB0CB">
              <w:rPr>
                <w:rFonts w:ascii="Calibri" w:eastAsia="Calibri" w:hAnsi="Calibri" w:cs="Calibri"/>
              </w:rPr>
              <w:t>5/6</w:t>
            </w:r>
          </w:p>
        </w:tc>
        <w:tc>
          <w:tcPr>
            <w:tcW w:w="2160" w:type="dxa"/>
            <w:tcMar>
              <w:left w:w="108" w:type="dxa"/>
              <w:right w:w="108" w:type="dxa"/>
            </w:tcMar>
          </w:tcPr>
          <w:p w14:paraId="47628F28" w14:textId="749B8383"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39FE3B87" w14:textId="0FE1DC3C" w:rsidR="692CB0CB" w:rsidRDefault="692CB0CB" w:rsidP="692CB0CB">
            <w:r w:rsidRPr="692CB0CB">
              <w:rPr>
                <w:rFonts w:ascii="Calibri" w:eastAsia="Calibri" w:hAnsi="Calibri" w:cs="Calibri"/>
              </w:rPr>
              <w:t>45</w:t>
            </w:r>
          </w:p>
        </w:tc>
      </w:tr>
      <w:tr w:rsidR="692CB0CB" w14:paraId="367BA885" w14:textId="77777777" w:rsidTr="692CB0CB">
        <w:trPr>
          <w:trHeight w:val="300"/>
        </w:trPr>
        <w:tc>
          <w:tcPr>
            <w:tcW w:w="2160" w:type="dxa"/>
            <w:tcMar>
              <w:left w:w="108" w:type="dxa"/>
              <w:right w:w="108" w:type="dxa"/>
            </w:tcMar>
          </w:tcPr>
          <w:p w14:paraId="2D8F834D" w14:textId="36BE0877" w:rsidR="692CB0CB" w:rsidRDefault="692CB0CB" w:rsidP="692CB0CB">
            <w:r w:rsidRPr="692CB0CB">
              <w:rPr>
                <w:rFonts w:ascii="Calibri" w:eastAsia="Calibri" w:hAnsi="Calibri" w:cs="Calibri"/>
              </w:rPr>
              <w:t>10:55 - 11:35</w:t>
            </w:r>
          </w:p>
        </w:tc>
        <w:tc>
          <w:tcPr>
            <w:tcW w:w="2160" w:type="dxa"/>
            <w:tcMar>
              <w:left w:w="108" w:type="dxa"/>
              <w:right w:w="108" w:type="dxa"/>
            </w:tcMar>
          </w:tcPr>
          <w:p w14:paraId="57593E61" w14:textId="678FE15D" w:rsidR="692CB0CB" w:rsidRDefault="692CB0CB" w:rsidP="692CB0CB">
            <w:r w:rsidRPr="692CB0CB">
              <w:rPr>
                <w:rFonts w:ascii="Calibri" w:eastAsia="Calibri" w:hAnsi="Calibri" w:cs="Calibri"/>
              </w:rPr>
              <w:t>6</w:t>
            </w:r>
          </w:p>
        </w:tc>
        <w:tc>
          <w:tcPr>
            <w:tcW w:w="2160" w:type="dxa"/>
            <w:tcMar>
              <w:left w:w="108" w:type="dxa"/>
              <w:right w:w="108" w:type="dxa"/>
            </w:tcMar>
          </w:tcPr>
          <w:p w14:paraId="70105BA0" w14:textId="49A018B1"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378EE1E6" w14:textId="70D3CF2F" w:rsidR="692CB0CB" w:rsidRDefault="692CB0CB" w:rsidP="692CB0CB">
            <w:r w:rsidRPr="692CB0CB">
              <w:rPr>
                <w:rFonts w:ascii="Calibri" w:eastAsia="Calibri" w:hAnsi="Calibri" w:cs="Calibri"/>
              </w:rPr>
              <w:t>40</w:t>
            </w:r>
          </w:p>
        </w:tc>
      </w:tr>
      <w:tr w:rsidR="692CB0CB" w14:paraId="71E80856" w14:textId="77777777" w:rsidTr="692CB0CB">
        <w:trPr>
          <w:trHeight w:val="300"/>
        </w:trPr>
        <w:tc>
          <w:tcPr>
            <w:tcW w:w="2160" w:type="dxa"/>
            <w:tcMar>
              <w:left w:w="108" w:type="dxa"/>
              <w:right w:w="108" w:type="dxa"/>
            </w:tcMar>
          </w:tcPr>
          <w:p w14:paraId="282E52A7" w14:textId="2BA24E3F" w:rsidR="692CB0CB" w:rsidRDefault="692CB0CB" w:rsidP="692CB0CB">
            <w:r w:rsidRPr="692CB0CB">
              <w:rPr>
                <w:rFonts w:ascii="Calibri" w:eastAsia="Calibri" w:hAnsi="Calibri" w:cs="Calibri"/>
              </w:rPr>
              <w:t>11:35 - 12:15</w:t>
            </w:r>
          </w:p>
        </w:tc>
        <w:tc>
          <w:tcPr>
            <w:tcW w:w="2160" w:type="dxa"/>
            <w:tcMar>
              <w:left w:w="108" w:type="dxa"/>
              <w:right w:w="108" w:type="dxa"/>
            </w:tcMar>
          </w:tcPr>
          <w:p w14:paraId="433AF876" w14:textId="496E023E" w:rsidR="692CB0CB" w:rsidRDefault="692CB0CB" w:rsidP="692CB0CB">
            <w:r w:rsidRPr="692CB0CB">
              <w:rPr>
                <w:rFonts w:ascii="Calibri" w:eastAsia="Calibri" w:hAnsi="Calibri" w:cs="Calibri"/>
              </w:rPr>
              <w:t>7</w:t>
            </w:r>
          </w:p>
        </w:tc>
        <w:tc>
          <w:tcPr>
            <w:tcW w:w="2160" w:type="dxa"/>
            <w:tcMar>
              <w:left w:w="108" w:type="dxa"/>
              <w:right w:w="108" w:type="dxa"/>
            </w:tcMar>
          </w:tcPr>
          <w:p w14:paraId="3D2D03F7" w14:textId="06636AD8"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45CEC43E" w14:textId="2B663E98" w:rsidR="692CB0CB" w:rsidRDefault="692CB0CB" w:rsidP="692CB0CB">
            <w:r w:rsidRPr="692CB0CB">
              <w:rPr>
                <w:rFonts w:ascii="Calibri" w:eastAsia="Calibri" w:hAnsi="Calibri" w:cs="Calibri"/>
              </w:rPr>
              <w:t>40</w:t>
            </w:r>
          </w:p>
        </w:tc>
      </w:tr>
      <w:tr w:rsidR="692CB0CB" w14:paraId="20B50ACF" w14:textId="77777777" w:rsidTr="692CB0CB">
        <w:trPr>
          <w:trHeight w:val="300"/>
        </w:trPr>
        <w:tc>
          <w:tcPr>
            <w:tcW w:w="2160" w:type="dxa"/>
            <w:tcMar>
              <w:left w:w="108" w:type="dxa"/>
              <w:right w:w="108" w:type="dxa"/>
            </w:tcMar>
          </w:tcPr>
          <w:p w14:paraId="5B170395" w14:textId="6DD29463" w:rsidR="692CB0CB" w:rsidRDefault="692CB0CB" w:rsidP="692CB0CB">
            <w:r w:rsidRPr="692CB0CB">
              <w:rPr>
                <w:rFonts w:ascii="Calibri" w:eastAsia="Calibri" w:hAnsi="Calibri" w:cs="Calibri"/>
              </w:rPr>
              <w:t>12:15 - 12:45</w:t>
            </w:r>
          </w:p>
        </w:tc>
        <w:tc>
          <w:tcPr>
            <w:tcW w:w="2160" w:type="dxa"/>
            <w:tcMar>
              <w:left w:w="108" w:type="dxa"/>
              <w:right w:w="108" w:type="dxa"/>
            </w:tcMar>
          </w:tcPr>
          <w:p w14:paraId="1DFBF0EC" w14:textId="0203D451" w:rsidR="692CB0CB" w:rsidRDefault="692CB0CB" w:rsidP="692CB0CB">
            <w:r w:rsidRPr="692CB0CB">
              <w:rPr>
                <w:rFonts w:ascii="Calibri" w:eastAsia="Calibri" w:hAnsi="Calibri" w:cs="Calibri"/>
              </w:rPr>
              <w:t>-</w:t>
            </w:r>
          </w:p>
        </w:tc>
        <w:tc>
          <w:tcPr>
            <w:tcW w:w="2160" w:type="dxa"/>
            <w:tcMar>
              <w:left w:w="108" w:type="dxa"/>
              <w:right w:w="108" w:type="dxa"/>
            </w:tcMar>
          </w:tcPr>
          <w:p w14:paraId="26563C40" w14:textId="5674FD67" w:rsidR="692CB0CB" w:rsidRDefault="692CB0CB" w:rsidP="692CB0CB">
            <w:r w:rsidRPr="692CB0CB">
              <w:rPr>
                <w:rFonts w:ascii="Calibri" w:eastAsia="Calibri" w:hAnsi="Calibri" w:cs="Calibri"/>
              </w:rPr>
              <w:t>Pauze (30 min)</w:t>
            </w:r>
          </w:p>
        </w:tc>
        <w:tc>
          <w:tcPr>
            <w:tcW w:w="2160" w:type="dxa"/>
            <w:tcMar>
              <w:left w:w="108" w:type="dxa"/>
              <w:right w:w="108" w:type="dxa"/>
            </w:tcMar>
          </w:tcPr>
          <w:p w14:paraId="7F806C18" w14:textId="7AF9E308" w:rsidR="692CB0CB" w:rsidRDefault="692CB0CB" w:rsidP="692CB0CB">
            <w:r w:rsidRPr="692CB0CB">
              <w:rPr>
                <w:rFonts w:ascii="Calibri" w:eastAsia="Calibri" w:hAnsi="Calibri" w:cs="Calibri"/>
              </w:rPr>
              <w:t>-</w:t>
            </w:r>
          </w:p>
        </w:tc>
      </w:tr>
      <w:tr w:rsidR="692CB0CB" w14:paraId="6FDAFA7D" w14:textId="77777777" w:rsidTr="692CB0CB">
        <w:trPr>
          <w:trHeight w:val="300"/>
        </w:trPr>
        <w:tc>
          <w:tcPr>
            <w:tcW w:w="2160" w:type="dxa"/>
            <w:tcMar>
              <w:left w:w="108" w:type="dxa"/>
              <w:right w:w="108" w:type="dxa"/>
            </w:tcMar>
          </w:tcPr>
          <w:p w14:paraId="736A02FA" w14:textId="22CC8C40" w:rsidR="692CB0CB" w:rsidRDefault="692CB0CB" w:rsidP="692CB0CB">
            <w:r w:rsidRPr="692CB0CB">
              <w:rPr>
                <w:rFonts w:ascii="Calibri" w:eastAsia="Calibri" w:hAnsi="Calibri" w:cs="Calibri"/>
              </w:rPr>
              <w:t>12:45 - 13:30</w:t>
            </w:r>
          </w:p>
        </w:tc>
        <w:tc>
          <w:tcPr>
            <w:tcW w:w="2160" w:type="dxa"/>
            <w:tcMar>
              <w:left w:w="108" w:type="dxa"/>
              <w:right w:w="108" w:type="dxa"/>
            </w:tcMar>
          </w:tcPr>
          <w:p w14:paraId="16CEAE3C" w14:textId="376DF7AC" w:rsidR="692CB0CB" w:rsidRDefault="692CB0CB" w:rsidP="692CB0CB">
            <w:r w:rsidRPr="692CB0CB">
              <w:rPr>
                <w:rFonts w:ascii="Calibri" w:eastAsia="Calibri" w:hAnsi="Calibri" w:cs="Calibri"/>
              </w:rPr>
              <w:t>7/8</w:t>
            </w:r>
          </w:p>
        </w:tc>
        <w:tc>
          <w:tcPr>
            <w:tcW w:w="2160" w:type="dxa"/>
            <w:tcMar>
              <w:left w:w="108" w:type="dxa"/>
              <w:right w:w="108" w:type="dxa"/>
            </w:tcMar>
          </w:tcPr>
          <w:p w14:paraId="6D47C124" w14:textId="666199E1"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65420E95" w14:textId="6EB44207" w:rsidR="692CB0CB" w:rsidRDefault="692CB0CB" w:rsidP="692CB0CB">
            <w:r w:rsidRPr="692CB0CB">
              <w:rPr>
                <w:rFonts w:ascii="Calibri" w:eastAsia="Calibri" w:hAnsi="Calibri" w:cs="Calibri"/>
              </w:rPr>
              <w:t>45</w:t>
            </w:r>
          </w:p>
        </w:tc>
      </w:tr>
      <w:tr w:rsidR="692CB0CB" w14:paraId="77DAFF41" w14:textId="77777777" w:rsidTr="692CB0CB">
        <w:trPr>
          <w:trHeight w:val="300"/>
        </w:trPr>
        <w:tc>
          <w:tcPr>
            <w:tcW w:w="2160" w:type="dxa"/>
            <w:tcMar>
              <w:left w:w="108" w:type="dxa"/>
              <w:right w:w="108" w:type="dxa"/>
            </w:tcMar>
          </w:tcPr>
          <w:p w14:paraId="12E13D2A" w14:textId="6DD2AE35" w:rsidR="692CB0CB" w:rsidRDefault="692CB0CB" w:rsidP="692CB0CB">
            <w:r w:rsidRPr="692CB0CB">
              <w:rPr>
                <w:rFonts w:ascii="Calibri" w:eastAsia="Calibri" w:hAnsi="Calibri" w:cs="Calibri"/>
              </w:rPr>
              <w:t>13:30 - 14:15</w:t>
            </w:r>
          </w:p>
        </w:tc>
        <w:tc>
          <w:tcPr>
            <w:tcW w:w="2160" w:type="dxa"/>
            <w:tcMar>
              <w:left w:w="108" w:type="dxa"/>
              <w:right w:w="108" w:type="dxa"/>
            </w:tcMar>
          </w:tcPr>
          <w:p w14:paraId="4A423A76" w14:textId="672C6293" w:rsidR="692CB0CB" w:rsidRDefault="692CB0CB" w:rsidP="692CB0CB">
            <w:r w:rsidRPr="692CB0CB">
              <w:rPr>
                <w:rFonts w:ascii="Calibri" w:eastAsia="Calibri" w:hAnsi="Calibri" w:cs="Calibri"/>
              </w:rPr>
              <w:t>8</w:t>
            </w:r>
          </w:p>
        </w:tc>
        <w:tc>
          <w:tcPr>
            <w:tcW w:w="2160" w:type="dxa"/>
            <w:tcMar>
              <w:left w:w="108" w:type="dxa"/>
              <w:right w:w="108" w:type="dxa"/>
            </w:tcMar>
          </w:tcPr>
          <w:p w14:paraId="607556F2" w14:textId="27F5541B" w:rsidR="692CB0CB" w:rsidRDefault="692CB0CB" w:rsidP="692CB0CB">
            <w:proofErr w:type="spellStart"/>
            <w:r w:rsidRPr="692CB0CB">
              <w:rPr>
                <w:rFonts w:ascii="Calibri" w:eastAsia="Calibri" w:hAnsi="Calibri" w:cs="Calibri"/>
              </w:rPr>
              <w:t>Toestel</w:t>
            </w:r>
            <w:proofErr w:type="spellEnd"/>
          </w:p>
        </w:tc>
        <w:tc>
          <w:tcPr>
            <w:tcW w:w="2160" w:type="dxa"/>
            <w:tcMar>
              <w:left w:w="108" w:type="dxa"/>
              <w:right w:w="108" w:type="dxa"/>
            </w:tcMar>
          </w:tcPr>
          <w:p w14:paraId="54696923" w14:textId="12491C83" w:rsidR="692CB0CB" w:rsidRDefault="692CB0CB" w:rsidP="692CB0CB">
            <w:r w:rsidRPr="692CB0CB">
              <w:rPr>
                <w:rFonts w:ascii="Calibri" w:eastAsia="Calibri" w:hAnsi="Calibri" w:cs="Calibri"/>
              </w:rPr>
              <w:t>45</w:t>
            </w:r>
          </w:p>
        </w:tc>
      </w:tr>
    </w:tbl>
    <w:p w14:paraId="7D7D97FC" w14:textId="53B14A7B" w:rsidR="4B8EAC21" w:rsidRDefault="4B8EAC21" w:rsidP="692CB0CB">
      <w:r w:rsidRPr="692CB0CB">
        <w:rPr>
          <w:rFonts w:ascii="Calibri" w:eastAsia="Calibri" w:hAnsi="Calibri" w:cs="Calibri"/>
        </w:rPr>
        <w:t xml:space="preserve"> </w:t>
      </w:r>
    </w:p>
    <w:p w14:paraId="29159AB7" w14:textId="46ED8A64" w:rsidR="4B8EAC21" w:rsidRDefault="4B8EAC21" w:rsidP="692CB0CB">
      <w:proofErr w:type="spellStart"/>
      <w:r w:rsidRPr="692CB0CB">
        <w:t>Vrijdag</w:t>
      </w:r>
      <w:proofErr w:type="spellEnd"/>
      <w:r w:rsidRPr="692CB0CB">
        <w:t xml:space="preserve"> (eigen </w:t>
      </w:r>
      <w:proofErr w:type="spellStart"/>
      <w:r w:rsidRPr="692CB0CB">
        <w:t>leerkracht</w:t>
      </w:r>
      <w:proofErr w:type="spellEnd"/>
      <w:r w:rsidRPr="692CB0CB">
        <w:t>)</w:t>
      </w:r>
    </w:p>
    <w:tbl>
      <w:tblPr>
        <w:tblW w:w="0" w:type="auto"/>
        <w:tblLayout w:type="fixed"/>
        <w:tblLook w:val="04A0" w:firstRow="1" w:lastRow="0" w:firstColumn="1" w:lastColumn="0" w:noHBand="0" w:noVBand="1"/>
      </w:tblPr>
      <w:tblGrid>
        <w:gridCol w:w="2160"/>
        <w:gridCol w:w="2160"/>
        <w:gridCol w:w="2160"/>
        <w:gridCol w:w="2160"/>
      </w:tblGrid>
      <w:tr w:rsidR="692CB0CB" w14:paraId="47159A69" w14:textId="77777777" w:rsidTr="692CB0CB">
        <w:trPr>
          <w:trHeight w:val="300"/>
        </w:trPr>
        <w:tc>
          <w:tcPr>
            <w:tcW w:w="2160" w:type="dxa"/>
            <w:tcMar>
              <w:left w:w="108" w:type="dxa"/>
              <w:right w:w="108" w:type="dxa"/>
            </w:tcMar>
          </w:tcPr>
          <w:p w14:paraId="7AC17567" w14:textId="25EA146A" w:rsidR="692CB0CB" w:rsidRDefault="692CB0CB" w:rsidP="692CB0CB">
            <w:proofErr w:type="spellStart"/>
            <w:r w:rsidRPr="692CB0CB">
              <w:rPr>
                <w:rFonts w:ascii="Calibri" w:eastAsia="Calibri" w:hAnsi="Calibri" w:cs="Calibri"/>
              </w:rPr>
              <w:lastRenderedPageBreak/>
              <w:t>Tijd</w:t>
            </w:r>
            <w:proofErr w:type="spellEnd"/>
          </w:p>
        </w:tc>
        <w:tc>
          <w:tcPr>
            <w:tcW w:w="2160" w:type="dxa"/>
            <w:tcMar>
              <w:left w:w="108" w:type="dxa"/>
              <w:right w:w="108" w:type="dxa"/>
            </w:tcMar>
          </w:tcPr>
          <w:p w14:paraId="0219B787" w14:textId="14D01A40" w:rsidR="692CB0CB" w:rsidRDefault="692CB0CB" w:rsidP="692CB0CB">
            <w:r w:rsidRPr="692CB0CB">
              <w:rPr>
                <w:rFonts w:ascii="Calibri" w:eastAsia="Calibri" w:hAnsi="Calibri" w:cs="Calibri"/>
              </w:rPr>
              <w:t>Groep</w:t>
            </w:r>
          </w:p>
        </w:tc>
        <w:tc>
          <w:tcPr>
            <w:tcW w:w="2160" w:type="dxa"/>
            <w:tcMar>
              <w:left w:w="108" w:type="dxa"/>
              <w:right w:w="108" w:type="dxa"/>
            </w:tcMar>
          </w:tcPr>
          <w:p w14:paraId="6E568ECB" w14:textId="6FA1006F" w:rsidR="692CB0CB" w:rsidRDefault="692CB0CB" w:rsidP="692CB0CB">
            <w:proofErr w:type="spellStart"/>
            <w:r w:rsidRPr="692CB0CB">
              <w:rPr>
                <w:rFonts w:ascii="Calibri" w:eastAsia="Calibri" w:hAnsi="Calibri" w:cs="Calibri"/>
              </w:rPr>
              <w:t>Activiteit</w:t>
            </w:r>
            <w:proofErr w:type="spellEnd"/>
          </w:p>
        </w:tc>
        <w:tc>
          <w:tcPr>
            <w:tcW w:w="2160" w:type="dxa"/>
            <w:tcMar>
              <w:left w:w="108" w:type="dxa"/>
              <w:right w:w="108" w:type="dxa"/>
            </w:tcMar>
          </w:tcPr>
          <w:p w14:paraId="2A97B167" w14:textId="47BB8538" w:rsidR="692CB0CB" w:rsidRDefault="692CB0CB" w:rsidP="692CB0CB">
            <w:r w:rsidRPr="692CB0CB">
              <w:rPr>
                <w:rFonts w:ascii="Calibri" w:eastAsia="Calibri" w:hAnsi="Calibri" w:cs="Calibri"/>
              </w:rPr>
              <w:t>Minuten</w:t>
            </w:r>
          </w:p>
        </w:tc>
      </w:tr>
      <w:tr w:rsidR="692CB0CB" w14:paraId="11744421" w14:textId="77777777" w:rsidTr="692CB0CB">
        <w:trPr>
          <w:trHeight w:val="300"/>
        </w:trPr>
        <w:tc>
          <w:tcPr>
            <w:tcW w:w="2160" w:type="dxa"/>
            <w:tcMar>
              <w:left w:w="108" w:type="dxa"/>
              <w:right w:w="108" w:type="dxa"/>
            </w:tcMar>
          </w:tcPr>
          <w:p w14:paraId="159D1606" w14:textId="1348CC2E" w:rsidR="692CB0CB" w:rsidRDefault="692CB0CB" w:rsidP="692CB0CB">
            <w:r w:rsidRPr="692CB0CB">
              <w:rPr>
                <w:rFonts w:ascii="Calibri" w:eastAsia="Calibri" w:hAnsi="Calibri" w:cs="Calibri"/>
              </w:rPr>
              <w:t>08:30 - 09:15</w:t>
            </w:r>
          </w:p>
        </w:tc>
        <w:tc>
          <w:tcPr>
            <w:tcW w:w="2160" w:type="dxa"/>
            <w:tcMar>
              <w:left w:w="108" w:type="dxa"/>
              <w:right w:w="108" w:type="dxa"/>
            </w:tcMar>
          </w:tcPr>
          <w:p w14:paraId="64C4D1AA" w14:textId="462ADBE5" w:rsidR="692CB0CB" w:rsidRDefault="692CB0CB" w:rsidP="692CB0CB">
            <w:r w:rsidRPr="692CB0CB">
              <w:rPr>
                <w:rFonts w:ascii="Calibri" w:eastAsia="Calibri" w:hAnsi="Calibri" w:cs="Calibri"/>
              </w:rPr>
              <w:t>3a</w:t>
            </w:r>
          </w:p>
        </w:tc>
        <w:tc>
          <w:tcPr>
            <w:tcW w:w="2160" w:type="dxa"/>
            <w:tcMar>
              <w:left w:w="108" w:type="dxa"/>
              <w:right w:w="108" w:type="dxa"/>
            </w:tcMar>
          </w:tcPr>
          <w:p w14:paraId="340B284E" w14:textId="439698ED"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6C6E4F62" w14:textId="66B03F13" w:rsidR="692CB0CB" w:rsidRDefault="692CB0CB" w:rsidP="692CB0CB">
            <w:r w:rsidRPr="692CB0CB">
              <w:rPr>
                <w:rFonts w:ascii="Calibri" w:eastAsia="Calibri" w:hAnsi="Calibri" w:cs="Calibri"/>
              </w:rPr>
              <w:t>45</w:t>
            </w:r>
          </w:p>
        </w:tc>
      </w:tr>
      <w:tr w:rsidR="692CB0CB" w14:paraId="6BD97B7B" w14:textId="77777777" w:rsidTr="692CB0CB">
        <w:trPr>
          <w:trHeight w:val="300"/>
        </w:trPr>
        <w:tc>
          <w:tcPr>
            <w:tcW w:w="2160" w:type="dxa"/>
            <w:tcMar>
              <w:left w:w="108" w:type="dxa"/>
              <w:right w:w="108" w:type="dxa"/>
            </w:tcMar>
          </w:tcPr>
          <w:p w14:paraId="51A9D190" w14:textId="45A8ED31" w:rsidR="692CB0CB" w:rsidRDefault="692CB0CB" w:rsidP="692CB0CB">
            <w:r w:rsidRPr="692CB0CB">
              <w:rPr>
                <w:rFonts w:ascii="Calibri" w:eastAsia="Calibri" w:hAnsi="Calibri" w:cs="Calibri"/>
              </w:rPr>
              <w:t>09:15 - 10:00</w:t>
            </w:r>
          </w:p>
        </w:tc>
        <w:tc>
          <w:tcPr>
            <w:tcW w:w="2160" w:type="dxa"/>
            <w:tcMar>
              <w:left w:w="108" w:type="dxa"/>
              <w:right w:w="108" w:type="dxa"/>
            </w:tcMar>
          </w:tcPr>
          <w:p w14:paraId="3C709551" w14:textId="0934D254" w:rsidR="692CB0CB" w:rsidRDefault="692CB0CB" w:rsidP="692CB0CB">
            <w:r w:rsidRPr="692CB0CB">
              <w:rPr>
                <w:rFonts w:ascii="Calibri" w:eastAsia="Calibri" w:hAnsi="Calibri" w:cs="Calibri"/>
              </w:rPr>
              <w:t>3b</w:t>
            </w:r>
          </w:p>
        </w:tc>
        <w:tc>
          <w:tcPr>
            <w:tcW w:w="2160" w:type="dxa"/>
            <w:tcMar>
              <w:left w:w="108" w:type="dxa"/>
              <w:right w:w="108" w:type="dxa"/>
            </w:tcMar>
          </w:tcPr>
          <w:p w14:paraId="350C7EE3" w14:textId="5A54D0CD"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55663BE2" w14:textId="08FA9F7D" w:rsidR="692CB0CB" w:rsidRDefault="692CB0CB" w:rsidP="692CB0CB">
            <w:r w:rsidRPr="692CB0CB">
              <w:rPr>
                <w:rFonts w:ascii="Calibri" w:eastAsia="Calibri" w:hAnsi="Calibri" w:cs="Calibri"/>
              </w:rPr>
              <w:t>45</w:t>
            </w:r>
          </w:p>
        </w:tc>
      </w:tr>
      <w:tr w:rsidR="692CB0CB" w14:paraId="66E4D238" w14:textId="77777777" w:rsidTr="692CB0CB">
        <w:trPr>
          <w:trHeight w:val="300"/>
        </w:trPr>
        <w:tc>
          <w:tcPr>
            <w:tcW w:w="2160" w:type="dxa"/>
            <w:tcMar>
              <w:left w:w="108" w:type="dxa"/>
              <w:right w:w="108" w:type="dxa"/>
            </w:tcMar>
          </w:tcPr>
          <w:p w14:paraId="4813B3A9" w14:textId="6EF39F4B" w:rsidR="692CB0CB" w:rsidRDefault="692CB0CB" w:rsidP="692CB0CB">
            <w:r w:rsidRPr="692CB0CB">
              <w:rPr>
                <w:rFonts w:ascii="Calibri" w:eastAsia="Calibri" w:hAnsi="Calibri" w:cs="Calibri"/>
              </w:rPr>
              <w:t>10:00 - 10:45</w:t>
            </w:r>
          </w:p>
        </w:tc>
        <w:tc>
          <w:tcPr>
            <w:tcW w:w="2160" w:type="dxa"/>
            <w:tcMar>
              <w:left w:w="108" w:type="dxa"/>
              <w:right w:w="108" w:type="dxa"/>
            </w:tcMar>
          </w:tcPr>
          <w:p w14:paraId="429823A8" w14:textId="2D9730CA" w:rsidR="692CB0CB" w:rsidRDefault="692CB0CB" w:rsidP="692CB0CB">
            <w:r w:rsidRPr="692CB0CB">
              <w:rPr>
                <w:rFonts w:ascii="Calibri" w:eastAsia="Calibri" w:hAnsi="Calibri" w:cs="Calibri"/>
              </w:rPr>
              <w:t>4b</w:t>
            </w:r>
          </w:p>
        </w:tc>
        <w:tc>
          <w:tcPr>
            <w:tcW w:w="2160" w:type="dxa"/>
            <w:tcMar>
              <w:left w:w="108" w:type="dxa"/>
              <w:right w:w="108" w:type="dxa"/>
            </w:tcMar>
          </w:tcPr>
          <w:p w14:paraId="77B75E42" w14:textId="643F3ED3"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45050CF3" w14:textId="749A006F" w:rsidR="692CB0CB" w:rsidRDefault="692CB0CB" w:rsidP="692CB0CB">
            <w:r w:rsidRPr="692CB0CB">
              <w:rPr>
                <w:rFonts w:ascii="Calibri" w:eastAsia="Calibri" w:hAnsi="Calibri" w:cs="Calibri"/>
              </w:rPr>
              <w:t>45</w:t>
            </w:r>
          </w:p>
        </w:tc>
      </w:tr>
      <w:tr w:rsidR="692CB0CB" w14:paraId="49C19A8A" w14:textId="77777777" w:rsidTr="692CB0CB">
        <w:trPr>
          <w:trHeight w:val="300"/>
        </w:trPr>
        <w:tc>
          <w:tcPr>
            <w:tcW w:w="2160" w:type="dxa"/>
            <w:tcMar>
              <w:left w:w="108" w:type="dxa"/>
              <w:right w:w="108" w:type="dxa"/>
            </w:tcMar>
          </w:tcPr>
          <w:p w14:paraId="2EC09428" w14:textId="5CF5F4E0" w:rsidR="692CB0CB" w:rsidRDefault="692CB0CB" w:rsidP="692CB0CB">
            <w:r w:rsidRPr="692CB0CB">
              <w:rPr>
                <w:rFonts w:ascii="Calibri" w:eastAsia="Calibri" w:hAnsi="Calibri" w:cs="Calibri"/>
              </w:rPr>
              <w:t>10:45 - 11:30</w:t>
            </w:r>
          </w:p>
        </w:tc>
        <w:tc>
          <w:tcPr>
            <w:tcW w:w="2160" w:type="dxa"/>
            <w:tcMar>
              <w:left w:w="108" w:type="dxa"/>
              <w:right w:w="108" w:type="dxa"/>
            </w:tcMar>
          </w:tcPr>
          <w:p w14:paraId="3C6A9D20" w14:textId="3F4D9630" w:rsidR="692CB0CB" w:rsidRDefault="692CB0CB" w:rsidP="692CB0CB">
            <w:r w:rsidRPr="692CB0CB">
              <w:rPr>
                <w:rFonts w:ascii="Calibri" w:eastAsia="Calibri" w:hAnsi="Calibri" w:cs="Calibri"/>
              </w:rPr>
              <w:t>4a</w:t>
            </w:r>
          </w:p>
        </w:tc>
        <w:tc>
          <w:tcPr>
            <w:tcW w:w="2160" w:type="dxa"/>
            <w:tcMar>
              <w:left w:w="108" w:type="dxa"/>
              <w:right w:w="108" w:type="dxa"/>
            </w:tcMar>
          </w:tcPr>
          <w:p w14:paraId="726EE774" w14:textId="5415ECFB"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41E83920" w14:textId="0F907E48" w:rsidR="692CB0CB" w:rsidRDefault="692CB0CB" w:rsidP="692CB0CB">
            <w:r w:rsidRPr="692CB0CB">
              <w:rPr>
                <w:rFonts w:ascii="Calibri" w:eastAsia="Calibri" w:hAnsi="Calibri" w:cs="Calibri"/>
              </w:rPr>
              <w:t>45</w:t>
            </w:r>
          </w:p>
        </w:tc>
      </w:tr>
      <w:tr w:rsidR="692CB0CB" w14:paraId="181AE56F" w14:textId="77777777" w:rsidTr="692CB0CB">
        <w:trPr>
          <w:trHeight w:val="300"/>
        </w:trPr>
        <w:tc>
          <w:tcPr>
            <w:tcW w:w="2160" w:type="dxa"/>
            <w:tcMar>
              <w:left w:w="108" w:type="dxa"/>
              <w:right w:w="108" w:type="dxa"/>
            </w:tcMar>
          </w:tcPr>
          <w:p w14:paraId="0AA55CFB" w14:textId="06BE5C6C" w:rsidR="692CB0CB" w:rsidRDefault="692CB0CB" w:rsidP="692CB0CB">
            <w:r w:rsidRPr="692CB0CB">
              <w:rPr>
                <w:rFonts w:ascii="Calibri" w:eastAsia="Calibri" w:hAnsi="Calibri" w:cs="Calibri"/>
              </w:rPr>
              <w:t>11:30 - 12:15</w:t>
            </w:r>
          </w:p>
        </w:tc>
        <w:tc>
          <w:tcPr>
            <w:tcW w:w="2160" w:type="dxa"/>
            <w:tcMar>
              <w:left w:w="108" w:type="dxa"/>
              <w:right w:w="108" w:type="dxa"/>
            </w:tcMar>
          </w:tcPr>
          <w:p w14:paraId="65C222E1" w14:textId="13CAE335" w:rsidR="692CB0CB" w:rsidRDefault="692CB0CB" w:rsidP="692CB0CB">
            <w:r w:rsidRPr="692CB0CB">
              <w:rPr>
                <w:rFonts w:ascii="Calibri" w:eastAsia="Calibri" w:hAnsi="Calibri" w:cs="Calibri"/>
              </w:rPr>
              <w:t>5</w:t>
            </w:r>
          </w:p>
        </w:tc>
        <w:tc>
          <w:tcPr>
            <w:tcW w:w="2160" w:type="dxa"/>
            <w:tcMar>
              <w:left w:w="108" w:type="dxa"/>
              <w:right w:w="108" w:type="dxa"/>
            </w:tcMar>
          </w:tcPr>
          <w:p w14:paraId="423B57C3" w14:textId="4C80BF63"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64F19779" w14:textId="6A938BCB" w:rsidR="692CB0CB" w:rsidRDefault="692CB0CB" w:rsidP="692CB0CB">
            <w:r w:rsidRPr="692CB0CB">
              <w:rPr>
                <w:rFonts w:ascii="Calibri" w:eastAsia="Calibri" w:hAnsi="Calibri" w:cs="Calibri"/>
              </w:rPr>
              <w:t>45</w:t>
            </w:r>
          </w:p>
        </w:tc>
      </w:tr>
      <w:tr w:rsidR="692CB0CB" w14:paraId="0D3227BA" w14:textId="77777777" w:rsidTr="692CB0CB">
        <w:trPr>
          <w:trHeight w:val="300"/>
        </w:trPr>
        <w:tc>
          <w:tcPr>
            <w:tcW w:w="2160" w:type="dxa"/>
            <w:tcMar>
              <w:left w:w="108" w:type="dxa"/>
              <w:right w:w="108" w:type="dxa"/>
            </w:tcMar>
          </w:tcPr>
          <w:p w14:paraId="4CA32599" w14:textId="62332616" w:rsidR="692CB0CB" w:rsidRDefault="692CB0CB" w:rsidP="692CB0CB">
            <w:r w:rsidRPr="692CB0CB">
              <w:rPr>
                <w:rFonts w:ascii="Calibri" w:eastAsia="Calibri" w:hAnsi="Calibri" w:cs="Calibri"/>
              </w:rPr>
              <w:t>12:30 - 13:15</w:t>
            </w:r>
          </w:p>
        </w:tc>
        <w:tc>
          <w:tcPr>
            <w:tcW w:w="2160" w:type="dxa"/>
            <w:tcMar>
              <w:left w:w="108" w:type="dxa"/>
              <w:right w:w="108" w:type="dxa"/>
            </w:tcMar>
          </w:tcPr>
          <w:p w14:paraId="3EE55609" w14:textId="65161F43" w:rsidR="692CB0CB" w:rsidRDefault="692CB0CB" w:rsidP="692CB0CB">
            <w:r w:rsidRPr="692CB0CB">
              <w:rPr>
                <w:rFonts w:ascii="Calibri" w:eastAsia="Calibri" w:hAnsi="Calibri" w:cs="Calibri"/>
              </w:rPr>
              <w:t>7/8</w:t>
            </w:r>
          </w:p>
        </w:tc>
        <w:tc>
          <w:tcPr>
            <w:tcW w:w="2160" w:type="dxa"/>
            <w:tcMar>
              <w:left w:w="108" w:type="dxa"/>
              <w:right w:w="108" w:type="dxa"/>
            </w:tcMar>
          </w:tcPr>
          <w:p w14:paraId="0A54D333" w14:textId="133F9234"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2E5CCAB5" w14:textId="2F7D0FA2" w:rsidR="692CB0CB" w:rsidRDefault="692CB0CB" w:rsidP="692CB0CB">
            <w:r w:rsidRPr="692CB0CB">
              <w:rPr>
                <w:rFonts w:ascii="Calibri" w:eastAsia="Calibri" w:hAnsi="Calibri" w:cs="Calibri"/>
              </w:rPr>
              <w:t>45</w:t>
            </w:r>
          </w:p>
        </w:tc>
      </w:tr>
      <w:tr w:rsidR="692CB0CB" w14:paraId="2B49367D" w14:textId="77777777" w:rsidTr="692CB0CB">
        <w:trPr>
          <w:trHeight w:val="300"/>
        </w:trPr>
        <w:tc>
          <w:tcPr>
            <w:tcW w:w="2160" w:type="dxa"/>
            <w:tcMar>
              <w:left w:w="108" w:type="dxa"/>
              <w:right w:w="108" w:type="dxa"/>
            </w:tcMar>
          </w:tcPr>
          <w:p w14:paraId="5FD6199F" w14:textId="2163F130" w:rsidR="692CB0CB" w:rsidRDefault="692CB0CB" w:rsidP="692CB0CB">
            <w:r w:rsidRPr="692CB0CB">
              <w:rPr>
                <w:rFonts w:ascii="Calibri" w:eastAsia="Calibri" w:hAnsi="Calibri" w:cs="Calibri"/>
              </w:rPr>
              <w:t>13:15 - 14:00</w:t>
            </w:r>
          </w:p>
        </w:tc>
        <w:tc>
          <w:tcPr>
            <w:tcW w:w="2160" w:type="dxa"/>
            <w:tcMar>
              <w:left w:w="108" w:type="dxa"/>
              <w:right w:w="108" w:type="dxa"/>
            </w:tcMar>
          </w:tcPr>
          <w:p w14:paraId="01039D2F" w14:textId="496C164B" w:rsidR="692CB0CB" w:rsidRDefault="692CB0CB" w:rsidP="692CB0CB">
            <w:r w:rsidRPr="692CB0CB">
              <w:rPr>
                <w:rFonts w:ascii="Calibri" w:eastAsia="Calibri" w:hAnsi="Calibri" w:cs="Calibri"/>
              </w:rPr>
              <w:t>8</w:t>
            </w:r>
          </w:p>
        </w:tc>
        <w:tc>
          <w:tcPr>
            <w:tcW w:w="2160" w:type="dxa"/>
            <w:tcMar>
              <w:left w:w="108" w:type="dxa"/>
              <w:right w:w="108" w:type="dxa"/>
            </w:tcMar>
          </w:tcPr>
          <w:p w14:paraId="54D0B996" w14:textId="6DEBBB69" w:rsidR="692CB0CB" w:rsidRDefault="692CB0CB" w:rsidP="692CB0CB">
            <w:proofErr w:type="spellStart"/>
            <w:r w:rsidRPr="692CB0CB">
              <w:rPr>
                <w:rFonts w:ascii="Calibri" w:eastAsia="Calibri" w:hAnsi="Calibri" w:cs="Calibri"/>
              </w:rPr>
              <w:t>Spel</w:t>
            </w:r>
            <w:proofErr w:type="spellEnd"/>
          </w:p>
        </w:tc>
        <w:tc>
          <w:tcPr>
            <w:tcW w:w="2160" w:type="dxa"/>
            <w:tcMar>
              <w:left w:w="108" w:type="dxa"/>
              <w:right w:w="108" w:type="dxa"/>
            </w:tcMar>
          </w:tcPr>
          <w:p w14:paraId="1CF814D4" w14:textId="564E5372" w:rsidR="692CB0CB" w:rsidRDefault="692CB0CB" w:rsidP="692CB0CB">
            <w:r w:rsidRPr="692CB0CB">
              <w:rPr>
                <w:rFonts w:ascii="Calibri" w:eastAsia="Calibri" w:hAnsi="Calibri" w:cs="Calibri"/>
              </w:rPr>
              <w:t>45</w:t>
            </w:r>
          </w:p>
        </w:tc>
      </w:tr>
    </w:tbl>
    <w:p w14:paraId="42F8A4FE" w14:textId="0AEE25D5" w:rsidR="692CB0CB" w:rsidRDefault="692CB0CB" w:rsidP="692CB0CB">
      <w:pPr>
        <w:spacing w:after="0"/>
        <w:rPr>
          <w:rFonts w:asciiTheme="majorHAnsi" w:hAnsiTheme="majorHAnsi" w:cstheme="majorBidi"/>
          <w:lang w:val="nl-NL"/>
        </w:rPr>
      </w:pPr>
    </w:p>
    <w:p w14:paraId="67DE6E60" w14:textId="77777777" w:rsidR="0078798F" w:rsidRPr="00AD0354" w:rsidRDefault="0078798F" w:rsidP="0078798F">
      <w:pPr>
        <w:spacing w:after="0"/>
        <w:rPr>
          <w:rFonts w:ascii="Calibri" w:hAnsi="Calibri" w:cs="Calibri"/>
          <w:lang w:val="nl-NL"/>
        </w:rPr>
      </w:pPr>
      <w:r w:rsidRPr="00AD0354">
        <w:rPr>
          <w:rFonts w:ascii="Calibri" w:hAnsi="Calibri" w:cs="Calibri"/>
          <w:lang w:val="nl-NL"/>
        </w:rPr>
        <w:t xml:space="preserve"> </w:t>
      </w:r>
    </w:p>
    <w:p w14:paraId="5B3D3E8D" w14:textId="5498166A" w:rsidR="0078798F" w:rsidRPr="00AD0354" w:rsidRDefault="0078798F" w:rsidP="0078798F">
      <w:pPr>
        <w:spacing w:after="3" w:line="248" w:lineRule="auto"/>
        <w:ind w:left="-5" w:right="6" w:hanging="10"/>
        <w:rPr>
          <w:rFonts w:ascii="Calibri" w:hAnsi="Calibri" w:cs="Calibri"/>
          <w:lang w:val="nl-NL"/>
        </w:rPr>
      </w:pPr>
      <w:r w:rsidRPr="00B16615">
        <w:rPr>
          <w:rFonts w:ascii="Calibri" w:hAnsi="Calibri" w:cs="Calibri"/>
          <w:lang w:val="nl-NL"/>
        </w:rPr>
        <w:t>Tijdens het gymmen moeten sieraden af of worden vastgeplakt</w:t>
      </w:r>
      <w:r w:rsidR="6ADF3718" w:rsidRPr="00B16615">
        <w:rPr>
          <w:rFonts w:ascii="Calibri" w:hAnsi="Calibri" w:cs="Calibri"/>
          <w:lang w:val="nl-NL"/>
        </w:rPr>
        <w:t>.</w:t>
      </w:r>
      <w:r w:rsidRPr="00B16615">
        <w:rPr>
          <w:rFonts w:ascii="Calibri" w:hAnsi="Calibri" w:cs="Calibri"/>
          <w:lang w:val="nl-NL"/>
        </w:rPr>
        <w:t xml:space="preserve"> </w:t>
      </w:r>
    </w:p>
    <w:p w14:paraId="579593B8" w14:textId="77777777" w:rsidR="0078798F" w:rsidRPr="00E02274" w:rsidRDefault="0078798F" w:rsidP="0078798F">
      <w:pPr>
        <w:pStyle w:val="Kop2"/>
        <w:rPr>
          <w:lang w:val="nl-NL"/>
        </w:rPr>
      </w:pPr>
      <w:bookmarkStart w:id="129" w:name="_Toc201002817"/>
      <w:bookmarkStart w:id="130" w:name="_Toc188261953"/>
      <w:bookmarkStart w:id="131" w:name="_Toc207190227"/>
      <w:r w:rsidRPr="00B16615">
        <w:rPr>
          <w:lang w:val="nl-NL"/>
        </w:rPr>
        <w:t>6.3 Ziek melden en verlof</w:t>
      </w:r>
      <w:bookmarkEnd w:id="129"/>
      <w:bookmarkEnd w:id="131"/>
      <w:r w:rsidRPr="00B16615">
        <w:rPr>
          <w:lang w:val="nl-NL"/>
        </w:rPr>
        <w:t xml:space="preserve"> </w:t>
      </w:r>
      <w:bookmarkEnd w:id="130"/>
    </w:p>
    <w:p w14:paraId="2050D449" w14:textId="77777777" w:rsidR="0078798F" w:rsidRPr="00E02274" w:rsidRDefault="0078798F" w:rsidP="0078798F">
      <w:pPr>
        <w:pStyle w:val="Kop3"/>
        <w:rPr>
          <w:lang w:val="nl-NL"/>
        </w:rPr>
      </w:pPr>
      <w:bookmarkStart w:id="132" w:name="_Toc201002818"/>
      <w:bookmarkStart w:id="133" w:name="_Toc207190228"/>
      <w:r w:rsidRPr="00B16615">
        <w:rPr>
          <w:lang w:val="nl-NL"/>
        </w:rPr>
        <w:t>Schoolverzuim</w:t>
      </w:r>
      <w:bookmarkEnd w:id="132"/>
      <w:bookmarkEnd w:id="133"/>
    </w:p>
    <w:p w14:paraId="57ECB136" w14:textId="19010A3E" w:rsidR="0078798F" w:rsidRDefault="0078798F" w:rsidP="0078798F">
      <w:pPr>
        <w:rPr>
          <w:rFonts w:ascii="Calibri" w:hAnsi="Calibri" w:cs="Calibri"/>
          <w:lang w:val="nl-NL"/>
        </w:rPr>
      </w:pPr>
      <w:r w:rsidRPr="00AD0354">
        <w:rPr>
          <w:rFonts w:ascii="Calibri" w:hAnsi="Calibri" w:cs="Calibri"/>
          <w:lang w:val="nl-NL"/>
        </w:rPr>
        <w:t>Scholen zijn verplicht om ongeoorloofd schoolverzuim te melden bij de leerplichtambtenaar. Ongeoorloofd schoolverzuim betekent dat een leerling afwezig is van school zonder een geldige reden, en zonder toestemming van de school</w:t>
      </w:r>
      <w:r w:rsidR="00211965">
        <w:rPr>
          <w:rFonts w:ascii="Calibri" w:hAnsi="Calibri" w:cs="Calibri"/>
          <w:lang w:val="nl-NL"/>
        </w:rPr>
        <w:t>.</w:t>
      </w:r>
    </w:p>
    <w:p w14:paraId="1D7D494F" w14:textId="77777777" w:rsidR="00211965" w:rsidRPr="00EE771D" w:rsidRDefault="00211965" w:rsidP="00211965">
      <w:pPr>
        <w:pStyle w:val="Kop3"/>
        <w:rPr>
          <w:lang w:val="nl-NL"/>
        </w:rPr>
      </w:pPr>
      <w:bookmarkStart w:id="134" w:name="_Toc201002819"/>
      <w:bookmarkStart w:id="135" w:name="_Toc207190229"/>
      <w:r w:rsidRPr="00B16615">
        <w:rPr>
          <w:lang w:val="nl-NL"/>
        </w:rPr>
        <w:t>Leerkracht ziek en dan?</w:t>
      </w:r>
      <w:bookmarkEnd w:id="134"/>
      <w:bookmarkEnd w:id="135"/>
      <w:r w:rsidRPr="00B16615">
        <w:rPr>
          <w:lang w:val="nl-NL"/>
        </w:rPr>
        <w:t xml:space="preserve"> </w:t>
      </w:r>
    </w:p>
    <w:p w14:paraId="6A721FEB" w14:textId="6A25BF6A" w:rsidR="00211965" w:rsidRPr="00AD0354" w:rsidRDefault="00211965" w:rsidP="00211965">
      <w:pPr>
        <w:spacing w:after="140" w:line="249" w:lineRule="auto"/>
        <w:ind w:left="-5" w:hanging="10"/>
        <w:rPr>
          <w:rFonts w:ascii="Calibri" w:hAnsi="Calibri" w:cs="Calibri"/>
          <w:lang w:val="nl-NL"/>
        </w:rPr>
      </w:pPr>
      <w:r w:rsidRPr="00AD0354">
        <w:rPr>
          <w:rFonts w:ascii="Calibri" w:hAnsi="Calibri" w:cs="Calibri"/>
          <w:lang w:val="nl-NL"/>
        </w:rPr>
        <w:t xml:space="preserve">Het komt wel eens voor dat de leerkracht ziek is. Wij doen er alles aan om de kinderen naar school te laten komen en het onderwijs te verzorgen. Hiervoor kunnen wij terugvallen op de regionale invalpool, waar ook </w:t>
      </w:r>
      <w:proofErr w:type="spellStart"/>
      <w:r w:rsidRPr="00AD0354">
        <w:rPr>
          <w:rFonts w:ascii="Calibri" w:hAnsi="Calibri" w:cs="Calibri"/>
          <w:lang w:val="nl-NL"/>
        </w:rPr>
        <w:t>ICO’ers</w:t>
      </w:r>
      <w:proofErr w:type="spellEnd"/>
      <w:r w:rsidRPr="00AD0354">
        <w:rPr>
          <w:rFonts w:ascii="Calibri" w:hAnsi="Calibri" w:cs="Calibri"/>
          <w:lang w:val="nl-NL"/>
        </w:rPr>
        <w:t xml:space="preserve"> in vermeld staan. Dit zijn collega's die vanuit de cultuur, creatieve lessen verzorgen. Helaas is ook hier de spoeling dun. Intern kijken wij daarnaast hoe wij de kinderen toch naar school kunnen </w:t>
      </w:r>
      <w:r w:rsidR="1C29AEDA" w:rsidRPr="7D9EC8CA">
        <w:rPr>
          <w:rFonts w:ascii="Calibri" w:hAnsi="Calibri" w:cs="Calibri"/>
          <w:lang w:val="nl-NL"/>
        </w:rPr>
        <w:t>laten gaan</w:t>
      </w:r>
      <w:r w:rsidR="249F9D7C" w:rsidRPr="7D9EC8CA">
        <w:rPr>
          <w:rFonts w:ascii="Calibri" w:hAnsi="Calibri" w:cs="Calibri"/>
          <w:lang w:val="nl-NL"/>
        </w:rPr>
        <w:t>.</w:t>
      </w:r>
      <w:r w:rsidRPr="00AD0354">
        <w:rPr>
          <w:rFonts w:ascii="Calibri" w:hAnsi="Calibri" w:cs="Calibri"/>
          <w:lang w:val="nl-NL"/>
        </w:rPr>
        <w:t xml:space="preserve"> Soms werkt er een collega een dag extra of is er een onderwijsassistent of stagiaire die onder toezicht van een collega de les</w:t>
      </w:r>
      <w:r w:rsidR="00393E4B">
        <w:rPr>
          <w:rFonts w:ascii="Calibri" w:hAnsi="Calibri" w:cs="Calibri"/>
          <w:lang w:val="nl-NL"/>
        </w:rPr>
        <w:t>sen</w:t>
      </w:r>
      <w:r w:rsidRPr="00AD0354">
        <w:rPr>
          <w:rFonts w:ascii="Calibri" w:hAnsi="Calibri" w:cs="Calibri"/>
          <w:lang w:val="nl-NL"/>
        </w:rPr>
        <w:t xml:space="preserve"> gaat verzorgen. Ondanks deze inspanningen om de kinderen toch naar school te </w:t>
      </w:r>
      <w:r w:rsidR="2C80F6E6" w:rsidRPr="7D9EC8CA">
        <w:rPr>
          <w:rFonts w:ascii="Calibri" w:hAnsi="Calibri" w:cs="Calibri"/>
          <w:lang w:val="nl-NL"/>
        </w:rPr>
        <w:t>laten gaan</w:t>
      </w:r>
      <w:r w:rsidRPr="00AD0354">
        <w:rPr>
          <w:rFonts w:ascii="Calibri" w:hAnsi="Calibri" w:cs="Calibri"/>
          <w:lang w:val="nl-NL"/>
        </w:rPr>
        <w:t xml:space="preserve">, komt het wel eens voor dat kinderen thuis moeten blijven. Hierover informeren wij u zo tijdig als dit mogelijk is voor ons. Wij informeren u middels een bericht </w:t>
      </w:r>
      <w:r w:rsidR="00F6575E">
        <w:rPr>
          <w:rFonts w:ascii="Calibri" w:hAnsi="Calibri" w:cs="Calibri"/>
          <w:lang w:val="nl-NL"/>
        </w:rPr>
        <w:t>via</w:t>
      </w:r>
      <w:r w:rsidRPr="00AD0354">
        <w:rPr>
          <w:rFonts w:ascii="Calibri" w:hAnsi="Calibri" w:cs="Calibri"/>
          <w:lang w:val="nl-NL"/>
        </w:rPr>
        <w:t xml:space="preserve"> </w:t>
      </w:r>
      <w:proofErr w:type="spellStart"/>
      <w:r w:rsidRPr="00AD0354">
        <w:rPr>
          <w:rFonts w:ascii="Calibri" w:hAnsi="Calibri" w:cs="Calibri"/>
          <w:lang w:val="nl-NL"/>
        </w:rPr>
        <w:t>Social</w:t>
      </w:r>
      <w:proofErr w:type="spellEnd"/>
      <w:r w:rsidRPr="00AD0354">
        <w:rPr>
          <w:rFonts w:ascii="Calibri" w:hAnsi="Calibri" w:cs="Calibri"/>
          <w:lang w:val="nl-NL"/>
        </w:rPr>
        <w:t xml:space="preserve"> Schools, u ontvangt direct een melding van het bericht. Het is raadzaam om elkaar hierover, als ouders onderling, te informeren.  </w:t>
      </w:r>
    </w:p>
    <w:p w14:paraId="2E574367" w14:textId="62E53468" w:rsidR="0078798F" w:rsidRPr="00E02274" w:rsidRDefault="3C2B6DB4" w:rsidP="0078798F">
      <w:pPr>
        <w:pStyle w:val="Kop3"/>
        <w:rPr>
          <w:lang w:val="nl-NL"/>
        </w:rPr>
      </w:pPr>
      <w:bookmarkStart w:id="136" w:name="_Toc201002820"/>
      <w:bookmarkStart w:id="137" w:name="_Toc207190230"/>
      <w:r w:rsidRPr="185DDAC7">
        <w:rPr>
          <w:lang w:val="nl-NL"/>
        </w:rPr>
        <w:t>Leerplichtambtenaar</w:t>
      </w:r>
      <w:bookmarkEnd w:id="136"/>
      <w:bookmarkEnd w:id="137"/>
    </w:p>
    <w:p w14:paraId="36C88945" w14:textId="668C900E" w:rsidR="0078798F" w:rsidRPr="00AD0354" w:rsidRDefault="0078798F" w:rsidP="0078798F">
      <w:pPr>
        <w:rPr>
          <w:rFonts w:ascii="Calibri" w:hAnsi="Calibri" w:cs="Calibri"/>
          <w:lang w:val="nl-NL"/>
        </w:rPr>
      </w:pPr>
      <w:r w:rsidRPr="00AD0354">
        <w:rPr>
          <w:rFonts w:ascii="Calibri" w:hAnsi="Calibri" w:cs="Calibri"/>
          <w:lang w:val="nl-NL"/>
        </w:rPr>
        <w:t>Soms kan een leerling niet naar school en is er sprake van geoorloofd schoolverzuim. Dat betekent dat een leerling afwezig is van school met een geldige reden, en met toestemming van de school of leerplichtambtenaar. Op de website van de</w:t>
      </w:r>
      <w:r w:rsidR="6AD2B820" w:rsidRPr="7D9EC8CA">
        <w:rPr>
          <w:rFonts w:ascii="Calibri" w:hAnsi="Calibri" w:cs="Calibri"/>
          <w:lang w:val="nl-NL"/>
        </w:rPr>
        <w:t xml:space="preserve"> </w:t>
      </w:r>
      <w:r w:rsidRPr="00AD0354">
        <w:rPr>
          <w:rFonts w:ascii="Calibri" w:hAnsi="Calibri" w:cs="Calibri"/>
          <w:lang w:val="nl-NL"/>
        </w:rPr>
        <w:t>Rijksoverheid (www.rijksoverheid.nl) staat wanneer er sprake is van geoorloofd verzuim. Is het niet mogelijk om tijdens de schoolvakanties op vakantie te gaan? Vraag in uitzonderlijke gevallen toestemming bij de schoolleiding voor verlof buiten de</w:t>
      </w:r>
      <w:r w:rsidR="4ED00008" w:rsidRPr="7D9EC8CA">
        <w:rPr>
          <w:rFonts w:ascii="Calibri" w:hAnsi="Calibri" w:cs="Calibri"/>
          <w:lang w:val="nl-NL"/>
        </w:rPr>
        <w:t xml:space="preserve"> </w:t>
      </w:r>
      <w:r w:rsidRPr="00AD0354">
        <w:rPr>
          <w:rFonts w:ascii="Calibri" w:hAnsi="Calibri" w:cs="Calibri"/>
          <w:lang w:val="nl-NL"/>
        </w:rPr>
        <w:t xml:space="preserve">schoolvakanties. Ga voor meer informatie naar: </w:t>
      </w:r>
      <w:r w:rsidRPr="00AD0354">
        <w:rPr>
          <w:rFonts w:ascii="Calibri" w:hAnsi="Calibri" w:cs="Calibri"/>
          <w:lang w:val="nl-NL"/>
        </w:rPr>
        <w:lastRenderedPageBreak/>
        <w:t>https://www.rijksoverheid.nl/onderwerpen/leerplicht/vraag-enantwoord/leerplicht-schoolvakanties.</w:t>
      </w:r>
    </w:p>
    <w:p w14:paraId="4646E5B9" w14:textId="77777777" w:rsidR="0078798F" w:rsidRPr="00211965" w:rsidRDefault="0078798F" w:rsidP="0078798F">
      <w:pPr>
        <w:rPr>
          <w:rFonts w:ascii="Calibri" w:hAnsi="Calibri" w:cs="Calibri"/>
          <w:b/>
          <w:bCs/>
          <w:lang w:val="nl-NL"/>
        </w:rPr>
      </w:pPr>
      <w:r w:rsidRPr="00211965">
        <w:rPr>
          <w:rFonts w:ascii="Calibri" w:hAnsi="Calibri" w:cs="Calibri"/>
          <w:b/>
          <w:bCs/>
          <w:lang w:val="nl-NL"/>
        </w:rPr>
        <w:t>Op deze manier meldt u uw kind ziek:</w:t>
      </w:r>
    </w:p>
    <w:p w14:paraId="28E7B2E4" w14:textId="77777777" w:rsidR="0078798F" w:rsidRPr="00AD0354" w:rsidRDefault="0078798F" w:rsidP="0078798F">
      <w:pPr>
        <w:rPr>
          <w:rFonts w:ascii="Calibri" w:hAnsi="Calibri" w:cs="Calibri"/>
          <w:lang w:val="nl-NL"/>
        </w:rPr>
      </w:pPr>
      <w:r w:rsidRPr="00AD0354">
        <w:rPr>
          <w:rFonts w:ascii="Calibri" w:hAnsi="Calibri" w:cs="Calibri"/>
          <w:lang w:val="nl-NL"/>
        </w:rPr>
        <w:t xml:space="preserve">Ziek melden kan telefonisch via </w:t>
      </w:r>
      <w:hyperlink r:id="rId29" w:history="1">
        <w:r w:rsidRPr="00AD0354">
          <w:rPr>
            <w:rStyle w:val="Hyperlink"/>
            <w:rFonts w:ascii="Calibri" w:hAnsi="Calibri" w:cs="Calibri"/>
            <w:color w:val="4832C7"/>
            <w:shd w:val="clear" w:color="auto" w:fill="FFFFFF"/>
            <w:lang w:val="nl-NL"/>
          </w:rPr>
          <w:t>0592 820 640</w:t>
        </w:r>
      </w:hyperlink>
      <w:r w:rsidRPr="00AD0354">
        <w:rPr>
          <w:rFonts w:ascii="Calibri" w:hAnsi="Calibri" w:cs="Calibri"/>
          <w:lang w:val="nl-NL"/>
        </w:rPr>
        <w:t xml:space="preserve">  of via </w:t>
      </w:r>
      <w:proofErr w:type="spellStart"/>
      <w:r w:rsidRPr="00AD0354">
        <w:rPr>
          <w:rFonts w:ascii="Calibri" w:hAnsi="Calibri" w:cs="Calibri"/>
          <w:lang w:val="nl-NL"/>
        </w:rPr>
        <w:t>SocialSchools</w:t>
      </w:r>
      <w:proofErr w:type="spellEnd"/>
      <w:r w:rsidRPr="00AD0354">
        <w:rPr>
          <w:rFonts w:ascii="Calibri" w:hAnsi="Calibri" w:cs="Calibri"/>
          <w:lang w:val="nl-NL"/>
        </w:rPr>
        <w:t>.</w:t>
      </w:r>
    </w:p>
    <w:p w14:paraId="5BC68FA5" w14:textId="77777777" w:rsidR="0078798F" w:rsidRPr="00B01D8E" w:rsidRDefault="0078798F" w:rsidP="0078798F">
      <w:pPr>
        <w:rPr>
          <w:rFonts w:ascii="Calibri" w:hAnsi="Calibri" w:cs="Calibri"/>
          <w:b/>
          <w:bCs/>
          <w:lang w:val="nl-NL"/>
        </w:rPr>
      </w:pPr>
      <w:r w:rsidRPr="00B01D8E">
        <w:rPr>
          <w:rFonts w:ascii="Calibri" w:hAnsi="Calibri" w:cs="Calibri"/>
          <w:b/>
          <w:bCs/>
          <w:lang w:val="nl-NL"/>
        </w:rPr>
        <w:t>Op deze manier vraagt u verlof aan voor uw kind:</w:t>
      </w:r>
    </w:p>
    <w:p w14:paraId="5FD6748D" w14:textId="777FFD76" w:rsidR="00FC4FEE" w:rsidRPr="004121ED" w:rsidRDefault="0078798F" w:rsidP="00B16615">
      <w:pPr>
        <w:spacing w:after="310"/>
        <w:rPr>
          <w:rFonts w:ascii="Calibri" w:hAnsi="Calibri" w:cs="Calibri"/>
          <w:lang w:val="nl-NL"/>
        </w:rPr>
      </w:pPr>
      <w:r w:rsidRPr="37B8C9FD">
        <w:rPr>
          <w:rFonts w:ascii="Calibri" w:hAnsi="Calibri" w:cs="Calibri"/>
          <w:lang w:val="nl-NL"/>
        </w:rPr>
        <w:t xml:space="preserve">Verlof aanvragen kan via </w:t>
      </w:r>
      <w:proofErr w:type="spellStart"/>
      <w:r w:rsidRPr="37B8C9FD">
        <w:rPr>
          <w:rFonts w:ascii="Calibri" w:hAnsi="Calibri" w:cs="Calibri"/>
          <w:lang w:val="nl-NL"/>
        </w:rPr>
        <w:t>SocialSchools</w:t>
      </w:r>
      <w:proofErr w:type="spellEnd"/>
      <w:r w:rsidRPr="37B8C9FD">
        <w:rPr>
          <w:rFonts w:ascii="Calibri" w:hAnsi="Calibri" w:cs="Calibri"/>
          <w:lang w:val="nl-NL"/>
        </w:rPr>
        <w:t>.</w:t>
      </w:r>
    </w:p>
    <w:p w14:paraId="667DB166" w14:textId="20B54253" w:rsidR="0078798F" w:rsidRPr="00E02274" w:rsidRDefault="0078798F" w:rsidP="0078798F">
      <w:pPr>
        <w:pStyle w:val="Kop2"/>
        <w:rPr>
          <w:lang w:val="nl-NL"/>
        </w:rPr>
      </w:pPr>
      <w:bookmarkStart w:id="138" w:name="_Toc201002822"/>
      <w:bookmarkStart w:id="139" w:name="_Toc207190231"/>
      <w:r w:rsidRPr="00B16615">
        <w:rPr>
          <w:lang w:val="nl-NL"/>
        </w:rPr>
        <w:t>6.</w:t>
      </w:r>
      <w:r w:rsidR="00FC4FEE" w:rsidRPr="00B16615">
        <w:rPr>
          <w:lang w:val="nl-NL"/>
        </w:rPr>
        <w:t>5</w:t>
      </w:r>
      <w:r w:rsidRPr="00B16615">
        <w:rPr>
          <w:lang w:val="nl-NL"/>
        </w:rPr>
        <w:t xml:space="preserve"> Studiedagen</w:t>
      </w:r>
      <w:bookmarkEnd w:id="138"/>
      <w:bookmarkEnd w:id="139"/>
      <w:r w:rsidRPr="00B16615">
        <w:rPr>
          <w:lang w:val="nl-NL"/>
        </w:rPr>
        <w:t xml:space="preserve"> </w:t>
      </w:r>
    </w:p>
    <w:p w14:paraId="7F0B8911" w14:textId="77777777" w:rsidR="0078798F" w:rsidRPr="00AD0354" w:rsidRDefault="0078798F" w:rsidP="0078798F">
      <w:pPr>
        <w:spacing w:after="5" w:line="249" w:lineRule="auto"/>
        <w:ind w:left="-5" w:hanging="10"/>
        <w:rPr>
          <w:rFonts w:ascii="Calibri" w:hAnsi="Calibri" w:cs="Calibri"/>
          <w:lang w:val="nl-NL"/>
        </w:rPr>
      </w:pPr>
      <w:r w:rsidRPr="00AD0354">
        <w:rPr>
          <w:rFonts w:ascii="Calibri" w:hAnsi="Calibri" w:cs="Calibri"/>
          <w:lang w:val="nl-NL"/>
        </w:rPr>
        <w:t xml:space="preserve">Tijdens studiedagen zijn de kinderen vrij en maakt u wellicht geen gebruik van de BSO die dag. U moet uw kind dan afmelden.  </w:t>
      </w:r>
    </w:p>
    <w:p w14:paraId="78964A68" w14:textId="77777777" w:rsidR="0078798F" w:rsidRPr="00AD0354" w:rsidRDefault="0078798F" w:rsidP="0078798F">
      <w:pPr>
        <w:spacing w:after="5" w:line="249" w:lineRule="auto"/>
        <w:ind w:left="-5" w:hanging="10"/>
        <w:rPr>
          <w:rFonts w:ascii="Calibri" w:hAnsi="Calibri" w:cs="Calibri"/>
          <w:lang w:val="nl-NL"/>
        </w:rPr>
      </w:pPr>
      <w:r w:rsidRPr="00AD0354">
        <w:rPr>
          <w:rFonts w:ascii="Calibri" w:hAnsi="Calibri" w:cs="Calibri"/>
          <w:lang w:val="nl-NL"/>
        </w:rPr>
        <w:t xml:space="preserve">Wilt u onder schooltijd gebruik maken van de opvang, dan moet u uw kind aanmelden via het ouderportaal van de opvang. </w:t>
      </w:r>
    </w:p>
    <w:p w14:paraId="38B17417" w14:textId="77777777" w:rsidR="0078798F" w:rsidRPr="00AD0354" w:rsidRDefault="0078798F" w:rsidP="0078798F">
      <w:pPr>
        <w:spacing w:after="0"/>
        <w:rPr>
          <w:rFonts w:ascii="Calibri" w:hAnsi="Calibri" w:cs="Calibri"/>
          <w:lang w:val="nl-NL"/>
        </w:rPr>
      </w:pPr>
      <w:r w:rsidRPr="00AD0354">
        <w:rPr>
          <w:rFonts w:ascii="Calibri" w:hAnsi="Calibri" w:cs="Calibri"/>
          <w:lang w:val="nl-NL"/>
        </w:rPr>
        <w:t xml:space="preserve"> </w:t>
      </w:r>
    </w:p>
    <w:p w14:paraId="697A2B4A" w14:textId="64BE2DBD" w:rsidR="0078798F" w:rsidRPr="00FC4FEE" w:rsidRDefault="0078798F" w:rsidP="00FC4FEE">
      <w:pPr>
        <w:spacing w:after="5" w:line="249" w:lineRule="auto"/>
        <w:ind w:left="-5" w:hanging="10"/>
        <w:rPr>
          <w:rFonts w:ascii="Calibri" w:hAnsi="Calibri" w:cs="Calibri"/>
          <w:lang w:val="nl-NL"/>
        </w:rPr>
      </w:pPr>
      <w:r w:rsidRPr="00AD0354">
        <w:rPr>
          <w:rFonts w:ascii="Calibri" w:hAnsi="Calibri" w:cs="Calibri"/>
          <w:lang w:val="nl-NL"/>
        </w:rPr>
        <w:t xml:space="preserve">Tip: u kunt de benodigde opvang tijdens vakanties en studiedagen aan het begin van het schooljaar al verwerken in het ouderportaal. Let op: het is raadzaam om extra BSO aan te vragen voor de margedagen vanuit school. Dit moet minimaal 2 maanden van tevoren. Indien dit te laat is, kan dit niet meer worden goedgekeurd. </w:t>
      </w:r>
    </w:p>
    <w:p w14:paraId="0EDB92DF" w14:textId="77777777" w:rsidR="0078798F" w:rsidRPr="00EE771D" w:rsidRDefault="0078798F" w:rsidP="0078798F">
      <w:pPr>
        <w:pStyle w:val="Kop3"/>
        <w:rPr>
          <w:lang w:val="nl-NL"/>
        </w:rPr>
      </w:pPr>
      <w:bookmarkStart w:id="140" w:name="_Toc201002823"/>
      <w:bookmarkStart w:id="141" w:name="_Toc207190232"/>
      <w:r w:rsidRPr="00B16615">
        <w:rPr>
          <w:lang w:val="nl-NL"/>
        </w:rPr>
        <w:t>Vakantie-BSO en studiedagen</w:t>
      </w:r>
      <w:bookmarkEnd w:id="140"/>
      <w:bookmarkEnd w:id="141"/>
      <w:r w:rsidRPr="00B16615">
        <w:rPr>
          <w:lang w:val="nl-NL"/>
        </w:rPr>
        <w:t xml:space="preserve"> </w:t>
      </w:r>
    </w:p>
    <w:p w14:paraId="189E3873" w14:textId="77777777" w:rsidR="0078798F" w:rsidRPr="00E31C31" w:rsidRDefault="0078798F" w:rsidP="0078798F">
      <w:pPr>
        <w:spacing w:after="5" w:line="249" w:lineRule="auto"/>
        <w:ind w:left="-5" w:hanging="10"/>
        <w:rPr>
          <w:rFonts w:ascii="Calibri" w:hAnsi="Calibri" w:cs="Calibri"/>
          <w:lang w:val="nl-NL"/>
        </w:rPr>
      </w:pPr>
      <w:r w:rsidRPr="00AD0354">
        <w:rPr>
          <w:rFonts w:ascii="Calibri" w:hAnsi="Calibri" w:cs="Calibri"/>
          <w:lang w:val="nl-NL"/>
        </w:rPr>
        <w:t xml:space="preserve">Tijdens vakantie en studiedagen is het voor ons van groot belang om tijdig te weten of uw kind gebruik gaat maken van de opvang. Hieronder staat aangegeven hoe dit in zijn werk gaat. </w:t>
      </w:r>
    </w:p>
    <w:p w14:paraId="08E8598A" w14:textId="77777777" w:rsidR="0078798F" w:rsidRPr="00E02274" w:rsidRDefault="0078798F" w:rsidP="0078798F">
      <w:pPr>
        <w:pStyle w:val="Kop3"/>
        <w:rPr>
          <w:lang w:val="nl-NL"/>
        </w:rPr>
      </w:pPr>
      <w:bookmarkStart w:id="142" w:name="_Toc201002824"/>
      <w:bookmarkStart w:id="143" w:name="_Toc207190233"/>
      <w:r w:rsidRPr="00B16615">
        <w:rPr>
          <w:lang w:val="nl-NL"/>
        </w:rPr>
        <w:t>Vakantie-BSO</w:t>
      </w:r>
      <w:bookmarkEnd w:id="142"/>
      <w:bookmarkEnd w:id="143"/>
      <w:r w:rsidRPr="00B16615">
        <w:rPr>
          <w:lang w:val="nl-NL"/>
        </w:rPr>
        <w:t xml:space="preserve"> </w:t>
      </w:r>
    </w:p>
    <w:p w14:paraId="54BFBABB" w14:textId="77777777" w:rsidR="0078798F" w:rsidRPr="00AD0354" w:rsidRDefault="0078798F" w:rsidP="000E0D05">
      <w:pPr>
        <w:pStyle w:val="Kop3"/>
        <w:rPr>
          <w:lang w:val="nl-NL"/>
        </w:rPr>
      </w:pPr>
      <w:bookmarkStart w:id="144" w:name="_Toc207190234"/>
      <w:r w:rsidRPr="00CA7ABB">
        <w:rPr>
          <w:lang w:val="nl-NL"/>
        </w:rPr>
        <w:t>Vast contract</w:t>
      </w:r>
      <w:r w:rsidRPr="00AD0354">
        <w:rPr>
          <w:lang w:val="nl-NL"/>
        </w:rPr>
        <w:t>:</w:t>
      </w:r>
      <w:bookmarkEnd w:id="144"/>
      <w:r w:rsidRPr="00AD0354">
        <w:rPr>
          <w:lang w:val="nl-NL"/>
        </w:rPr>
        <w:t xml:space="preserve"> </w:t>
      </w:r>
    </w:p>
    <w:p w14:paraId="5A6B693B" w14:textId="77777777" w:rsidR="0078798F" w:rsidRPr="00E31C31" w:rsidRDefault="0078798F" w:rsidP="0078798F">
      <w:pPr>
        <w:spacing w:after="5" w:line="249" w:lineRule="auto"/>
        <w:ind w:left="-5" w:hanging="10"/>
        <w:rPr>
          <w:rFonts w:ascii="Calibri" w:hAnsi="Calibri" w:cs="Calibri"/>
          <w:lang w:val="nl-NL"/>
        </w:rPr>
      </w:pPr>
      <w:r w:rsidRPr="00AD0354">
        <w:rPr>
          <w:rFonts w:ascii="Calibri" w:hAnsi="Calibri" w:cs="Calibri"/>
          <w:lang w:val="nl-NL"/>
        </w:rPr>
        <w:t xml:space="preserve">U kunt uw kind(eren) via het ouderportaal afmelden voor de weken dat u geen gebruik hoeft te maken van de vakantie-BSO.  </w:t>
      </w:r>
    </w:p>
    <w:p w14:paraId="65B0D958" w14:textId="77777777" w:rsidR="0078798F" w:rsidRPr="00EE771D" w:rsidRDefault="0078798F" w:rsidP="0078798F">
      <w:pPr>
        <w:pStyle w:val="Kop3"/>
        <w:rPr>
          <w:lang w:val="nl-NL"/>
        </w:rPr>
      </w:pPr>
      <w:bookmarkStart w:id="145" w:name="_Toc201002825"/>
      <w:bookmarkStart w:id="146" w:name="_Toc207190235"/>
      <w:r w:rsidRPr="00B16615">
        <w:rPr>
          <w:lang w:val="nl-NL"/>
        </w:rPr>
        <w:t>Flexibel contract:</w:t>
      </w:r>
      <w:bookmarkEnd w:id="145"/>
      <w:bookmarkEnd w:id="146"/>
      <w:r w:rsidRPr="00B16615">
        <w:rPr>
          <w:lang w:val="nl-NL"/>
        </w:rPr>
        <w:t xml:space="preserve"> </w:t>
      </w:r>
    </w:p>
    <w:p w14:paraId="4C8EE7CC" w14:textId="77777777" w:rsidR="0078798F" w:rsidRPr="00AD0354" w:rsidRDefault="0078798F" w:rsidP="0078798F">
      <w:pPr>
        <w:spacing w:after="5" w:line="249" w:lineRule="auto"/>
        <w:ind w:left="-5" w:hanging="10"/>
        <w:rPr>
          <w:rFonts w:ascii="Calibri" w:hAnsi="Calibri" w:cs="Calibri"/>
          <w:lang w:val="nl-NL"/>
        </w:rPr>
      </w:pPr>
      <w:r w:rsidRPr="00AD0354">
        <w:rPr>
          <w:rFonts w:ascii="Calibri" w:hAnsi="Calibri" w:cs="Calibri"/>
          <w:lang w:val="nl-NL"/>
        </w:rPr>
        <w:t xml:space="preserve">U kunt uw kind(eren) via het ouderportaal aanmelden voor de dagen dat u gebruik wilt maken van de vakantie-BSO.  </w:t>
      </w:r>
    </w:p>
    <w:p w14:paraId="02F65D6A" w14:textId="146E94F1" w:rsidR="00211965" w:rsidRDefault="0078798F" w:rsidP="00211965">
      <w:pPr>
        <w:spacing w:after="5" w:line="249" w:lineRule="auto"/>
        <w:ind w:left="-5" w:hanging="10"/>
        <w:rPr>
          <w:rFonts w:ascii="Calibri" w:hAnsi="Calibri" w:cs="Calibri"/>
          <w:lang w:val="nl-NL"/>
        </w:rPr>
      </w:pPr>
      <w:r w:rsidRPr="00AD0354">
        <w:rPr>
          <w:rFonts w:ascii="Calibri" w:hAnsi="Calibri" w:cs="Calibri"/>
          <w:lang w:val="nl-NL"/>
        </w:rPr>
        <w:t xml:space="preserve">Voor de zomervakantie geldt: mocht dit voor u t.z.t. nog niet bekend zijn, maar weet u al wel welke weken u geen gebruik hoeft te maken van de vakantie-opvang, dan mag u dit doorgeven aan de desbetreffende locatie. </w:t>
      </w:r>
    </w:p>
    <w:p w14:paraId="04A7D3DE" w14:textId="77777777" w:rsidR="003705E2" w:rsidRDefault="003705E2">
      <w:pPr>
        <w:rPr>
          <w:rFonts w:asciiTheme="majorHAnsi" w:eastAsiaTheme="majorEastAsia" w:hAnsiTheme="majorHAnsi" w:cstheme="majorBidi"/>
          <w:b/>
          <w:bCs/>
          <w:lang w:val="nl-NL"/>
        </w:rPr>
      </w:pPr>
      <w:bookmarkStart w:id="147" w:name="_Toc201002826"/>
      <w:r>
        <w:rPr>
          <w:lang w:val="nl-NL"/>
        </w:rPr>
        <w:br w:type="page"/>
      </w:r>
    </w:p>
    <w:p w14:paraId="764E28F2" w14:textId="703A38F4" w:rsidR="00211965" w:rsidRPr="00166052" w:rsidRDefault="00211965" w:rsidP="00211965">
      <w:pPr>
        <w:pStyle w:val="Kop3"/>
        <w:rPr>
          <w:lang w:val="nl-NL"/>
        </w:rPr>
      </w:pPr>
      <w:bookmarkStart w:id="148" w:name="_Toc207190236"/>
      <w:r w:rsidRPr="00166052">
        <w:rPr>
          <w:lang w:val="nl-NL"/>
        </w:rPr>
        <w:lastRenderedPageBreak/>
        <w:t>Vakantierooster – 2025</w:t>
      </w:r>
      <w:r w:rsidR="3D85B14F" w:rsidRPr="00166052">
        <w:rPr>
          <w:lang w:val="nl-NL"/>
        </w:rPr>
        <w:t>-2026</w:t>
      </w:r>
      <w:bookmarkEnd w:id="147"/>
      <w:bookmarkEnd w:id="148"/>
    </w:p>
    <w:p w14:paraId="7F3E8072" w14:textId="0B6F9202" w:rsidR="00211965" w:rsidRPr="00211965" w:rsidRDefault="00211965" w:rsidP="3296F1BC">
      <w:pPr>
        <w:spacing w:after="0" w:line="240" w:lineRule="auto"/>
        <w:rPr>
          <w:rFonts w:ascii="Aptos" w:eastAsia="Aptos" w:hAnsi="Aptos" w:cs="Aptos"/>
          <w:color w:val="000000" w:themeColor="text1"/>
          <w:lang w:val="nl-NL"/>
        </w:rPr>
      </w:pPr>
    </w:p>
    <w:tbl>
      <w:tblPr>
        <w:tblW w:w="0" w:type="auto"/>
        <w:tblInd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90"/>
        <w:gridCol w:w="2700"/>
        <w:gridCol w:w="2580"/>
        <w:gridCol w:w="1560"/>
      </w:tblGrid>
      <w:tr w:rsidR="3296F1BC" w14:paraId="4479A330"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51612773" w14:textId="043DF627"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b/>
                <w:bCs/>
                <w:sz w:val="18"/>
                <w:szCs w:val="18"/>
                <w:u w:val="single"/>
                <w:lang w:val="nl-NL"/>
              </w:rPr>
              <w:t>Vakantie</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306D5A78" w14:textId="08F837D6"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b/>
                <w:bCs/>
                <w:sz w:val="18"/>
                <w:szCs w:val="18"/>
                <w:u w:val="single"/>
                <w:lang w:val="nl-NL"/>
              </w:rPr>
              <w:t>Eerste dag</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31ACBB66" w14:textId="396F3D9F"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b/>
                <w:bCs/>
                <w:sz w:val="18"/>
                <w:szCs w:val="18"/>
                <w:u w:val="single"/>
                <w:lang w:val="nl-NL"/>
              </w:rPr>
              <w:t>Laatste dag</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1BD6BEF4" w14:textId="2A574118"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b/>
                <w:bCs/>
                <w:sz w:val="18"/>
                <w:szCs w:val="18"/>
                <w:u w:val="single"/>
                <w:lang w:val="nl-NL"/>
              </w:rPr>
              <w:t>Aantal vakantiedagen</w:t>
            </w:r>
            <w:r w:rsidRPr="3296F1BC">
              <w:rPr>
                <w:rFonts w:ascii="Verdana" w:eastAsia="Verdana" w:hAnsi="Verdana" w:cs="Verdana"/>
                <w:sz w:val="18"/>
                <w:szCs w:val="18"/>
                <w:lang w:val="nl-NL"/>
              </w:rPr>
              <w:t> </w:t>
            </w:r>
          </w:p>
        </w:tc>
      </w:tr>
      <w:tr w:rsidR="3296F1BC" w14:paraId="120453B2"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2E05BEE0" w14:textId="5085C1FD"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Herfstvakantie</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7E065A82" w14:textId="22ECBF7A"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20 oktober 2025</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049F85CE" w14:textId="3D4288A2"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Vrijdag 24 oktober 2024</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09554C7C" w14:textId="1E132CB0"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5</w:t>
            </w:r>
            <w:r w:rsidRPr="3296F1BC">
              <w:rPr>
                <w:rFonts w:ascii="Verdana" w:eastAsia="Verdana" w:hAnsi="Verdana" w:cs="Verdana"/>
                <w:sz w:val="18"/>
                <w:szCs w:val="18"/>
                <w:lang w:val="nl-NL"/>
              </w:rPr>
              <w:t> </w:t>
            </w:r>
          </w:p>
        </w:tc>
      </w:tr>
      <w:tr w:rsidR="3296F1BC" w14:paraId="09DB80C0"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7CCF210C" w14:textId="562796E7"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Kerstvakantie</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1A754DE3" w14:textId="4324C991"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22 december 2025</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343FEC61" w14:textId="4BEDA0D3"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Vrijdag 2 januari 2026</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2314479B" w14:textId="1325EB39"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10</w:t>
            </w:r>
            <w:r w:rsidRPr="3296F1BC">
              <w:rPr>
                <w:rFonts w:ascii="Verdana" w:eastAsia="Verdana" w:hAnsi="Verdana" w:cs="Verdana"/>
                <w:sz w:val="18"/>
                <w:szCs w:val="18"/>
                <w:lang w:val="nl-NL"/>
              </w:rPr>
              <w:t> </w:t>
            </w:r>
          </w:p>
        </w:tc>
      </w:tr>
      <w:tr w:rsidR="3296F1BC" w14:paraId="3F7A5649"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252E2373" w14:textId="4EF91D8A"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Voorjaarsvakantie</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6D37CAD0" w14:textId="0C9D1CCD"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23 februari 2026</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2FB24597" w14:textId="59881CAC"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Vrijdag 27 februari 2026</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11FA2042" w14:textId="4218BEE2"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5</w:t>
            </w:r>
            <w:r w:rsidRPr="3296F1BC">
              <w:rPr>
                <w:rFonts w:ascii="Verdana" w:eastAsia="Verdana" w:hAnsi="Verdana" w:cs="Verdana"/>
                <w:sz w:val="18"/>
                <w:szCs w:val="18"/>
                <w:lang w:val="nl-NL"/>
              </w:rPr>
              <w:t> </w:t>
            </w:r>
          </w:p>
        </w:tc>
      </w:tr>
      <w:tr w:rsidR="3296F1BC" w14:paraId="79D7BE9E"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59AD8AAF" w14:textId="71534C4D"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Goede Vrijdag </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5290B63B" w14:textId="7D4D4928"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Vrijdag 3 april 2026</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5F9F73C9" w14:textId="62484144"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7B2FBD83" w14:textId="604876FA"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1</w:t>
            </w:r>
            <w:r w:rsidRPr="3296F1BC">
              <w:rPr>
                <w:rFonts w:ascii="Verdana" w:eastAsia="Verdana" w:hAnsi="Verdana" w:cs="Verdana"/>
                <w:sz w:val="18"/>
                <w:szCs w:val="18"/>
                <w:lang w:val="nl-NL"/>
              </w:rPr>
              <w:t> </w:t>
            </w:r>
          </w:p>
        </w:tc>
      </w:tr>
      <w:tr w:rsidR="3296F1BC" w14:paraId="48C5A01D"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1D6B3F2B" w14:textId="0E15F954"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Tweede Paasdag </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375B7CF0" w14:textId="77BF85EE"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6 april 2026</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04679C34" w14:textId="4D1C0054"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4FA2090D" w14:textId="462ECBDA"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1</w:t>
            </w:r>
            <w:r w:rsidRPr="3296F1BC">
              <w:rPr>
                <w:rFonts w:ascii="Verdana" w:eastAsia="Verdana" w:hAnsi="Verdana" w:cs="Verdana"/>
                <w:sz w:val="18"/>
                <w:szCs w:val="18"/>
                <w:lang w:val="nl-NL"/>
              </w:rPr>
              <w:t> </w:t>
            </w:r>
          </w:p>
        </w:tc>
      </w:tr>
      <w:tr w:rsidR="3296F1BC" w14:paraId="47888CED"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4E6BE8CD" w14:textId="756C72DA"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Meivakantie</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063D08FB" w14:textId="0B798812"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20 april 2026</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1BAC8411" w14:textId="77D3B12C"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Vrijdag 1 mei 2026</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7E0FF8CB" w14:textId="7A5315F2"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10</w:t>
            </w:r>
            <w:r w:rsidRPr="3296F1BC">
              <w:rPr>
                <w:rFonts w:ascii="Verdana" w:eastAsia="Verdana" w:hAnsi="Verdana" w:cs="Verdana"/>
                <w:sz w:val="18"/>
                <w:szCs w:val="18"/>
                <w:lang w:val="nl-NL"/>
              </w:rPr>
              <w:t> </w:t>
            </w:r>
          </w:p>
        </w:tc>
      </w:tr>
      <w:tr w:rsidR="3296F1BC" w14:paraId="0B712A09"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2B1C9670" w14:textId="517276A8"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Bevrijdingsdag </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5F3196AC" w14:textId="4D6AC0C7"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Dinsdag 5 mei 2026</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6E12B432" w14:textId="7BAD7974"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 </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76450AEF" w14:textId="1A3000F9"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1</w:t>
            </w:r>
            <w:r w:rsidRPr="3296F1BC">
              <w:rPr>
                <w:rFonts w:ascii="Verdana" w:eastAsia="Verdana" w:hAnsi="Verdana" w:cs="Verdana"/>
                <w:sz w:val="18"/>
                <w:szCs w:val="18"/>
                <w:lang w:val="nl-NL"/>
              </w:rPr>
              <w:t> </w:t>
            </w:r>
          </w:p>
        </w:tc>
      </w:tr>
      <w:tr w:rsidR="3296F1BC" w14:paraId="169C08B5"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1747E811" w14:textId="112F8E2F" w:rsidR="3296F1BC" w:rsidRDefault="7B4EC85A" w:rsidP="3296F1BC">
            <w:pPr>
              <w:spacing w:after="0" w:line="240" w:lineRule="auto"/>
              <w:rPr>
                <w:rFonts w:ascii="Verdana" w:eastAsia="Verdana" w:hAnsi="Verdana" w:cs="Verdana"/>
                <w:sz w:val="18"/>
                <w:szCs w:val="18"/>
              </w:rPr>
            </w:pPr>
            <w:r w:rsidRPr="185DDAC7">
              <w:rPr>
                <w:rFonts w:ascii="Verdana" w:eastAsia="Verdana" w:hAnsi="Verdana" w:cs="Verdana"/>
                <w:sz w:val="18"/>
                <w:szCs w:val="18"/>
                <w:u w:val="single"/>
                <w:lang w:val="nl-NL"/>
              </w:rPr>
              <w:t>Hemelvaart</w:t>
            </w:r>
            <w:r w:rsidRPr="185DDAC7">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581D3D07" w14:textId="1B0ADA2B"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Donderdag 14 mei 2026</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0CDC453C" w14:textId="5E4F8A94"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Vrijdag 15 mei 2026</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7D5491AD" w14:textId="6D47C426"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2</w:t>
            </w:r>
            <w:r w:rsidRPr="3296F1BC">
              <w:rPr>
                <w:rFonts w:ascii="Verdana" w:eastAsia="Verdana" w:hAnsi="Verdana" w:cs="Verdana"/>
                <w:sz w:val="18"/>
                <w:szCs w:val="18"/>
                <w:lang w:val="nl-NL"/>
              </w:rPr>
              <w:t> </w:t>
            </w:r>
          </w:p>
        </w:tc>
      </w:tr>
      <w:tr w:rsidR="3296F1BC" w14:paraId="719E57D9"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2F92D39E" w14:textId="6A1F9648"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Tweede Pinksterdag</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459D26D7" w14:textId="6F88231D"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25 mei 2026</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59A060BB" w14:textId="233323C3"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25 mei 2026</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03F4F320" w14:textId="79DE368A"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1</w:t>
            </w:r>
            <w:r w:rsidRPr="3296F1BC">
              <w:rPr>
                <w:rFonts w:ascii="Verdana" w:eastAsia="Verdana" w:hAnsi="Verdana" w:cs="Verdana"/>
                <w:sz w:val="18"/>
                <w:szCs w:val="18"/>
                <w:lang w:val="nl-NL"/>
              </w:rPr>
              <w:t> </w:t>
            </w:r>
          </w:p>
        </w:tc>
      </w:tr>
      <w:tr w:rsidR="3296F1BC" w14:paraId="11CC29EE" w14:textId="77777777" w:rsidTr="185DDAC7">
        <w:trPr>
          <w:trHeight w:val="300"/>
        </w:trPr>
        <w:tc>
          <w:tcPr>
            <w:tcW w:w="2190" w:type="dxa"/>
            <w:tcBorders>
              <w:top w:val="single" w:sz="6" w:space="0" w:color="auto"/>
              <w:left w:val="single" w:sz="6" w:space="0" w:color="auto"/>
              <w:bottom w:val="single" w:sz="6" w:space="0" w:color="auto"/>
              <w:right w:val="single" w:sz="6" w:space="0" w:color="auto"/>
            </w:tcBorders>
          </w:tcPr>
          <w:p w14:paraId="2F538F7B" w14:textId="2E8D137D"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Zomervakantie</w:t>
            </w:r>
            <w:r w:rsidRPr="3296F1BC">
              <w:rPr>
                <w:rFonts w:ascii="Verdana" w:eastAsia="Verdana" w:hAnsi="Verdana" w:cs="Verdana"/>
                <w:sz w:val="18"/>
                <w:szCs w:val="18"/>
                <w:lang w:val="nl-NL"/>
              </w:rPr>
              <w:t> </w:t>
            </w:r>
          </w:p>
        </w:tc>
        <w:tc>
          <w:tcPr>
            <w:tcW w:w="2700" w:type="dxa"/>
            <w:tcBorders>
              <w:top w:val="single" w:sz="6" w:space="0" w:color="auto"/>
              <w:left w:val="single" w:sz="6" w:space="0" w:color="auto"/>
              <w:bottom w:val="single" w:sz="6" w:space="0" w:color="auto"/>
              <w:right w:val="single" w:sz="6" w:space="0" w:color="auto"/>
            </w:tcBorders>
          </w:tcPr>
          <w:p w14:paraId="5A6F6FA0" w14:textId="52DF399A"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6 juli 2026</w:t>
            </w:r>
            <w:r w:rsidRPr="3296F1BC">
              <w:rPr>
                <w:rFonts w:ascii="Verdana" w:eastAsia="Verdana" w:hAnsi="Verdana" w:cs="Verdana"/>
                <w:sz w:val="18"/>
                <w:szCs w:val="18"/>
                <w:lang w:val="nl-NL"/>
              </w:rPr>
              <w:t> </w:t>
            </w:r>
          </w:p>
        </w:tc>
        <w:tc>
          <w:tcPr>
            <w:tcW w:w="2580" w:type="dxa"/>
            <w:tcBorders>
              <w:top w:val="single" w:sz="6" w:space="0" w:color="auto"/>
              <w:left w:val="single" w:sz="6" w:space="0" w:color="auto"/>
              <w:bottom w:val="single" w:sz="6" w:space="0" w:color="auto"/>
              <w:right w:val="single" w:sz="6" w:space="0" w:color="auto"/>
            </w:tcBorders>
          </w:tcPr>
          <w:p w14:paraId="0EE21F8E" w14:textId="575D478A" w:rsidR="3296F1BC" w:rsidRDefault="3296F1BC" w:rsidP="3296F1BC">
            <w:pPr>
              <w:spacing w:after="0" w:line="240" w:lineRule="auto"/>
              <w:rPr>
                <w:rFonts w:ascii="Verdana" w:eastAsia="Verdana" w:hAnsi="Verdana" w:cs="Verdana"/>
                <w:sz w:val="18"/>
                <w:szCs w:val="18"/>
              </w:rPr>
            </w:pPr>
            <w:r w:rsidRPr="3296F1BC">
              <w:rPr>
                <w:rFonts w:ascii="Verdana" w:eastAsia="Verdana" w:hAnsi="Verdana" w:cs="Verdana"/>
                <w:sz w:val="18"/>
                <w:szCs w:val="18"/>
                <w:u w:val="single"/>
                <w:lang w:val="nl-NL"/>
              </w:rPr>
              <w:t>Maandag 14 aug 2026</w:t>
            </w:r>
            <w:r w:rsidRPr="3296F1BC">
              <w:rPr>
                <w:rFonts w:ascii="Verdana" w:eastAsia="Verdana" w:hAnsi="Verdana" w:cs="Verdana"/>
                <w:sz w:val="18"/>
                <w:szCs w:val="18"/>
                <w:lang w:val="nl-NL"/>
              </w:rPr>
              <w:t> </w:t>
            </w:r>
          </w:p>
        </w:tc>
        <w:tc>
          <w:tcPr>
            <w:tcW w:w="1560" w:type="dxa"/>
            <w:tcBorders>
              <w:top w:val="single" w:sz="6" w:space="0" w:color="auto"/>
              <w:left w:val="single" w:sz="6" w:space="0" w:color="auto"/>
              <w:bottom w:val="single" w:sz="6" w:space="0" w:color="auto"/>
              <w:right w:val="single" w:sz="6" w:space="0" w:color="auto"/>
            </w:tcBorders>
          </w:tcPr>
          <w:p w14:paraId="1D9B22AE" w14:textId="1410E9F2"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sz w:val="18"/>
                <w:szCs w:val="18"/>
                <w:u w:val="single"/>
                <w:lang w:val="nl-NL"/>
              </w:rPr>
              <w:t>30</w:t>
            </w:r>
            <w:r w:rsidRPr="3296F1BC">
              <w:rPr>
                <w:rFonts w:ascii="Verdana" w:eastAsia="Verdana" w:hAnsi="Verdana" w:cs="Verdana"/>
                <w:sz w:val="18"/>
                <w:szCs w:val="18"/>
                <w:lang w:val="nl-NL"/>
              </w:rPr>
              <w:t> </w:t>
            </w:r>
          </w:p>
        </w:tc>
      </w:tr>
      <w:tr w:rsidR="3296F1BC" w14:paraId="3291F3A6" w14:textId="77777777" w:rsidTr="185DDAC7">
        <w:trPr>
          <w:trHeight w:val="300"/>
        </w:trPr>
        <w:tc>
          <w:tcPr>
            <w:tcW w:w="7470" w:type="dxa"/>
            <w:gridSpan w:val="3"/>
            <w:tcBorders>
              <w:top w:val="single" w:sz="6" w:space="0" w:color="auto"/>
              <w:left w:val="single" w:sz="6" w:space="0" w:color="auto"/>
              <w:bottom w:val="single" w:sz="6" w:space="0" w:color="auto"/>
              <w:right w:val="single" w:sz="6" w:space="0" w:color="auto"/>
            </w:tcBorders>
          </w:tcPr>
          <w:p w14:paraId="6DAA54D5" w14:textId="235BCED6" w:rsidR="3296F1BC" w:rsidRDefault="3296F1BC" w:rsidP="3296F1BC">
            <w:pPr>
              <w:spacing w:after="0" w:line="240" w:lineRule="auto"/>
              <w:jc w:val="right"/>
              <w:rPr>
                <w:rFonts w:ascii="Verdana" w:eastAsia="Verdana" w:hAnsi="Verdana" w:cs="Verdana"/>
                <w:sz w:val="18"/>
                <w:szCs w:val="18"/>
              </w:rPr>
            </w:pPr>
            <w:r w:rsidRPr="3296F1BC">
              <w:rPr>
                <w:rFonts w:ascii="Verdana" w:eastAsia="Verdana" w:hAnsi="Verdana" w:cs="Verdana"/>
                <w:b/>
                <w:bCs/>
                <w:sz w:val="18"/>
                <w:szCs w:val="18"/>
                <w:u w:val="single"/>
                <w:lang w:val="nl-NL"/>
              </w:rPr>
              <w:t>Totaal aantal vakantiedagen:</w:t>
            </w:r>
            <w:r w:rsidRPr="3296F1BC">
              <w:rPr>
                <w:rFonts w:ascii="Verdana" w:eastAsia="Verdana" w:hAnsi="Verdana" w:cs="Verdana"/>
                <w:sz w:val="18"/>
                <w:szCs w:val="18"/>
                <w:lang w:val="nl-NL"/>
              </w:rPr>
              <w:t> </w:t>
            </w:r>
          </w:p>
        </w:tc>
        <w:tc>
          <w:tcPr>
            <w:tcW w:w="1560" w:type="dxa"/>
            <w:tcBorders>
              <w:top w:val="single" w:sz="6" w:space="0" w:color="auto"/>
              <w:left w:val="nil"/>
              <w:bottom w:val="single" w:sz="6" w:space="0" w:color="auto"/>
              <w:right w:val="single" w:sz="6" w:space="0" w:color="auto"/>
            </w:tcBorders>
          </w:tcPr>
          <w:p w14:paraId="65037D8D" w14:textId="09ED105A" w:rsidR="3296F1BC" w:rsidRDefault="3296F1BC" w:rsidP="3296F1BC">
            <w:pPr>
              <w:spacing w:after="0" w:line="240" w:lineRule="auto"/>
              <w:jc w:val="center"/>
              <w:rPr>
                <w:rFonts w:ascii="Verdana" w:eastAsia="Verdana" w:hAnsi="Verdana" w:cs="Verdana"/>
                <w:sz w:val="18"/>
                <w:szCs w:val="18"/>
              </w:rPr>
            </w:pPr>
            <w:r w:rsidRPr="3296F1BC">
              <w:rPr>
                <w:rFonts w:ascii="Verdana" w:eastAsia="Verdana" w:hAnsi="Verdana" w:cs="Verdana"/>
                <w:b/>
                <w:bCs/>
                <w:sz w:val="18"/>
                <w:szCs w:val="18"/>
                <w:u w:val="single"/>
                <w:lang w:val="nl-NL"/>
              </w:rPr>
              <w:t>66</w:t>
            </w:r>
            <w:r w:rsidRPr="3296F1BC">
              <w:rPr>
                <w:rFonts w:ascii="Verdana" w:eastAsia="Verdana" w:hAnsi="Verdana" w:cs="Verdana"/>
                <w:sz w:val="18"/>
                <w:szCs w:val="18"/>
                <w:lang w:val="nl-NL"/>
              </w:rPr>
              <w:t> </w:t>
            </w:r>
          </w:p>
        </w:tc>
      </w:tr>
    </w:tbl>
    <w:p w14:paraId="5AD28808" w14:textId="56569686" w:rsidR="00211965" w:rsidRPr="00211965" w:rsidRDefault="00211965" w:rsidP="3296F1BC">
      <w:pPr>
        <w:rPr>
          <w:highlight w:val="yellow"/>
          <w:lang w:val="nl-NL"/>
        </w:rPr>
      </w:pPr>
    </w:p>
    <w:p w14:paraId="7FAFC03B" w14:textId="2D6076F1" w:rsidR="00211965" w:rsidRPr="00AD0354" w:rsidRDefault="6C02FB6C" w:rsidP="00211965">
      <w:pPr>
        <w:spacing w:after="3" w:line="248" w:lineRule="auto"/>
        <w:ind w:left="-5" w:right="6" w:hanging="10"/>
        <w:rPr>
          <w:rFonts w:ascii="Calibri" w:hAnsi="Calibri" w:cs="Calibri"/>
          <w:lang w:val="nl-NL"/>
        </w:rPr>
      </w:pPr>
      <w:r w:rsidRPr="3296F1BC">
        <w:rPr>
          <w:rFonts w:ascii="Calibri" w:hAnsi="Calibri" w:cs="Calibri"/>
          <w:lang w:val="nl-NL"/>
        </w:rPr>
        <w:t xml:space="preserve">LET OP: naast het vakantierooster zijn er ook nog margedagen ingepland. </w:t>
      </w:r>
      <w:r w:rsidR="00211965" w:rsidRPr="3296F1BC">
        <w:rPr>
          <w:rFonts w:ascii="Calibri" w:hAnsi="Calibri" w:cs="Calibri"/>
          <w:lang w:val="nl-NL"/>
        </w:rPr>
        <w:t xml:space="preserve">Voor de margedagen verwijzen wij u naar de agenda in </w:t>
      </w:r>
      <w:proofErr w:type="spellStart"/>
      <w:r w:rsidR="00211965" w:rsidRPr="3296F1BC">
        <w:rPr>
          <w:rFonts w:ascii="Calibri" w:hAnsi="Calibri" w:cs="Calibri"/>
          <w:lang w:val="nl-NL"/>
        </w:rPr>
        <w:t>Social</w:t>
      </w:r>
      <w:proofErr w:type="spellEnd"/>
      <w:r w:rsidR="00211965" w:rsidRPr="3296F1BC">
        <w:rPr>
          <w:rFonts w:ascii="Calibri" w:hAnsi="Calibri" w:cs="Calibri"/>
          <w:lang w:val="nl-NL"/>
        </w:rPr>
        <w:t xml:space="preserve"> Schools.</w:t>
      </w:r>
      <w:r w:rsidR="00211965" w:rsidRPr="00AD0354">
        <w:rPr>
          <w:rFonts w:ascii="Calibri" w:hAnsi="Calibri" w:cs="Calibri"/>
          <w:lang w:val="nl-NL"/>
        </w:rPr>
        <w:t xml:space="preserve"> </w:t>
      </w:r>
    </w:p>
    <w:p w14:paraId="4958176A" w14:textId="77777777" w:rsidR="00211965" w:rsidRPr="00E31C31" w:rsidRDefault="00211965" w:rsidP="0078798F">
      <w:pPr>
        <w:spacing w:after="5" w:line="249" w:lineRule="auto"/>
        <w:ind w:left="-5" w:hanging="10"/>
        <w:rPr>
          <w:rFonts w:ascii="Calibri" w:hAnsi="Calibri" w:cs="Calibri"/>
          <w:lang w:val="nl-NL"/>
        </w:rPr>
      </w:pPr>
    </w:p>
    <w:p w14:paraId="64F2F347" w14:textId="2BAE1413" w:rsidR="0078798F" w:rsidRPr="00E02274" w:rsidRDefault="0078798F" w:rsidP="0078798F">
      <w:pPr>
        <w:pStyle w:val="Kop2"/>
        <w:rPr>
          <w:lang w:val="nl-NL"/>
        </w:rPr>
      </w:pPr>
      <w:bookmarkStart w:id="149" w:name="_Toc201002827"/>
      <w:bookmarkStart w:id="150" w:name="_Toc207190237"/>
      <w:r w:rsidRPr="00B16615">
        <w:rPr>
          <w:lang w:val="nl-NL"/>
        </w:rPr>
        <w:t>6.</w:t>
      </w:r>
      <w:r w:rsidR="00FC4FEE" w:rsidRPr="00B16615">
        <w:rPr>
          <w:lang w:val="nl-NL"/>
        </w:rPr>
        <w:t>6</w:t>
      </w:r>
      <w:r w:rsidRPr="00B16615">
        <w:rPr>
          <w:lang w:val="nl-NL"/>
        </w:rPr>
        <w:t xml:space="preserve"> Parkeer-, haal- en brengbeleid</w:t>
      </w:r>
      <w:bookmarkEnd w:id="149"/>
      <w:bookmarkEnd w:id="150"/>
      <w:r w:rsidRPr="00B16615">
        <w:rPr>
          <w:lang w:val="nl-NL"/>
        </w:rPr>
        <w:t xml:space="preserve">  </w:t>
      </w:r>
    </w:p>
    <w:p w14:paraId="616272F9" w14:textId="00F1B118" w:rsidR="0078798F" w:rsidRPr="00AD0354" w:rsidRDefault="0078798F" w:rsidP="7D9EC8CA">
      <w:pPr>
        <w:spacing w:after="3" w:line="248" w:lineRule="auto"/>
        <w:ind w:left="-5" w:right="269" w:hanging="10"/>
        <w:rPr>
          <w:rFonts w:ascii="Calibri" w:hAnsi="Calibri" w:cs="Calibri"/>
          <w:lang w:val="nl-NL"/>
        </w:rPr>
      </w:pPr>
      <w:r w:rsidRPr="00AD0354">
        <w:rPr>
          <w:rFonts w:ascii="Calibri" w:hAnsi="Calibri" w:cs="Calibri"/>
          <w:lang w:val="nl-NL"/>
        </w:rPr>
        <w:t xml:space="preserve">In verband met de veiligheid van de kinderen en ouders is er een verkeersbeleid opgesteld. Ons kindcentrum staat aan de Prinses Irenestraat. De Prinses Irenestraat is een doodlopende straat waaraan, behalve de Emmaschool, nog een aantal andere instanties zijn gehuisvest.  </w:t>
      </w:r>
    </w:p>
    <w:p w14:paraId="18E19B6B" w14:textId="298FF7D5" w:rsidR="0078798F" w:rsidRDefault="0078798F" w:rsidP="0078798F">
      <w:pPr>
        <w:spacing w:after="3" w:line="248" w:lineRule="auto"/>
        <w:ind w:left="-5" w:right="6" w:hanging="10"/>
        <w:rPr>
          <w:rFonts w:ascii="Calibri" w:hAnsi="Calibri" w:cs="Calibri"/>
          <w:lang w:val="nl-NL"/>
        </w:rPr>
      </w:pPr>
      <w:r w:rsidRPr="00AD0354">
        <w:rPr>
          <w:rFonts w:ascii="Calibri" w:hAnsi="Calibri" w:cs="Calibri"/>
          <w:lang w:val="nl-NL"/>
        </w:rPr>
        <w:t xml:space="preserve">Op bepaalde momenten van de dag zorgt dit voor veel verkeersoverlast en gevaarlijke situaties. Om de veiligheid van kinderen en ouders te waarborgen heeft het kindcentrum een parkeer-, haal- en brengbeleid opgesteld. Dit beleid is vastgesteld in overleg met de MR. Alle ouders, maar ook alle anderen die in opdracht van de ouders de kinderen halen of brengen, worden geacht van onderstaand beleid op de hoogte te zijn en zich eraan te houden.  </w:t>
      </w:r>
    </w:p>
    <w:p w14:paraId="1323791A" w14:textId="52E9A24D" w:rsidR="00BA1C11" w:rsidRDefault="00BA1C11" w:rsidP="0078798F">
      <w:pPr>
        <w:spacing w:after="3" w:line="248" w:lineRule="auto"/>
        <w:ind w:left="-5" w:right="6" w:hanging="10"/>
        <w:rPr>
          <w:rFonts w:ascii="Calibri" w:hAnsi="Calibri" w:cs="Calibri"/>
          <w:lang w:val="nl-NL"/>
        </w:rPr>
      </w:pPr>
    </w:p>
    <w:p w14:paraId="6804453A" w14:textId="77777777" w:rsidR="00BA1C11" w:rsidRPr="00E31C31" w:rsidRDefault="00BA1C11" w:rsidP="0078798F">
      <w:pPr>
        <w:spacing w:after="3" w:line="248" w:lineRule="auto"/>
        <w:ind w:left="-5" w:right="6" w:hanging="10"/>
        <w:rPr>
          <w:rFonts w:ascii="Calibri" w:hAnsi="Calibri" w:cs="Calibri"/>
          <w:lang w:val="nl-NL"/>
        </w:rPr>
      </w:pPr>
    </w:p>
    <w:p w14:paraId="22140CFF" w14:textId="77777777" w:rsidR="0078798F" w:rsidRPr="001D5BB2" w:rsidRDefault="0078798F" w:rsidP="0078798F">
      <w:pPr>
        <w:pStyle w:val="Kop3"/>
      </w:pPr>
      <w:bookmarkStart w:id="151" w:name="_Toc201002828"/>
      <w:bookmarkStart w:id="152" w:name="_Toc207190238"/>
      <w:proofErr w:type="spellStart"/>
      <w:r>
        <w:t>Fietsers</w:t>
      </w:r>
      <w:proofErr w:type="spellEnd"/>
      <w:r>
        <w:t xml:space="preserve"> </w:t>
      </w:r>
      <w:proofErr w:type="spellStart"/>
      <w:r>
        <w:t>en</w:t>
      </w:r>
      <w:proofErr w:type="spellEnd"/>
      <w:r>
        <w:t xml:space="preserve"> </w:t>
      </w:r>
      <w:proofErr w:type="spellStart"/>
      <w:r>
        <w:t>voetgangers</w:t>
      </w:r>
      <w:bookmarkEnd w:id="151"/>
      <w:bookmarkEnd w:id="152"/>
      <w:proofErr w:type="spellEnd"/>
      <w:r>
        <w:t xml:space="preserve"> </w:t>
      </w:r>
    </w:p>
    <w:p w14:paraId="1266445A" w14:textId="4B418D14" w:rsidR="0078798F" w:rsidRPr="00AD0354" w:rsidRDefault="0078798F" w:rsidP="185DDAC7">
      <w:pPr>
        <w:numPr>
          <w:ilvl w:val="0"/>
          <w:numId w:val="19"/>
        </w:numPr>
        <w:spacing w:after="3" w:line="248" w:lineRule="auto"/>
        <w:ind w:right="6" w:hanging="706"/>
        <w:rPr>
          <w:rFonts w:ascii="Calibri" w:hAnsi="Calibri" w:cs="Calibri"/>
          <w:lang w:val="nl-NL"/>
        </w:rPr>
      </w:pPr>
      <w:r w:rsidRPr="185DDAC7">
        <w:rPr>
          <w:rFonts w:ascii="Calibri" w:hAnsi="Calibri" w:cs="Calibri"/>
          <w:lang w:val="nl-NL"/>
        </w:rPr>
        <w:t xml:space="preserve">Kom zoveel mogelijk op de fiets of te voet. Iedereen die op de fiets komt en vanaf de DR. Nassaulaan komt, stapt af en loopt op het pad tussen de Dr. Nassaulaan en de Prinses Irenestraat. </w:t>
      </w:r>
    </w:p>
    <w:p w14:paraId="7858E0DF" w14:textId="77777777" w:rsidR="0078798F" w:rsidRPr="00AD0354" w:rsidRDefault="0078798F" w:rsidP="0078798F">
      <w:pPr>
        <w:numPr>
          <w:ilvl w:val="0"/>
          <w:numId w:val="19"/>
        </w:numPr>
        <w:spacing w:after="26" w:line="248" w:lineRule="auto"/>
        <w:ind w:right="6" w:hanging="706"/>
        <w:rPr>
          <w:rFonts w:ascii="Calibri" w:hAnsi="Calibri" w:cs="Calibri"/>
          <w:lang w:val="nl-NL"/>
        </w:rPr>
      </w:pPr>
      <w:r w:rsidRPr="00AD0354">
        <w:rPr>
          <w:rFonts w:ascii="Calibri" w:hAnsi="Calibri" w:cs="Calibri"/>
          <w:lang w:val="nl-NL"/>
        </w:rPr>
        <w:t xml:space="preserve">Fietsers en voetgangers mogen via het hek bij Bellevue. Fietsers stappen af bij het hek en lopen over het plein. </w:t>
      </w:r>
    </w:p>
    <w:p w14:paraId="04B7C35A" w14:textId="77777777" w:rsidR="0078798F" w:rsidRPr="00AD0354" w:rsidRDefault="0078798F" w:rsidP="0078798F">
      <w:pPr>
        <w:numPr>
          <w:ilvl w:val="0"/>
          <w:numId w:val="19"/>
        </w:numPr>
        <w:spacing w:after="3" w:line="248" w:lineRule="auto"/>
        <w:ind w:right="6" w:hanging="706"/>
        <w:rPr>
          <w:rFonts w:ascii="Calibri" w:hAnsi="Calibri" w:cs="Calibri"/>
          <w:lang w:val="nl-NL"/>
        </w:rPr>
      </w:pPr>
      <w:r w:rsidRPr="00AD0354">
        <w:rPr>
          <w:rFonts w:ascii="Calibri" w:hAnsi="Calibri" w:cs="Calibri"/>
          <w:lang w:val="nl-NL"/>
        </w:rPr>
        <w:t xml:space="preserve">Fietsen behoren in de fietsenrekken te worden geplaatst. </w:t>
      </w:r>
    </w:p>
    <w:p w14:paraId="18CDFC62" w14:textId="77777777" w:rsidR="0078798F" w:rsidRPr="00EE771D" w:rsidRDefault="0078798F" w:rsidP="0078798F">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31580748" w14:textId="77777777" w:rsidR="0078798F" w:rsidRPr="001D5BB2" w:rsidRDefault="0078798F" w:rsidP="0078798F">
      <w:pPr>
        <w:pStyle w:val="Kop3"/>
      </w:pPr>
      <w:bookmarkStart w:id="153" w:name="_Toc201002829"/>
      <w:bookmarkStart w:id="154" w:name="_Toc207190239"/>
      <w:r>
        <w:lastRenderedPageBreak/>
        <w:t>Auto’s</w:t>
      </w:r>
      <w:bookmarkEnd w:id="153"/>
      <w:bookmarkEnd w:id="154"/>
      <w:r>
        <w:t xml:space="preserve"> </w:t>
      </w:r>
    </w:p>
    <w:p w14:paraId="191C1A2B" w14:textId="77777777" w:rsidR="0078798F" w:rsidRPr="00AD0354" w:rsidRDefault="0078798F" w:rsidP="0078798F">
      <w:pPr>
        <w:numPr>
          <w:ilvl w:val="0"/>
          <w:numId w:val="20"/>
        </w:numPr>
        <w:spacing w:after="3" w:line="248" w:lineRule="auto"/>
        <w:ind w:right="6" w:hanging="706"/>
        <w:rPr>
          <w:rFonts w:ascii="Calibri" w:hAnsi="Calibri" w:cs="Calibri"/>
          <w:lang w:val="nl-NL"/>
        </w:rPr>
      </w:pPr>
      <w:r w:rsidRPr="00AD0354">
        <w:rPr>
          <w:rFonts w:ascii="Calibri" w:hAnsi="Calibri" w:cs="Calibri"/>
          <w:lang w:val="nl-NL"/>
        </w:rPr>
        <w:t xml:space="preserve">Halende en brengende ouders mogen niet met hun auto de Prinses Irenestraat in rijden. Uitzonderingen worden gemaakt voor mensen die gebruik moeten maken van een rolstoel o.i.d. Hiervoor is een invalidenparkeerplaats beschikbaar. </w:t>
      </w:r>
    </w:p>
    <w:p w14:paraId="6624A242" w14:textId="77777777" w:rsidR="0078798F" w:rsidRPr="00AD0354" w:rsidRDefault="0078798F" w:rsidP="0078798F">
      <w:pPr>
        <w:numPr>
          <w:ilvl w:val="0"/>
          <w:numId w:val="20"/>
        </w:numPr>
        <w:spacing w:after="26" w:line="248" w:lineRule="auto"/>
        <w:ind w:right="6" w:hanging="706"/>
        <w:rPr>
          <w:rFonts w:ascii="Calibri" w:hAnsi="Calibri" w:cs="Calibri"/>
          <w:lang w:val="nl-NL"/>
        </w:rPr>
      </w:pPr>
      <w:r w:rsidRPr="00AD0354">
        <w:rPr>
          <w:rFonts w:ascii="Calibri" w:hAnsi="Calibri" w:cs="Calibri"/>
          <w:lang w:val="nl-NL"/>
        </w:rPr>
        <w:t xml:space="preserve">Parkeren kan in de Emmastraat, maar bij voorkeur langs de Dr. Nassaulaan of rond de Hertenkamp. </w:t>
      </w:r>
    </w:p>
    <w:p w14:paraId="2671B87C" w14:textId="77777777" w:rsidR="0078798F" w:rsidRPr="00AD0354" w:rsidRDefault="0078798F" w:rsidP="0078798F">
      <w:pPr>
        <w:numPr>
          <w:ilvl w:val="0"/>
          <w:numId w:val="20"/>
        </w:numPr>
        <w:spacing w:after="3" w:line="248" w:lineRule="auto"/>
        <w:ind w:right="6" w:hanging="706"/>
        <w:rPr>
          <w:rFonts w:ascii="Calibri" w:hAnsi="Calibri" w:cs="Calibri"/>
          <w:lang w:val="nl-NL"/>
        </w:rPr>
      </w:pPr>
      <w:r w:rsidRPr="00AD0354">
        <w:rPr>
          <w:rFonts w:ascii="Calibri" w:hAnsi="Calibri" w:cs="Calibri"/>
          <w:lang w:val="nl-NL"/>
        </w:rPr>
        <w:t xml:space="preserve">Halende en brengende ouders mogen niet met hun auto Bellevue inrijden. </w:t>
      </w:r>
    </w:p>
    <w:p w14:paraId="73BF4635" w14:textId="77777777" w:rsidR="0078798F" w:rsidRPr="00AD0354" w:rsidRDefault="0078798F" w:rsidP="0078798F">
      <w:pPr>
        <w:numPr>
          <w:ilvl w:val="0"/>
          <w:numId w:val="20"/>
        </w:numPr>
        <w:spacing w:after="26" w:line="248" w:lineRule="auto"/>
        <w:ind w:right="6" w:hanging="706"/>
        <w:rPr>
          <w:rFonts w:ascii="Calibri" w:hAnsi="Calibri" w:cs="Calibri"/>
          <w:lang w:val="nl-NL"/>
        </w:rPr>
      </w:pPr>
      <w:r w:rsidRPr="00AD0354">
        <w:rPr>
          <w:rFonts w:ascii="Calibri" w:hAnsi="Calibri" w:cs="Calibri"/>
          <w:lang w:val="nl-NL"/>
        </w:rPr>
        <w:t xml:space="preserve">Halende en brengende ouders mogen niet met hun auto op de stoep in de Emmastraat worden geparkeerd. </w:t>
      </w:r>
    </w:p>
    <w:p w14:paraId="0BF5654E" w14:textId="77777777" w:rsidR="0078798F" w:rsidRPr="00AD0354" w:rsidRDefault="0078798F" w:rsidP="0078798F">
      <w:pPr>
        <w:numPr>
          <w:ilvl w:val="0"/>
          <w:numId w:val="20"/>
        </w:numPr>
        <w:spacing w:after="26" w:line="248" w:lineRule="auto"/>
        <w:ind w:right="6" w:hanging="706"/>
        <w:rPr>
          <w:rFonts w:ascii="Calibri" w:hAnsi="Calibri" w:cs="Calibri"/>
          <w:lang w:val="nl-NL"/>
        </w:rPr>
      </w:pPr>
      <w:r w:rsidRPr="00AD0354">
        <w:rPr>
          <w:rFonts w:ascii="Calibri" w:hAnsi="Calibri" w:cs="Calibri"/>
          <w:lang w:val="nl-NL"/>
        </w:rPr>
        <w:t xml:space="preserve">Halende en brengende ouders mogen niet met hun auto voor uitritten van bewoners van de Emmastraat worden geplaatst. </w:t>
      </w:r>
    </w:p>
    <w:p w14:paraId="603C1329" w14:textId="77777777" w:rsidR="0078798F" w:rsidRPr="00AD0354" w:rsidRDefault="0078798F" w:rsidP="0078798F">
      <w:pPr>
        <w:numPr>
          <w:ilvl w:val="0"/>
          <w:numId w:val="20"/>
        </w:numPr>
        <w:spacing w:after="26" w:line="248" w:lineRule="auto"/>
        <w:ind w:right="6" w:hanging="706"/>
        <w:rPr>
          <w:rFonts w:ascii="Calibri" w:hAnsi="Calibri" w:cs="Calibri"/>
          <w:lang w:val="nl-NL"/>
        </w:rPr>
      </w:pPr>
      <w:r w:rsidRPr="00AD0354">
        <w:rPr>
          <w:rFonts w:ascii="Calibri" w:hAnsi="Calibri" w:cs="Calibri"/>
          <w:lang w:val="nl-NL"/>
        </w:rPr>
        <w:t xml:space="preserve">Halende en brengende ouders mogen niet met hun auto binnen 5 meter van de bocht worden geparkeerd.  </w:t>
      </w:r>
    </w:p>
    <w:p w14:paraId="7BB80414" w14:textId="77777777" w:rsidR="0078798F" w:rsidRPr="00AD0354" w:rsidRDefault="0078798F" w:rsidP="0078798F">
      <w:pPr>
        <w:numPr>
          <w:ilvl w:val="0"/>
          <w:numId w:val="20"/>
        </w:numPr>
        <w:spacing w:after="26" w:line="248" w:lineRule="auto"/>
        <w:ind w:right="6" w:hanging="706"/>
        <w:rPr>
          <w:rFonts w:ascii="Calibri" w:hAnsi="Calibri" w:cs="Calibri"/>
          <w:lang w:val="nl-NL"/>
        </w:rPr>
      </w:pPr>
      <w:r w:rsidRPr="00AD0354">
        <w:rPr>
          <w:rFonts w:ascii="Calibri" w:hAnsi="Calibri" w:cs="Calibri"/>
          <w:lang w:val="nl-NL"/>
        </w:rPr>
        <w:t xml:space="preserve">Automobilisten wordt, i.v.m. de doorstroming, geadviseerd de Emmastraat via de Vaart weer te verlaten. </w:t>
      </w:r>
    </w:p>
    <w:p w14:paraId="5D815A97" w14:textId="77777777" w:rsidR="0078798F" w:rsidRPr="00E31C31" w:rsidRDefault="0078798F" w:rsidP="0078798F">
      <w:pPr>
        <w:numPr>
          <w:ilvl w:val="0"/>
          <w:numId w:val="20"/>
        </w:numPr>
        <w:spacing w:after="3" w:line="248" w:lineRule="auto"/>
        <w:ind w:right="6" w:hanging="706"/>
        <w:rPr>
          <w:rFonts w:ascii="Calibri" w:hAnsi="Calibri" w:cs="Calibri"/>
          <w:lang w:val="nl-NL"/>
        </w:rPr>
      </w:pPr>
      <w:r w:rsidRPr="00AD0354">
        <w:rPr>
          <w:rFonts w:ascii="Calibri" w:hAnsi="Calibri" w:cs="Calibri"/>
          <w:lang w:val="nl-NL"/>
        </w:rPr>
        <w:t xml:space="preserve">Sinds 2007 is er een parkeerzone, die geldt voor het gehele gebied rond het kindcentrum. Als u uw auto 10 minuten voor en na de breng- of ophaaltijd neerzet om de kinderen te halen en te brengen is er niets aan de hand. Langer parkeren wordt bekeurd. Hebt u een afspraak en moet u langer op school zijn, dan kunt u bij de conciërge of leerkracht digitaal inchecken. </w:t>
      </w:r>
      <w:r w:rsidRPr="00E31C31">
        <w:rPr>
          <w:rFonts w:asciiTheme="majorHAnsi" w:eastAsia="Verdana" w:hAnsiTheme="majorHAnsi" w:cstheme="majorHAnsi"/>
          <w:lang w:val="nl-NL"/>
        </w:rPr>
        <w:t xml:space="preserve"> </w:t>
      </w:r>
    </w:p>
    <w:p w14:paraId="467D3F47" w14:textId="7FB23497" w:rsidR="0078798F" w:rsidRPr="00E02274" w:rsidRDefault="0078798F" w:rsidP="0078798F">
      <w:pPr>
        <w:pStyle w:val="Kop2"/>
        <w:rPr>
          <w:lang w:val="nl-NL"/>
        </w:rPr>
      </w:pPr>
      <w:bookmarkStart w:id="155" w:name="_Toc201002830"/>
      <w:bookmarkStart w:id="156" w:name="_Toc207190240"/>
      <w:r w:rsidRPr="00B16615">
        <w:rPr>
          <w:lang w:val="nl-NL"/>
        </w:rPr>
        <w:t>6.</w:t>
      </w:r>
      <w:r w:rsidR="00FC4FEE" w:rsidRPr="00B16615">
        <w:rPr>
          <w:lang w:val="nl-NL"/>
        </w:rPr>
        <w:t>7</w:t>
      </w:r>
      <w:r w:rsidRPr="00B16615">
        <w:rPr>
          <w:lang w:val="nl-NL"/>
        </w:rPr>
        <w:t xml:space="preserve"> Overige zaken</w:t>
      </w:r>
      <w:bookmarkEnd w:id="155"/>
      <w:bookmarkEnd w:id="156"/>
      <w:r w:rsidRPr="00B16615">
        <w:rPr>
          <w:lang w:val="nl-NL"/>
        </w:rPr>
        <w:t xml:space="preserve"> </w:t>
      </w:r>
    </w:p>
    <w:p w14:paraId="4DF15A43" w14:textId="77777777" w:rsidR="0078798F" w:rsidRPr="001D5BB2" w:rsidRDefault="0078798F" w:rsidP="0078798F">
      <w:pPr>
        <w:pStyle w:val="Kop3"/>
        <w:rPr>
          <w:lang w:val="nl-NL"/>
        </w:rPr>
      </w:pPr>
      <w:bookmarkStart w:id="157" w:name="_Toc201002831"/>
      <w:bookmarkStart w:id="158" w:name="_Toc207190241"/>
      <w:r w:rsidRPr="00B16615">
        <w:rPr>
          <w:lang w:val="nl-NL"/>
        </w:rPr>
        <w:t>Schoolbibliotheek</w:t>
      </w:r>
      <w:bookmarkEnd w:id="157"/>
      <w:bookmarkEnd w:id="158"/>
      <w:r w:rsidRPr="00B16615">
        <w:rPr>
          <w:lang w:val="nl-NL"/>
        </w:rPr>
        <w:t xml:space="preserve"> </w:t>
      </w:r>
    </w:p>
    <w:p w14:paraId="3F20A384" w14:textId="77777777" w:rsidR="0078798F" w:rsidRPr="00E31C31" w:rsidRDefault="0078798F" w:rsidP="0078798F">
      <w:pPr>
        <w:spacing w:after="5" w:line="249" w:lineRule="auto"/>
        <w:ind w:left="-5" w:hanging="10"/>
        <w:rPr>
          <w:rFonts w:ascii="Calibri" w:hAnsi="Calibri" w:cs="Calibri"/>
          <w:lang w:val="nl-NL"/>
        </w:rPr>
      </w:pPr>
      <w:r w:rsidRPr="00942DB7">
        <w:rPr>
          <w:rFonts w:ascii="Calibri" w:hAnsi="Calibri" w:cs="Calibri"/>
          <w:lang w:val="nl-NL"/>
        </w:rPr>
        <w:t xml:space="preserve">De bibliotheek is alle dagen van de week geopend. Alle kinderen kunnen dan boeken lenen, die ze in de klas kunnen lezen. Er is een moderne collectie met keuze voor alle leeftijden en niveaus. Bij de aanschaf van nieuwe boeken is er nauwe samenwerking tussen de bibliotheekouders en de leerkrachten. Er is ook een collectie Engelse leesboeken. </w:t>
      </w:r>
    </w:p>
    <w:p w14:paraId="622DDD5C" w14:textId="77777777" w:rsidR="0078798F" w:rsidRPr="00E02274" w:rsidRDefault="0078798F" w:rsidP="0078798F">
      <w:pPr>
        <w:pStyle w:val="Kop3"/>
        <w:rPr>
          <w:lang w:val="nl-NL"/>
        </w:rPr>
      </w:pPr>
      <w:bookmarkStart w:id="159" w:name="_Toc201002832"/>
      <w:bookmarkStart w:id="160" w:name="_Toc207190242"/>
      <w:r w:rsidRPr="00B16615">
        <w:rPr>
          <w:lang w:val="nl-NL"/>
        </w:rPr>
        <w:t>Avondvierdaagse</w:t>
      </w:r>
      <w:bookmarkEnd w:id="159"/>
      <w:bookmarkEnd w:id="160"/>
      <w:r w:rsidRPr="00B16615">
        <w:rPr>
          <w:lang w:val="nl-NL"/>
        </w:rPr>
        <w:t xml:space="preserve"> </w:t>
      </w:r>
    </w:p>
    <w:p w14:paraId="14920D88" w14:textId="57369C20" w:rsidR="0078798F" w:rsidRPr="00AD0354" w:rsidRDefault="0078798F" w:rsidP="0078798F">
      <w:pPr>
        <w:spacing w:after="190" w:line="249" w:lineRule="auto"/>
        <w:ind w:left="-5" w:hanging="10"/>
        <w:rPr>
          <w:rFonts w:ascii="Calibri" w:hAnsi="Calibri" w:cs="Calibri"/>
          <w:lang w:val="nl-NL"/>
        </w:rPr>
      </w:pPr>
      <w:r w:rsidRPr="00AD0354">
        <w:rPr>
          <w:rFonts w:ascii="Calibri" w:hAnsi="Calibri" w:cs="Calibri"/>
          <w:lang w:val="nl-NL"/>
        </w:rPr>
        <w:t xml:space="preserve">Jaarlijks lopen er veel kinderen van </w:t>
      </w:r>
      <w:r w:rsidR="007E3EE8">
        <w:rPr>
          <w:rFonts w:ascii="Calibri" w:hAnsi="Calibri" w:cs="Calibri"/>
          <w:lang w:val="nl-NL"/>
        </w:rPr>
        <w:t>K</w:t>
      </w:r>
      <w:r w:rsidRPr="00AD0354">
        <w:rPr>
          <w:rFonts w:ascii="Calibri" w:hAnsi="Calibri" w:cs="Calibri"/>
          <w:lang w:val="nl-NL"/>
        </w:rPr>
        <w:t xml:space="preserve">indcentrum Emmaschool mee met de </w:t>
      </w:r>
      <w:r w:rsidR="00B214F4">
        <w:rPr>
          <w:rFonts w:ascii="Calibri" w:hAnsi="Calibri" w:cs="Calibri"/>
          <w:lang w:val="nl-NL"/>
        </w:rPr>
        <w:t>A</w:t>
      </w:r>
      <w:r w:rsidRPr="00AD0354">
        <w:rPr>
          <w:rFonts w:ascii="Calibri" w:hAnsi="Calibri" w:cs="Calibri"/>
          <w:lang w:val="nl-NL"/>
        </w:rPr>
        <w:t xml:space="preserve">vondvierdaagse. Ruim voor de </w:t>
      </w:r>
      <w:r w:rsidR="00B214F4">
        <w:rPr>
          <w:rFonts w:ascii="Calibri" w:hAnsi="Calibri" w:cs="Calibri"/>
          <w:lang w:val="nl-NL"/>
        </w:rPr>
        <w:t>A</w:t>
      </w:r>
      <w:r w:rsidRPr="00AD0354">
        <w:rPr>
          <w:rFonts w:ascii="Calibri" w:hAnsi="Calibri" w:cs="Calibri"/>
          <w:lang w:val="nl-NL"/>
        </w:rPr>
        <w:t xml:space="preserve">vondvierdaagse plaats gaat vinden, krijgen alle kinderen via </w:t>
      </w:r>
      <w:proofErr w:type="spellStart"/>
      <w:r w:rsidRPr="00AD0354">
        <w:rPr>
          <w:rFonts w:ascii="Calibri" w:hAnsi="Calibri" w:cs="Calibri"/>
          <w:lang w:val="nl-NL"/>
        </w:rPr>
        <w:t>SocialSchools</w:t>
      </w:r>
      <w:proofErr w:type="spellEnd"/>
      <w:r w:rsidRPr="00AD0354">
        <w:rPr>
          <w:rFonts w:ascii="Calibri" w:hAnsi="Calibri" w:cs="Calibri"/>
          <w:lang w:val="nl-NL"/>
        </w:rPr>
        <w:t xml:space="preserve"> informatie en kunnen ze zich daar opgeven. De organisatie is in handen van de ouderraad. Het meelopen tijdens de avondvierdaagse is op eigen initiatief en op eigen verantwoordelijkheid.  </w:t>
      </w:r>
    </w:p>
    <w:p w14:paraId="421DDE97" w14:textId="77777777" w:rsidR="0078798F" w:rsidRPr="00E02274" w:rsidRDefault="0078798F" w:rsidP="0078798F">
      <w:pPr>
        <w:pStyle w:val="Kop3"/>
        <w:rPr>
          <w:lang w:val="nl-NL"/>
        </w:rPr>
      </w:pPr>
      <w:bookmarkStart w:id="161" w:name="_Toc201002833"/>
      <w:bookmarkStart w:id="162" w:name="_Toc207190243"/>
      <w:r w:rsidRPr="00B16615">
        <w:rPr>
          <w:lang w:val="nl-NL"/>
        </w:rPr>
        <w:t>Traktatie</w:t>
      </w:r>
      <w:bookmarkEnd w:id="161"/>
      <w:bookmarkEnd w:id="162"/>
      <w:r w:rsidRPr="00B16615">
        <w:rPr>
          <w:lang w:val="nl-NL"/>
        </w:rPr>
        <w:t xml:space="preserve"> </w:t>
      </w:r>
    </w:p>
    <w:p w14:paraId="0EF12BF0" w14:textId="77777777" w:rsidR="0078798F" w:rsidRPr="00942DB7" w:rsidRDefault="0078798F" w:rsidP="0078798F">
      <w:pPr>
        <w:spacing w:after="192" w:line="249" w:lineRule="auto"/>
        <w:ind w:left="-5" w:hanging="10"/>
        <w:rPr>
          <w:rFonts w:ascii="Calibri" w:hAnsi="Calibri" w:cs="Calibri"/>
          <w:lang w:val="nl-NL"/>
        </w:rPr>
      </w:pPr>
      <w:r w:rsidRPr="00942DB7">
        <w:rPr>
          <w:rFonts w:ascii="Calibri" w:hAnsi="Calibri" w:cs="Calibri"/>
          <w:lang w:val="nl-NL"/>
        </w:rPr>
        <w:t xml:space="preserve">Als kinderen jarig zijn, mogen ze trakteren in de groep. Wij stimuleren ouders en kinderen om zoveel mogelijk te kiezen voor gezonde traktaties. Ter inspiratie is hierover veel te vinden op het internet. </w:t>
      </w:r>
    </w:p>
    <w:p w14:paraId="552F4AF0" w14:textId="77777777" w:rsidR="0078798F" w:rsidRPr="00E02274" w:rsidRDefault="0078798F" w:rsidP="0078798F">
      <w:pPr>
        <w:pStyle w:val="Kop3"/>
        <w:rPr>
          <w:lang w:val="nl-NL"/>
        </w:rPr>
      </w:pPr>
      <w:bookmarkStart w:id="163" w:name="_Toc201002834"/>
      <w:bookmarkStart w:id="164" w:name="_Toc207190244"/>
      <w:r w:rsidRPr="00B16615">
        <w:rPr>
          <w:lang w:val="nl-NL"/>
        </w:rPr>
        <w:t>Kriebelteam</w:t>
      </w:r>
      <w:bookmarkEnd w:id="163"/>
      <w:bookmarkEnd w:id="164"/>
      <w:r w:rsidRPr="00B16615">
        <w:rPr>
          <w:lang w:val="nl-NL"/>
        </w:rPr>
        <w:t xml:space="preserve">  </w:t>
      </w:r>
    </w:p>
    <w:p w14:paraId="58D5CF5E" w14:textId="2411AEEA" w:rsidR="0078798F" w:rsidRPr="00942DB7" w:rsidRDefault="0078798F" w:rsidP="00BA1C11">
      <w:pPr>
        <w:spacing w:after="5" w:line="249" w:lineRule="auto"/>
        <w:ind w:left="-5" w:hanging="10"/>
        <w:rPr>
          <w:rFonts w:ascii="Calibri" w:hAnsi="Calibri" w:cs="Calibri"/>
          <w:lang w:val="nl-NL"/>
        </w:rPr>
      </w:pPr>
      <w:r w:rsidRPr="00942DB7">
        <w:rPr>
          <w:rFonts w:ascii="Calibri" w:hAnsi="Calibri" w:cs="Calibri"/>
          <w:lang w:val="nl-NL"/>
        </w:rPr>
        <w:t xml:space="preserve">Hoofdluis verspreidt zich makkelijk, vooral onder kinderen die met elkaar spelen of vaak bij elkaar zijn. Op ons kindcentrum zetten wij daar preventief op in. Na iedere vakantie worden de kinderen door het zogeheten ‘Kriebelteam’, bestaande uit ouders, gecontroleerd op hoofdluis. Mocht er bij uw kind of in de groep van uw kind hoofdluis worden geconstateerd, dan wordt u daarvan op de hoogte gesteld. </w:t>
      </w:r>
    </w:p>
    <w:p w14:paraId="1D8125C3" w14:textId="77777777" w:rsidR="0078798F" w:rsidRPr="00E02274" w:rsidRDefault="0078798F" w:rsidP="0078798F">
      <w:pPr>
        <w:pStyle w:val="Kop3"/>
        <w:rPr>
          <w:lang w:val="nl-NL"/>
        </w:rPr>
      </w:pPr>
      <w:bookmarkStart w:id="165" w:name="_Toc201002835"/>
      <w:bookmarkStart w:id="166" w:name="_Toc207190245"/>
      <w:r w:rsidRPr="00B16615">
        <w:rPr>
          <w:lang w:val="nl-NL"/>
        </w:rPr>
        <w:lastRenderedPageBreak/>
        <w:t>Gevonden voorwerpen</w:t>
      </w:r>
      <w:bookmarkEnd w:id="165"/>
      <w:bookmarkEnd w:id="166"/>
      <w:r w:rsidRPr="00B16615">
        <w:rPr>
          <w:lang w:val="nl-NL"/>
        </w:rPr>
        <w:t xml:space="preserve">  </w:t>
      </w:r>
    </w:p>
    <w:p w14:paraId="7E9270CB" w14:textId="77777777" w:rsidR="0078798F" w:rsidRPr="00942DB7" w:rsidRDefault="0078798F" w:rsidP="0078798F">
      <w:pPr>
        <w:spacing w:after="129" w:line="249" w:lineRule="auto"/>
        <w:ind w:left="-5" w:hanging="10"/>
        <w:rPr>
          <w:rFonts w:asciiTheme="majorHAnsi" w:hAnsiTheme="majorHAnsi" w:cstheme="majorHAnsi"/>
          <w:lang w:val="nl-NL"/>
        </w:rPr>
      </w:pPr>
      <w:r w:rsidRPr="00942DB7">
        <w:rPr>
          <w:rFonts w:asciiTheme="majorHAnsi" w:hAnsiTheme="majorHAnsi" w:cstheme="majorHAnsi"/>
          <w:lang w:val="nl-NL"/>
        </w:rPr>
        <w:t xml:space="preserve">In de gang van het hoofdgebouw, bij de garderobe staat een mand waarin de gevonden voorwerpen worden bewaard. Kleinere spullen (fietssleutels, sieraden etc.) liggen bij de conciërge. De mand met gevonden voorwerpen wordt elke vakantie geleegd en de inhoud wordt na een bepaalde periode gedoneerd aan het goede doel.  </w:t>
      </w:r>
    </w:p>
    <w:p w14:paraId="52FE1C79" w14:textId="77777777" w:rsidR="0078798F" w:rsidRPr="001D5BB2" w:rsidRDefault="0078798F" w:rsidP="0078798F">
      <w:pPr>
        <w:pStyle w:val="Kop3"/>
        <w:rPr>
          <w:lang w:val="nl-NL"/>
        </w:rPr>
      </w:pPr>
      <w:bookmarkStart w:id="167" w:name="_Toc201002836"/>
      <w:bookmarkStart w:id="168" w:name="_Toc207190246"/>
      <w:r w:rsidRPr="00B16615">
        <w:rPr>
          <w:lang w:val="nl-NL"/>
        </w:rPr>
        <w:t>Waardevolle voorwerpen mee naar school</w:t>
      </w:r>
      <w:bookmarkEnd w:id="167"/>
      <w:bookmarkEnd w:id="168"/>
      <w:r w:rsidRPr="00B16615">
        <w:rPr>
          <w:lang w:val="nl-NL"/>
        </w:rPr>
        <w:t xml:space="preserve">  </w:t>
      </w:r>
    </w:p>
    <w:p w14:paraId="79972A31" w14:textId="740F4FFA" w:rsidR="0078798F" w:rsidRPr="00942DB7" w:rsidRDefault="0078798F" w:rsidP="0078798F">
      <w:pPr>
        <w:spacing w:after="228" w:line="249" w:lineRule="auto"/>
        <w:ind w:left="-5" w:hanging="10"/>
        <w:rPr>
          <w:rFonts w:ascii="Calibri" w:hAnsi="Calibri" w:cs="Calibri"/>
          <w:lang w:val="nl-NL"/>
        </w:rPr>
      </w:pPr>
      <w:r w:rsidRPr="00942DB7">
        <w:rPr>
          <w:rFonts w:ascii="Calibri" w:hAnsi="Calibri" w:cs="Calibri"/>
          <w:lang w:val="nl-NL"/>
        </w:rPr>
        <w:t xml:space="preserve">Skateborden, skeelers, mobiele telefoons of andere waardevolle voorwerpen mogen, op eigen risico, worden </w:t>
      </w:r>
      <w:r w:rsidR="706CD56E" w:rsidRPr="3296F1BC">
        <w:rPr>
          <w:rFonts w:ascii="Calibri" w:hAnsi="Calibri" w:cs="Calibri"/>
          <w:lang w:val="nl-NL"/>
        </w:rPr>
        <w:t>meegenomen naar</w:t>
      </w:r>
      <w:r w:rsidRPr="3296F1BC">
        <w:rPr>
          <w:rFonts w:ascii="Calibri" w:hAnsi="Calibri" w:cs="Calibri"/>
          <w:lang w:val="nl-NL"/>
        </w:rPr>
        <w:t xml:space="preserve"> school.</w:t>
      </w:r>
      <w:r w:rsidRPr="00942DB7">
        <w:rPr>
          <w:rFonts w:ascii="Calibri" w:hAnsi="Calibri" w:cs="Calibri"/>
          <w:lang w:val="nl-NL"/>
        </w:rPr>
        <w:t xml:space="preserve"> De school is niet aansprakelijk voor eventuele beschadigingen of vermissing van deze spullen.  </w:t>
      </w:r>
    </w:p>
    <w:p w14:paraId="373A8AA5" w14:textId="77777777" w:rsidR="0078798F" w:rsidRPr="00EE771D" w:rsidRDefault="0078798F" w:rsidP="0078798F">
      <w:pPr>
        <w:pStyle w:val="Kop3"/>
        <w:rPr>
          <w:lang w:val="nl-NL"/>
        </w:rPr>
      </w:pPr>
      <w:bookmarkStart w:id="169" w:name="_Toc201002837"/>
      <w:bookmarkStart w:id="170" w:name="_Toc207190247"/>
      <w:r w:rsidRPr="00B16615">
        <w:rPr>
          <w:lang w:val="nl-NL"/>
        </w:rPr>
        <w:t>Mobiele telefoon</w:t>
      </w:r>
      <w:bookmarkEnd w:id="169"/>
      <w:bookmarkEnd w:id="170"/>
      <w:r w:rsidRPr="00B16615">
        <w:rPr>
          <w:color w:val="595959" w:themeColor="text1" w:themeTint="A6"/>
          <w:lang w:val="nl-NL"/>
        </w:rPr>
        <w:t xml:space="preserve"> </w:t>
      </w:r>
    </w:p>
    <w:p w14:paraId="5BE5A4B2" w14:textId="40A12037" w:rsidR="0078798F" w:rsidRPr="00942DB7" w:rsidRDefault="0078798F" w:rsidP="0078798F">
      <w:pPr>
        <w:spacing w:after="5" w:line="249" w:lineRule="auto"/>
        <w:ind w:left="-5" w:hanging="10"/>
        <w:rPr>
          <w:rFonts w:ascii="Calibri" w:hAnsi="Calibri" w:cs="Calibri"/>
          <w:lang w:val="nl-NL"/>
        </w:rPr>
      </w:pPr>
      <w:r w:rsidRPr="00942DB7">
        <w:rPr>
          <w:rFonts w:ascii="Calibri" w:hAnsi="Calibri" w:cs="Calibri"/>
          <w:lang w:val="nl-NL"/>
        </w:rPr>
        <w:t>Mobiele telefoons, tablets</w:t>
      </w:r>
      <w:r w:rsidR="1523AC04" w:rsidRPr="7D9EC8CA">
        <w:rPr>
          <w:rFonts w:ascii="Calibri" w:hAnsi="Calibri" w:cs="Calibri"/>
          <w:lang w:val="nl-NL"/>
        </w:rPr>
        <w:t>,</w:t>
      </w:r>
      <w:r w:rsidRPr="00942DB7">
        <w:rPr>
          <w:rFonts w:ascii="Calibri" w:hAnsi="Calibri" w:cs="Calibri"/>
          <w:lang w:val="nl-NL"/>
        </w:rPr>
        <w:t xml:space="preserve"> smartwatches of andere </w:t>
      </w:r>
      <w:proofErr w:type="spellStart"/>
      <w:r w:rsidRPr="00942DB7">
        <w:rPr>
          <w:rFonts w:ascii="Calibri" w:hAnsi="Calibri" w:cs="Calibri"/>
          <w:lang w:val="nl-NL"/>
        </w:rPr>
        <w:t>devices</w:t>
      </w:r>
      <w:proofErr w:type="spellEnd"/>
      <w:r w:rsidRPr="00942DB7">
        <w:rPr>
          <w:rFonts w:ascii="Calibri" w:hAnsi="Calibri" w:cs="Calibri"/>
          <w:lang w:val="nl-NL"/>
        </w:rPr>
        <w:t xml:space="preserve"> mogen niet gebruikt worden op school en in de klas. We adviseren om dergelijke apparaten thuis te laten. Neemt een leerling toch een apparaat mee</w:t>
      </w:r>
      <w:r w:rsidR="310B9915" w:rsidRPr="7D9EC8CA">
        <w:rPr>
          <w:rFonts w:ascii="Calibri" w:hAnsi="Calibri" w:cs="Calibri"/>
          <w:lang w:val="nl-NL"/>
        </w:rPr>
        <w:t>,</w:t>
      </w:r>
      <w:r w:rsidR="56C9A85E" w:rsidRPr="7D9EC8CA">
        <w:rPr>
          <w:rFonts w:ascii="Calibri" w:hAnsi="Calibri" w:cs="Calibri"/>
          <w:lang w:val="nl-NL"/>
        </w:rPr>
        <w:t xml:space="preserve"> da</w:t>
      </w:r>
      <w:r w:rsidR="48453627" w:rsidRPr="7D9EC8CA">
        <w:rPr>
          <w:rFonts w:ascii="Calibri" w:hAnsi="Calibri" w:cs="Calibri"/>
          <w:lang w:val="nl-NL"/>
        </w:rPr>
        <w:t>n</w:t>
      </w:r>
      <w:r w:rsidRPr="00942DB7">
        <w:rPr>
          <w:rFonts w:ascii="Calibri" w:hAnsi="Calibri" w:cs="Calibri"/>
          <w:lang w:val="nl-NL"/>
        </w:rPr>
        <w:t xml:space="preserve"> moet dit voorafgaand aan de schooltijden uitstaan en opgeborgen zijn in de tas. Het kindcentrum is niet aansprakelijk voor schade of diefstal die tijdens schooltijden ontstaat. De verantwoordelijkheid ligt bij de ouders en de leerling.  </w:t>
      </w:r>
    </w:p>
    <w:p w14:paraId="13EC28D1" w14:textId="77777777" w:rsidR="0078798F" w:rsidRPr="00EE771D" w:rsidRDefault="0078798F" w:rsidP="0078798F">
      <w:pPr>
        <w:pStyle w:val="Kop3"/>
        <w:rPr>
          <w:lang w:val="nl-NL"/>
        </w:rPr>
      </w:pPr>
      <w:bookmarkStart w:id="171" w:name="_Toc201002838"/>
      <w:bookmarkStart w:id="172" w:name="_Toc207190248"/>
      <w:r w:rsidRPr="00B16615">
        <w:rPr>
          <w:lang w:val="nl-NL"/>
        </w:rPr>
        <w:t>Vrijwillige ouderbijdrage en schoolreis 2024-2025</w:t>
      </w:r>
      <w:bookmarkEnd w:id="171"/>
      <w:bookmarkEnd w:id="172"/>
      <w:r w:rsidRPr="00B16615">
        <w:rPr>
          <w:lang w:val="nl-NL"/>
        </w:rPr>
        <w:t xml:space="preserve"> </w:t>
      </w:r>
    </w:p>
    <w:p w14:paraId="65E69FD5" w14:textId="77777777" w:rsidR="0078798F" w:rsidRPr="00942DB7" w:rsidRDefault="0078798F" w:rsidP="0078798F">
      <w:pPr>
        <w:spacing w:after="5" w:line="249" w:lineRule="auto"/>
        <w:ind w:left="-5" w:hanging="10"/>
        <w:rPr>
          <w:rFonts w:ascii="Calibri" w:hAnsi="Calibri" w:cs="Calibri"/>
          <w:lang w:val="nl-NL"/>
        </w:rPr>
      </w:pPr>
      <w:r w:rsidRPr="00942DB7">
        <w:rPr>
          <w:rFonts w:ascii="Calibri" w:hAnsi="Calibri" w:cs="Calibri"/>
          <w:lang w:val="nl-NL"/>
        </w:rPr>
        <w:t xml:space="preserve">Scholen mogen ouders een bijdrage in de kosten vragen, om extra activiteiten van te organiseren. Voorwaarden zijn dat deze bijdrage vrijwillig is en de ouders in de Medezeggenschapsraad ermee hebben ingestemd.  </w:t>
      </w:r>
    </w:p>
    <w:p w14:paraId="5B8E9A46" w14:textId="77777777" w:rsidR="0078798F" w:rsidRPr="00942DB7" w:rsidRDefault="0078798F" w:rsidP="0078798F">
      <w:pPr>
        <w:spacing w:after="167" w:line="249" w:lineRule="auto"/>
        <w:ind w:left="-5" w:hanging="10"/>
        <w:rPr>
          <w:rFonts w:ascii="Calibri" w:hAnsi="Calibri" w:cs="Calibri"/>
          <w:lang w:val="nl-NL"/>
        </w:rPr>
      </w:pPr>
      <w:r w:rsidRPr="00942DB7">
        <w:rPr>
          <w:rFonts w:ascii="Calibri" w:hAnsi="Calibri" w:cs="Calibri"/>
          <w:lang w:val="nl-NL"/>
        </w:rPr>
        <w:t>Wij vragen een vrijwillige ouderbijdrage van €27,- per kind.</w:t>
      </w:r>
      <w:r w:rsidRPr="00942DB7">
        <w:rPr>
          <w:rFonts w:ascii="Calibri" w:hAnsi="Calibri" w:cs="Calibri"/>
          <w:color w:val="404040"/>
          <w:lang w:val="nl-NL"/>
        </w:rPr>
        <w:t xml:space="preserve"> </w:t>
      </w:r>
    </w:p>
    <w:p w14:paraId="08C15EDA" w14:textId="77777777" w:rsidR="0078798F" w:rsidRPr="00942DB7" w:rsidRDefault="0078798F" w:rsidP="0078798F">
      <w:pPr>
        <w:spacing w:after="50" w:line="248" w:lineRule="auto"/>
        <w:ind w:left="-5" w:right="6" w:hanging="10"/>
        <w:rPr>
          <w:rFonts w:ascii="Calibri" w:hAnsi="Calibri" w:cs="Calibri"/>
          <w:lang w:val="nl-NL"/>
        </w:rPr>
      </w:pPr>
      <w:r w:rsidRPr="00942DB7">
        <w:rPr>
          <w:rFonts w:ascii="Calibri" w:hAnsi="Calibri" w:cs="Calibri"/>
          <w:lang w:val="nl-NL"/>
        </w:rPr>
        <w:t xml:space="preserve">Daarvan bekostigen wij </w:t>
      </w:r>
      <w:proofErr w:type="spellStart"/>
      <w:r w:rsidRPr="00942DB7">
        <w:rPr>
          <w:rFonts w:ascii="Calibri" w:hAnsi="Calibri" w:cs="Calibri"/>
          <w:lang w:val="nl-NL"/>
        </w:rPr>
        <w:t>schoolbrede</w:t>
      </w:r>
      <w:proofErr w:type="spellEnd"/>
      <w:r w:rsidRPr="00942DB7">
        <w:rPr>
          <w:rFonts w:ascii="Calibri" w:hAnsi="Calibri" w:cs="Calibri"/>
          <w:lang w:val="nl-NL"/>
        </w:rPr>
        <w:t xml:space="preserve"> activiteiten/vieringen, zoals:  </w:t>
      </w:r>
    </w:p>
    <w:p w14:paraId="7D60887D" w14:textId="77777777" w:rsidR="0078798F" w:rsidRPr="00942DB7" w:rsidRDefault="0078798F" w:rsidP="0078798F">
      <w:pPr>
        <w:numPr>
          <w:ilvl w:val="0"/>
          <w:numId w:val="21"/>
        </w:numPr>
        <w:spacing w:after="14" w:line="259" w:lineRule="auto"/>
        <w:ind w:right="6" w:hanging="360"/>
        <w:rPr>
          <w:rFonts w:ascii="Calibri" w:hAnsi="Calibri" w:cs="Calibri"/>
        </w:rPr>
      </w:pPr>
      <w:r w:rsidRPr="00942DB7">
        <w:rPr>
          <w:rFonts w:ascii="Calibri" w:hAnsi="Calibri" w:cs="Calibri"/>
        </w:rPr>
        <w:t xml:space="preserve">Kerst;  </w:t>
      </w:r>
    </w:p>
    <w:p w14:paraId="7B61258F" w14:textId="77777777" w:rsidR="0078798F" w:rsidRPr="00942DB7" w:rsidRDefault="0078798F" w:rsidP="0078798F">
      <w:pPr>
        <w:numPr>
          <w:ilvl w:val="0"/>
          <w:numId w:val="21"/>
        </w:numPr>
        <w:spacing w:after="3" w:line="248" w:lineRule="auto"/>
        <w:ind w:right="6" w:hanging="360"/>
        <w:rPr>
          <w:rFonts w:ascii="Calibri" w:hAnsi="Calibri" w:cs="Calibri"/>
        </w:rPr>
      </w:pPr>
      <w:r w:rsidRPr="00942DB7">
        <w:rPr>
          <w:rFonts w:ascii="Calibri" w:hAnsi="Calibri" w:cs="Calibri"/>
        </w:rPr>
        <w:t xml:space="preserve">Sinterklaas; </w:t>
      </w:r>
    </w:p>
    <w:p w14:paraId="58EACC6B" w14:textId="77777777" w:rsidR="0078798F" w:rsidRPr="00942DB7" w:rsidRDefault="0078798F" w:rsidP="0078798F">
      <w:pPr>
        <w:numPr>
          <w:ilvl w:val="0"/>
          <w:numId w:val="21"/>
        </w:numPr>
        <w:spacing w:after="3" w:line="248" w:lineRule="auto"/>
        <w:ind w:right="6" w:hanging="360"/>
        <w:rPr>
          <w:rFonts w:ascii="Calibri" w:hAnsi="Calibri" w:cs="Calibri"/>
        </w:rPr>
      </w:pPr>
      <w:proofErr w:type="spellStart"/>
      <w:r w:rsidRPr="00942DB7">
        <w:rPr>
          <w:rFonts w:ascii="Calibri" w:hAnsi="Calibri" w:cs="Calibri"/>
        </w:rPr>
        <w:t>Pasen</w:t>
      </w:r>
      <w:proofErr w:type="spellEnd"/>
      <w:r w:rsidRPr="00942DB7">
        <w:rPr>
          <w:rFonts w:ascii="Calibri" w:hAnsi="Calibri" w:cs="Calibri"/>
        </w:rPr>
        <w:t xml:space="preserve">; </w:t>
      </w:r>
    </w:p>
    <w:p w14:paraId="42B10D3F" w14:textId="77777777" w:rsidR="0078798F" w:rsidRPr="00942DB7" w:rsidRDefault="0078798F" w:rsidP="0078798F">
      <w:pPr>
        <w:numPr>
          <w:ilvl w:val="0"/>
          <w:numId w:val="21"/>
        </w:numPr>
        <w:spacing w:after="3" w:line="248" w:lineRule="auto"/>
        <w:ind w:right="6" w:hanging="360"/>
        <w:rPr>
          <w:rFonts w:ascii="Calibri" w:hAnsi="Calibri" w:cs="Calibri"/>
        </w:rPr>
      </w:pPr>
      <w:proofErr w:type="spellStart"/>
      <w:r w:rsidRPr="00942DB7">
        <w:rPr>
          <w:rFonts w:ascii="Calibri" w:hAnsi="Calibri" w:cs="Calibri"/>
        </w:rPr>
        <w:t>Laatste</w:t>
      </w:r>
      <w:proofErr w:type="spellEnd"/>
      <w:r w:rsidRPr="00942DB7">
        <w:rPr>
          <w:rFonts w:ascii="Calibri" w:hAnsi="Calibri" w:cs="Calibri"/>
        </w:rPr>
        <w:t xml:space="preserve"> </w:t>
      </w:r>
      <w:proofErr w:type="spellStart"/>
      <w:r w:rsidRPr="00942DB7">
        <w:rPr>
          <w:rFonts w:ascii="Calibri" w:hAnsi="Calibri" w:cs="Calibri"/>
        </w:rPr>
        <w:t>schooldag</w:t>
      </w:r>
      <w:proofErr w:type="spellEnd"/>
      <w:r w:rsidRPr="00942DB7">
        <w:rPr>
          <w:rFonts w:ascii="Calibri" w:hAnsi="Calibri" w:cs="Calibri"/>
        </w:rPr>
        <w:t xml:space="preserve"> </w:t>
      </w:r>
    </w:p>
    <w:p w14:paraId="1D5604B4" w14:textId="77777777" w:rsidR="0078798F" w:rsidRDefault="0078798F" w:rsidP="0078798F">
      <w:pPr>
        <w:numPr>
          <w:ilvl w:val="0"/>
          <w:numId w:val="21"/>
        </w:numPr>
        <w:spacing w:after="5" w:line="249" w:lineRule="auto"/>
        <w:ind w:right="6" w:hanging="360"/>
        <w:rPr>
          <w:rFonts w:ascii="Calibri" w:hAnsi="Calibri" w:cs="Calibri"/>
        </w:rPr>
      </w:pPr>
      <w:proofErr w:type="spellStart"/>
      <w:r w:rsidRPr="00942DB7">
        <w:rPr>
          <w:rFonts w:ascii="Calibri" w:hAnsi="Calibri" w:cs="Calibri"/>
        </w:rPr>
        <w:t>Schoolshirts</w:t>
      </w:r>
      <w:proofErr w:type="spellEnd"/>
      <w:r w:rsidRPr="00942DB7">
        <w:rPr>
          <w:rFonts w:ascii="Calibri" w:hAnsi="Calibri" w:cs="Calibri"/>
        </w:rPr>
        <w:t xml:space="preserve">  </w:t>
      </w:r>
    </w:p>
    <w:p w14:paraId="07FF2691" w14:textId="77777777" w:rsidR="0078798F" w:rsidRPr="00942DB7" w:rsidRDefault="0078798F" w:rsidP="0078798F">
      <w:pPr>
        <w:spacing w:after="5" w:line="249" w:lineRule="auto"/>
        <w:ind w:left="720" w:right="6"/>
        <w:rPr>
          <w:rFonts w:ascii="Calibri" w:hAnsi="Calibri" w:cs="Calibri"/>
        </w:rPr>
      </w:pPr>
    </w:p>
    <w:p w14:paraId="62772C7D" w14:textId="77777777" w:rsidR="0078798F" w:rsidRPr="00942DB7" w:rsidRDefault="0078798F" w:rsidP="0078798F">
      <w:pPr>
        <w:spacing w:after="167" w:line="249" w:lineRule="auto"/>
        <w:ind w:left="-5" w:hanging="10"/>
        <w:rPr>
          <w:rFonts w:ascii="Calibri" w:hAnsi="Calibri" w:cs="Calibri"/>
          <w:lang w:val="nl-NL"/>
        </w:rPr>
      </w:pPr>
      <w:r w:rsidRPr="00942DB7">
        <w:rPr>
          <w:rFonts w:ascii="Calibri" w:hAnsi="Calibri" w:cs="Calibri"/>
          <w:lang w:val="nl-NL"/>
        </w:rPr>
        <w:t xml:space="preserve">Naast de vrijwillige ouderbijdrage vragen we een vrijwillige ouderbijdrage voor de schoolreizen.  </w:t>
      </w:r>
    </w:p>
    <w:p w14:paraId="10F2B0DF" w14:textId="51FA1D9B" w:rsidR="0078798F" w:rsidRPr="00942DB7" w:rsidRDefault="0078798F" w:rsidP="0078798F">
      <w:pPr>
        <w:spacing w:after="167" w:line="249" w:lineRule="auto"/>
        <w:ind w:left="-5" w:hanging="10"/>
        <w:rPr>
          <w:rFonts w:ascii="Calibri" w:hAnsi="Calibri" w:cs="Calibri"/>
          <w:lang w:val="nl-NL"/>
        </w:rPr>
      </w:pPr>
      <w:r w:rsidRPr="00942DB7">
        <w:rPr>
          <w:rFonts w:ascii="Calibri" w:hAnsi="Calibri" w:cs="Calibri"/>
          <w:lang w:val="nl-NL"/>
        </w:rPr>
        <w:t xml:space="preserve">De vrijwillige ouderbijdrage, is zoals de naam al aangeeft, vrijwillig. U hoeft dit bedrag niet te betalen. Indien er weinig ouderbijdrage betaald wordt, dan zullen de activiteiten vanzelfsprekend versoberen. Uiteraard doen alle kinderen mee aan al onze activiteiten. </w:t>
      </w:r>
    </w:p>
    <w:p w14:paraId="49781F59" w14:textId="77777777" w:rsidR="0078798F" w:rsidRDefault="0078798F" w:rsidP="0078798F">
      <w:pPr>
        <w:spacing w:after="462" w:line="249" w:lineRule="auto"/>
        <w:ind w:left="-5" w:hanging="10"/>
        <w:rPr>
          <w:rFonts w:ascii="Calibri" w:hAnsi="Calibri" w:cs="Calibri"/>
          <w:lang w:val="nl-NL"/>
        </w:rPr>
      </w:pPr>
      <w:r w:rsidRPr="00942DB7">
        <w:rPr>
          <w:rFonts w:ascii="Calibri" w:hAnsi="Calibri" w:cs="Calibri"/>
          <w:lang w:val="nl-NL"/>
        </w:rPr>
        <w:t xml:space="preserve">Als school sturen wij u geen herinnering, maar wel een herhaald bericht naar alle ouders.  De vrijwillige bijdrage zal geïnd worden via het programma </w:t>
      </w:r>
      <w:proofErr w:type="spellStart"/>
      <w:r w:rsidRPr="00942DB7">
        <w:rPr>
          <w:rFonts w:ascii="Calibri" w:hAnsi="Calibri" w:cs="Calibri"/>
          <w:lang w:val="nl-NL"/>
        </w:rPr>
        <w:t>Wiss</w:t>
      </w:r>
      <w:proofErr w:type="spellEnd"/>
      <w:r w:rsidRPr="00942DB7">
        <w:rPr>
          <w:rFonts w:ascii="Calibri" w:hAnsi="Calibri" w:cs="Calibri"/>
          <w:lang w:val="nl-NL"/>
        </w:rPr>
        <w:t xml:space="preserve">-collect. Intern zijn wij bezig om te kijken hoe wij dit vlekkeloos kunnen laten verlopen. Wij zijn hier momenteel nog niet helemaal tevreden over. </w:t>
      </w:r>
    </w:p>
    <w:p w14:paraId="6F88FAFC" w14:textId="77777777" w:rsidR="00211965" w:rsidRPr="00EE771D" w:rsidRDefault="00211965" w:rsidP="00211965">
      <w:pPr>
        <w:pStyle w:val="Kop3"/>
        <w:rPr>
          <w:lang w:val="nl-NL"/>
        </w:rPr>
      </w:pPr>
      <w:bookmarkStart w:id="173" w:name="_Toc201002839"/>
      <w:bookmarkStart w:id="174" w:name="_Toc207190249"/>
      <w:r w:rsidRPr="00B16615">
        <w:rPr>
          <w:lang w:val="nl-NL"/>
        </w:rPr>
        <w:t>Aanmelding en inschrijving van Kinderen</w:t>
      </w:r>
      <w:bookmarkEnd w:id="173"/>
      <w:bookmarkEnd w:id="174"/>
      <w:r w:rsidRPr="00B16615">
        <w:rPr>
          <w:lang w:val="nl-NL"/>
        </w:rPr>
        <w:t xml:space="preserve"> </w:t>
      </w:r>
    </w:p>
    <w:p w14:paraId="75118AA8" w14:textId="20DD2203" w:rsidR="00211965" w:rsidRPr="00AD0354" w:rsidRDefault="00211965" w:rsidP="00211965">
      <w:pPr>
        <w:spacing w:after="5" w:line="249" w:lineRule="auto"/>
        <w:ind w:left="-5" w:hanging="10"/>
        <w:rPr>
          <w:rFonts w:ascii="Calibri" w:hAnsi="Calibri" w:cs="Calibri"/>
          <w:lang w:val="nl-NL"/>
        </w:rPr>
      </w:pPr>
      <w:r w:rsidRPr="00AD0354">
        <w:rPr>
          <w:rFonts w:ascii="Calibri" w:hAnsi="Calibri" w:cs="Calibri"/>
          <w:lang w:val="nl-NL"/>
        </w:rPr>
        <w:t xml:space="preserve">U kunt het kindcentrum bezoeken tijdens een open dag of op afspraak tijdens gewone lesdagen. </w:t>
      </w:r>
      <w:r w:rsidR="1E8B2D50" w:rsidRPr="3296F1BC">
        <w:rPr>
          <w:rFonts w:ascii="Calibri" w:hAnsi="Calibri" w:cs="Calibri"/>
          <w:lang w:val="nl-NL"/>
        </w:rPr>
        <w:t>Een collega</w:t>
      </w:r>
      <w:r w:rsidRPr="00AD0354">
        <w:rPr>
          <w:rFonts w:ascii="Calibri" w:hAnsi="Calibri" w:cs="Calibri"/>
          <w:lang w:val="nl-NL"/>
        </w:rPr>
        <w:t xml:space="preserve"> laat u het kindcentrum zien en voert een kennismakingsgesprek. Na dit kennismakingsgesprek kunt u uw kind aanmelden voor onderwijs.  Kinderen worden toegelaten </w:t>
      </w:r>
      <w:r w:rsidRPr="00AD0354">
        <w:rPr>
          <w:rFonts w:ascii="Calibri" w:hAnsi="Calibri" w:cs="Calibri"/>
          <w:lang w:val="nl-NL"/>
        </w:rPr>
        <w:lastRenderedPageBreak/>
        <w:t xml:space="preserve">vanaf de leeftijd van vier jaar. Als kinderen drie jaar en </w:t>
      </w:r>
      <w:r w:rsidR="00EE581D">
        <w:rPr>
          <w:rFonts w:ascii="Calibri" w:hAnsi="Calibri" w:cs="Calibri"/>
          <w:lang w:val="nl-NL"/>
        </w:rPr>
        <w:t>tien</w:t>
      </w:r>
      <w:r w:rsidRPr="00AD0354">
        <w:rPr>
          <w:rFonts w:ascii="Calibri" w:hAnsi="Calibri" w:cs="Calibri"/>
          <w:lang w:val="nl-NL"/>
        </w:rPr>
        <w:t xml:space="preserve"> maanden oud zijn mogen ze alvast, in overleg, </w:t>
      </w:r>
      <w:r w:rsidR="00EE581D">
        <w:rPr>
          <w:rFonts w:ascii="Calibri" w:hAnsi="Calibri" w:cs="Calibri"/>
          <w:lang w:val="nl-NL"/>
        </w:rPr>
        <w:t>tien</w:t>
      </w:r>
      <w:r w:rsidRPr="00AD0354">
        <w:rPr>
          <w:rFonts w:ascii="Calibri" w:hAnsi="Calibri" w:cs="Calibri"/>
          <w:lang w:val="nl-NL"/>
        </w:rPr>
        <w:t xml:space="preserve"> dagdelen of </w:t>
      </w:r>
      <w:r w:rsidR="00EE581D">
        <w:rPr>
          <w:rFonts w:ascii="Calibri" w:hAnsi="Calibri" w:cs="Calibri"/>
          <w:lang w:val="nl-NL"/>
        </w:rPr>
        <w:t>vijf</w:t>
      </w:r>
      <w:r w:rsidRPr="00AD0354">
        <w:rPr>
          <w:rFonts w:ascii="Calibri" w:hAnsi="Calibri" w:cs="Calibri"/>
          <w:lang w:val="nl-NL"/>
        </w:rPr>
        <w:t xml:space="preserve"> hele dagen naar school komen om te wennen aan het naar het kindcentrum gaan. De wendagen worden samen met u en de toekomstige leerkracht overlegd. </w:t>
      </w:r>
    </w:p>
    <w:p w14:paraId="3D014BA3" w14:textId="77777777" w:rsidR="00211965" w:rsidRPr="00AD0354" w:rsidRDefault="00211965" w:rsidP="00211965">
      <w:pPr>
        <w:spacing w:after="0"/>
        <w:rPr>
          <w:rFonts w:ascii="Calibri" w:hAnsi="Calibri" w:cs="Calibri"/>
          <w:lang w:val="nl-NL"/>
        </w:rPr>
      </w:pPr>
      <w:r w:rsidRPr="00AD0354">
        <w:rPr>
          <w:rFonts w:ascii="Calibri" w:hAnsi="Calibri" w:cs="Calibri"/>
          <w:lang w:val="nl-NL"/>
        </w:rPr>
        <w:t xml:space="preserve"> </w:t>
      </w:r>
    </w:p>
    <w:p w14:paraId="4FEE141A" w14:textId="66A120BE" w:rsidR="00211965" w:rsidRPr="00EE771D" w:rsidRDefault="00211965" w:rsidP="00211965">
      <w:pPr>
        <w:spacing w:after="3" w:line="248" w:lineRule="auto"/>
        <w:ind w:left="-5" w:right="6" w:hanging="10"/>
        <w:rPr>
          <w:rFonts w:asciiTheme="majorHAnsi" w:hAnsiTheme="majorHAnsi" w:cstheme="majorHAnsi"/>
          <w:lang w:val="nl-NL"/>
        </w:rPr>
      </w:pPr>
      <w:r w:rsidRPr="00AD0354">
        <w:rPr>
          <w:rFonts w:ascii="Calibri" w:hAnsi="Calibri" w:cs="Calibri"/>
          <w:lang w:val="nl-NL"/>
        </w:rPr>
        <w:t>Wanneer u op bezoekt komt voor POV, KDV of BSO en u wilt uw kind hiervoor inschrijven, dan verloopt dit via klantcontact van Plateau. Zij zullen uw aanvraag verwerken</w:t>
      </w:r>
      <w:r w:rsidRPr="00EE771D">
        <w:rPr>
          <w:rFonts w:asciiTheme="majorHAnsi" w:hAnsiTheme="majorHAnsi" w:cstheme="majorHAnsi"/>
          <w:color w:val="404040"/>
          <w:lang w:val="nl-NL"/>
        </w:rPr>
        <w:t xml:space="preserve">. </w:t>
      </w:r>
    </w:p>
    <w:p w14:paraId="7B860814" w14:textId="77777777" w:rsidR="00211965" w:rsidRPr="00EE771D" w:rsidRDefault="00211965" w:rsidP="00211965">
      <w:pPr>
        <w:pStyle w:val="Kop3"/>
        <w:rPr>
          <w:lang w:val="nl-NL"/>
        </w:rPr>
      </w:pPr>
      <w:bookmarkStart w:id="175" w:name="_Toc201002840"/>
      <w:bookmarkStart w:id="176" w:name="_Toc207190250"/>
      <w:r w:rsidRPr="00B16615">
        <w:rPr>
          <w:lang w:val="nl-NL"/>
        </w:rPr>
        <w:t>Afspraken op onze school</w:t>
      </w:r>
      <w:bookmarkEnd w:id="175"/>
      <w:bookmarkEnd w:id="176"/>
      <w:r w:rsidRPr="00B16615">
        <w:rPr>
          <w:lang w:val="nl-NL"/>
        </w:rPr>
        <w:t xml:space="preserve"> </w:t>
      </w:r>
    </w:p>
    <w:p w14:paraId="3E08010C" w14:textId="7298801C" w:rsidR="00211965" w:rsidRPr="00942DB7" w:rsidRDefault="00211965" w:rsidP="00FC4FEE">
      <w:pPr>
        <w:spacing w:after="163" w:line="249" w:lineRule="auto"/>
        <w:ind w:left="-5" w:hanging="10"/>
        <w:rPr>
          <w:rFonts w:ascii="Calibri" w:hAnsi="Calibri" w:cs="Calibri"/>
          <w:lang w:val="nl-NL"/>
        </w:rPr>
      </w:pPr>
      <w:r w:rsidRPr="00AD0354">
        <w:rPr>
          <w:rFonts w:ascii="Calibri" w:hAnsi="Calibri" w:cs="Calibri"/>
          <w:lang w:val="nl-NL"/>
        </w:rPr>
        <w:t xml:space="preserve">Het doel van afspraken is het scheppen van een schoolklimaat dat zich kenmerkt door veiligheid, respect, vertrouwen en acceptatie. Een dergelijk klimaat is een voorwaarde voor alle mensen in de school om optimale leer- en werkprestaties te kunnen leveren. Het is noodzakelijk dat er afspraken worden gemaakt, waar zowel kinderen als teamleden zich aan dienen te houden. De afspraken worden opgesteld en besproken met de kinderen in de groep en met de ouders op de informatiemiddag/-avond die aan het begin van ieder schooljaar door de leerkrachten wordt georganiseerd. Indien u kiest om uw kind op ons kindcentrum in te schrijven, gaan wij ervan uit dat u met onze afspraken akkoord gaat. Afspraken en hoe wij met elkaar omgaan, zijn te vinden in onze protocollen. </w:t>
      </w:r>
    </w:p>
    <w:p w14:paraId="205765FC" w14:textId="77777777" w:rsidR="0078798F" w:rsidRPr="004121ED" w:rsidRDefault="0078798F" w:rsidP="00B16615">
      <w:pPr>
        <w:pStyle w:val="Kop3"/>
        <w:rPr>
          <w:lang w:val="nl-NL"/>
        </w:rPr>
      </w:pPr>
      <w:bookmarkStart w:id="177" w:name="_Toc188261949"/>
      <w:bookmarkStart w:id="178" w:name="_Toc201002841"/>
      <w:bookmarkStart w:id="179" w:name="_Toc207190251"/>
      <w:r w:rsidRPr="00B16615">
        <w:rPr>
          <w:lang w:val="nl-NL"/>
        </w:rPr>
        <w:t>Klachtenregeling</w:t>
      </w:r>
      <w:bookmarkEnd w:id="177"/>
      <w:bookmarkEnd w:id="178"/>
      <w:bookmarkEnd w:id="179"/>
    </w:p>
    <w:p w14:paraId="53F0476B" w14:textId="7E971B6F" w:rsidR="0078798F" w:rsidRPr="00E02274" w:rsidRDefault="0078798F" w:rsidP="0078798F">
      <w:pPr>
        <w:rPr>
          <w:rFonts w:ascii="Calibri" w:hAnsi="Calibri" w:cs="Calibri"/>
          <w:lang w:val="nl-NL"/>
        </w:rPr>
      </w:pPr>
      <w:r w:rsidRPr="00E02274">
        <w:rPr>
          <w:rFonts w:ascii="Calibri" w:hAnsi="Calibri" w:cs="Calibri"/>
          <w:lang w:val="nl-NL"/>
        </w:rPr>
        <w:t>Wil je als ouder, verzorger of medewerker van Plateau een klacht indienen over iets dat voorgevallen is op een kindcentrum? Ben je ontevreden over bepaalde zaken of heb je een andere klacht? We gaan graag in gesprek</w:t>
      </w:r>
      <w:r w:rsidR="11FE93D9" w:rsidRPr="7D9EC8CA">
        <w:rPr>
          <w:rFonts w:ascii="Calibri" w:hAnsi="Calibri" w:cs="Calibri"/>
          <w:lang w:val="nl-NL"/>
        </w:rPr>
        <w:t>,</w:t>
      </w:r>
      <w:r w:rsidRPr="00E02274">
        <w:rPr>
          <w:rFonts w:ascii="Calibri" w:hAnsi="Calibri" w:cs="Calibri"/>
          <w:lang w:val="nl-NL"/>
        </w:rPr>
        <w:t xml:space="preserve"> zodat we samen op zoek kunnen naar een oplossing.</w:t>
      </w:r>
    </w:p>
    <w:p w14:paraId="43F0A9AA" w14:textId="77777777" w:rsidR="0078798F" w:rsidRPr="00E02274" w:rsidRDefault="0078798F" w:rsidP="0078798F">
      <w:pPr>
        <w:rPr>
          <w:rFonts w:ascii="Calibri" w:hAnsi="Calibri" w:cs="Calibri"/>
          <w:lang w:val="nl-NL"/>
        </w:rPr>
      </w:pPr>
      <w:r w:rsidRPr="00E02274">
        <w:rPr>
          <w:rFonts w:ascii="Calibri" w:hAnsi="Calibri" w:cs="Calibri"/>
          <w:lang w:val="nl-NL"/>
        </w:rPr>
        <w:t>Heeft de klacht te maken met de groep waarin jouw kind zit? Dan kun je altijd terecht bij de groepsleerkracht. Deze kent het kind en de klas het beste en kan in veel gevallen voor een oplossing zorgen. Kan de leerkracht het probleem niet oplossen? Dan kun je altijd een afspraak maken met de directeur van het kindcentrum. Dit geldt ook voor medewerkers van Plateau.</w:t>
      </w:r>
    </w:p>
    <w:p w14:paraId="4A6256AB" w14:textId="49DD710B" w:rsidR="00EE771D" w:rsidRPr="00EE771D" w:rsidRDefault="00EE771D" w:rsidP="00EE771D">
      <w:pPr>
        <w:spacing w:after="158"/>
        <w:rPr>
          <w:rFonts w:asciiTheme="majorHAnsi" w:hAnsiTheme="majorHAnsi" w:cstheme="majorHAnsi"/>
          <w:lang w:val="nl-NL"/>
        </w:rPr>
      </w:pPr>
    </w:p>
    <w:p w14:paraId="12ABEC38" w14:textId="77777777" w:rsidR="00E31C31" w:rsidRDefault="00E31C31">
      <w:pPr>
        <w:rPr>
          <w:rFonts w:asciiTheme="majorHAnsi" w:hAnsiTheme="majorHAnsi" w:cstheme="majorHAnsi"/>
          <w:color w:val="404040" w:themeColor="text1" w:themeTint="BF"/>
          <w:lang w:val="nl-NL"/>
        </w:rPr>
      </w:pPr>
      <w:r>
        <w:rPr>
          <w:rFonts w:asciiTheme="majorHAnsi" w:hAnsiTheme="majorHAnsi" w:cstheme="majorHAnsi"/>
          <w:color w:val="404040" w:themeColor="text1" w:themeTint="BF"/>
          <w:lang w:val="nl-NL"/>
        </w:rPr>
        <w:br w:type="page"/>
      </w:r>
    </w:p>
    <w:p w14:paraId="39A3C45D" w14:textId="6306B072" w:rsidR="00EE771D" w:rsidRPr="00EE771D" w:rsidRDefault="00EE771D" w:rsidP="00EE771D">
      <w:pPr>
        <w:spacing w:after="168"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lastRenderedPageBreak/>
        <w:t xml:space="preserve">Kindcentrum Emmaschool  </w:t>
      </w:r>
    </w:p>
    <w:p w14:paraId="5AB0E4AC" w14:textId="77777777" w:rsidR="00EE771D" w:rsidRPr="00EE771D" w:rsidRDefault="00EE771D" w:rsidP="00EE771D">
      <w:pPr>
        <w:spacing w:after="170"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Prinses Irenestraat 6 </w:t>
      </w:r>
    </w:p>
    <w:p w14:paraId="4F417FDD" w14:textId="77777777" w:rsidR="00EE771D" w:rsidRPr="00EE771D" w:rsidRDefault="00EE771D" w:rsidP="00EE771D">
      <w:pPr>
        <w:spacing w:after="168"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9401 HH Assen </w:t>
      </w:r>
    </w:p>
    <w:p w14:paraId="1ED311E9" w14:textId="77777777" w:rsidR="00EE771D" w:rsidRPr="00EE771D" w:rsidRDefault="00EE771D" w:rsidP="00EE771D">
      <w:pPr>
        <w:spacing w:after="3" w:line="248" w:lineRule="auto"/>
        <w:ind w:left="-5" w:right="4990"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0592-820640 www.kindcentrum-emmaschool.nl info@kindcentrum-emmaschool.nl Facebook: Kindcentrum Emmaschool Assen </w:t>
      </w:r>
    </w:p>
    <w:p w14:paraId="2262DC35"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MR: mr@kindcentrum-emmaschool.nl  </w:t>
      </w:r>
    </w:p>
    <w:p w14:paraId="45A69872"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23333A49"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Stichting Plateau Integrale </w:t>
      </w:r>
      <w:proofErr w:type="spellStart"/>
      <w:r w:rsidRPr="00EE771D">
        <w:rPr>
          <w:rFonts w:asciiTheme="majorHAnsi" w:hAnsiTheme="majorHAnsi" w:cstheme="majorHAnsi"/>
          <w:color w:val="404040" w:themeColor="text1" w:themeTint="BF"/>
          <w:lang w:val="nl-NL"/>
        </w:rPr>
        <w:t>Kindcentra</w:t>
      </w:r>
      <w:proofErr w:type="spellEnd"/>
      <w:r w:rsidRPr="00EE771D">
        <w:rPr>
          <w:rFonts w:asciiTheme="majorHAnsi" w:hAnsiTheme="majorHAnsi" w:cstheme="majorHAnsi"/>
          <w:color w:val="404040" w:themeColor="text1" w:themeTint="BF"/>
          <w:lang w:val="nl-NL"/>
        </w:rPr>
        <w:t xml:space="preserve">  </w:t>
      </w:r>
    </w:p>
    <w:p w14:paraId="7F4FD96F" w14:textId="77777777" w:rsidR="00EE771D" w:rsidRPr="00EE771D" w:rsidRDefault="00EE771D" w:rsidP="00EE771D">
      <w:pPr>
        <w:spacing w:after="3" w:line="248" w:lineRule="auto"/>
        <w:ind w:left="-5" w:right="154" w:hanging="10"/>
        <w:rPr>
          <w:rFonts w:asciiTheme="majorHAnsi" w:hAnsiTheme="majorHAnsi" w:cstheme="majorHAnsi"/>
          <w:lang w:val="nl-NL"/>
        </w:rPr>
      </w:pPr>
      <w:r w:rsidRPr="00EE771D">
        <w:rPr>
          <w:rFonts w:asciiTheme="majorHAnsi" w:hAnsiTheme="majorHAnsi" w:cstheme="majorHAnsi"/>
          <w:color w:val="404040" w:themeColor="text1" w:themeTint="BF"/>
          <w:lang w:val="nl-NL"/>
        </w:rPr>
        <w:t>Plateau openbaar onderwijs Assen (Raad van Toezicht, directeur/bestuurder en stafbureau)  Postbus 136</w:t>
      </w:r>
      <w:r w:rsidRPr="00EE771D">
        <w:rPr>
          <w:rFonts w:asciiTheme="majorHAnsi" w:hAnsiTheme="majorHAnsi" w:cstheme="majorHAnsi"/>
          <w:lang w:val="nl-NL"/>
        </w:rPr>
        <w:t xml:space="preserve"> </w:t>
      </w:r>
    </w:p>
    <w:p w14:paraId="35556C23" w14:textId="77777777" w:rsidR="00EE771D" w:rsidRPr="00EE771D" w:rsidRDefault="00EE771D" w:rsidP="00EE771D">
      <w:pPr>
        <w:spacing w:after="5" w:line="249" w:lineRule="auto"/>
        <w:ind w:left="-5" w:right="1747" w:hanging="10"/>
        <w:rPr>
          <w:rFonts w:asciiTheme="majorHAnsi" w:hAnsiTheme="majorHAnsi" w:cstheme="majorHAnsi"/>
          <w:lang w:val="nl-NL"/>
        </w:rPr>
      </w:pPr>
      <w:r w:rsidRPr="00EE771D">
        <w:rPr>
          <w:rFonts w:asciiTheme="majorHAnsi" w:hAnsiTheme="majorHAnsi" w:cstheme="majorHAnsi"/>
          <w:color w:val="404040"/>
          <w:lang w:val="nl-NL"/>
        </w:rPr>
        <w:t xml:space="preserve">9400 AC Assen </w:t>
      </w:r>
    </w:p>
    <w:p w14:paraId="29225B73" w14:textId="77777777" w:rsidR="00EE771D" w:rsidRPr="00EE771D" w:rsidRDefault="00EE771D" w:rsidP="00EE771D">
      <w:pPr>
        <w:spacing w:after="5" w:line="249" w:lineRule="auto"/>
        <w:ind w:left="-5" w:right="1747" w:hanging="10"/>
        <w:rPr>
          <w:rFonts w:asciiTheme="majorHAnsi" w:hAnsiTheme="majorHAnsi" w:cstheme="majorHAnsi"/>
          <w:lang w:val="nl-NL"/>
        </w:rPr>
      </w:pPr>
      <w:r w:rsidRPr="00EE771D">
        <w:rPr>
          <w:rFonts w:asciiTheme="majorHAnsi" w:hAnsiTheme="majorHAnsi" w:cstheme="majorHAnsi"/>
          <w:color w:val="404040"/>
          <w:lang w:val="nl-NL"/>
        </w:rPr>
        <w:t xml:space="preserve">0592 820500 </w:t>
      </w:r>
    </w:p>
    <w:p w14:paraId="261B115D"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7775D44E"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Bezoekadres:</w:t>
      </w:r>
      <w:r w:rsidRPr="00EE771D">
        <w:rPr>
          <w:rFonts w:asciiTheme="majorHAnsi" w:hAnsiTheme="majorHAnsi" w:cstheme="majorHAnsi"/>
          <w:lang w:val="nl-NL"/>
        </w:rPr>
        <w:t xml:space="preserve"> </w:t>
      </w:r>
    </w:p>
    <w:p w14:paraId="7E5EA506"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Laak 1</w:t>
      </w:r>
      <w:r w:rsidRPr="00EE771D">
        <w:rPr>
          <w:rFonts w:asciiTheme="majorHAnsi" w:hAnsiTheme="majorHAnsi" w:cstheme="majorHAnsi"/>
          <w:lang w:val="nl-NL"/>
        </w:rPr>
        <w:t xml:space="preserve"> </w:t>
      </w:r>
    </w:p>
    <w:p w14:paraId="0FEDDE94"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9406 HX Assen</w:t>
      </w:r>
      <w:r w:rsidRPr="00EE771D">
        <w:rPr>
          <w:rFonts w:asciiTheme="majorHAnsi" w:hAnsiTheme="majorHAnsi" w:cstheme="majorHAnsi"/>
          <w:lang w:val="nl-NL"/>
        </w:rPr>
        <w:t xml:space="preserve"> </w:t>
      </w:r>
    </w:p>
    <w:p w14:paraId="33808FEF" w14:textId="77777777" w:rsidR="00EE771D" w:rsidRPr="00EE771D" w:rsidRDefault="00EE771D" w:rsidP="00EE771D">
      <w:pPr>
        <w:spacing w:after="136" w:line="249" w:lineRule="auto"/>
        <w:ind w:left="-5" w:right="1747"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Navigatieadres: de Eem, Assen (kantoor bevindt zich achter de flat aan de Eem) </w:t>
      </w:r>
    </w:p>
    <w:p w14:paraId="661E9831" w14:textId="77777777" w:rsidR="00EE771D" w:rsidRPr="00EE771D" w:rsidRDefault="00EE771D" w:rsidP="00EE771D">
      <w:pPr>
        <w:spacing w:after="5" w:line="249" w:lineRule="auto"/>
        <w:ind w:left="-5" w:right="1747"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www.plateau-assen.nl en www.openbaaronderwijsassen.nl  info@plateau-assen.nl </w:t>
      </w:r>
    </w:p>
    <w:p w14:paraId="3EC17DDF"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2006A756"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Externe vertrouwenspersoon Plateau </w:t>
      </w:r>
    </w:p>
    <w:p w14:paraId="3A4E411F"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Yvonne </w:t>
      </w:r>
      <w:proofErr w:type="spellStart"/>
      <w:r w:rsidRPr="00EE771D">
        <w:rPr>
          <w:rFonts w:asciiTheme="majorHAnsi" w:hAnsiTheme="majorHAnsi" w:cstheme="majorHAnsi"/>
          <w:color w:val="404040" w:themeColor="text1" w:themeTint="BF"/>
          <w:lang w:val="nl-NL"/>
        </w:rPr>
        <w:t>Kamsma</w:t>
      </w:r>
      <w:proofErr w:type="spellEnd"/>
      <w:r w:rsidRPr="00EE771D">
        <w:rPr>
          <w:rFonts w:asciiTheme="majorHAnsi" w:hAnsiTheme="majorHAnsi" w:cstheme="majorHAnsi"/>
          <w:color w:val="404040" w:themeColor="text1" w:themeTint="BF"/>
          <w:lang w:val="nl-NL"/>
        </w:rPr>
        <w:t xml:space="preserve"> </w:t>
      </w:r>
    </w:p>
    <w:p w14:paraId="6725028C"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F67138"/>
          <w:lang w:val="nl-NL"/>
        </w:rPr>
        <w:t>Info@viavitalis.nl</w:t>
      </w:r>
      <w:r w:rsidRPr="00EE771D">
        <w:rPr>
          <w:rFonts w:asciiTheme="majorHAnsi" w:hAnsiTheme="majorHAnsi" w:cstheme="majorHAnsi"/>
          <w:color w:val="404040"/>
          <w:lang w:val="nl-NL"/>
        </w:rPr>
        <w:t xml:space="preserve"> </w:t>
      </w:r>
    </w:p>
    <w:p w14:paraId="11DFAF38" w14:textId="77777777" w:rsidR="00EE771D" w:rsidRPr="00EE771D" w:rsidRDefault="00EE771D" w:rsidP="00EE771D">
      <w:pPr>
        <w:spacing w:after="259"/>
        <w:rPr>
          <w:rFonts w:asciiTheme="majorHAnsi" w:hAnsiTheme="majorHAnsi" w:cstheme="majorHAnsi"/>
          <w:lang w:val="nl-NL"/>
        </w:rPr>
      </w:pPr>
      <w:r w:rsidRPr="00EE771D">
        <w:rPr>
          <w:rFonts w:asciiTheme="majorHAnsi" w:hAnsiTheme="majorHAnsi" w:cstheme="majorHAnsi"/>
          <w:color w:val="404040"/>
          <w:lang w:val="nl-NL"/>
        </w:rPr>
        <w:t xml:space="preserve"> </w:t>
      </w:r>
    </w:p>
    <w:p w14:paraId="4D51C292"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Samenwerkingsverband 22-01 po</w:t>
      </w:r>
      <w:r w:rsidRPr="00EE771D">
        <w:rPr>
          <w:rFonts w:asciiTheme="majorHAnsi" w:eastAsia="Verdana" w:hAnsiTheme="majorHAnsi" w:cstheme="majorHAnsi"/>
          <w:lang w:val="nl-NL"/>
        </w:rPr>
        <w:t xml:space="preserve"> </w:t>
      </w:r>
    </w:p>
    <w:p w14:paraId="54A242F7" w14:textId="77777777" w:rsidR="00EE771D" w:rsidRPr="00EE771D" w:rsidRDefault="00EE771D" w:rsidP="00EE771D">
      <w:pPr>
        <w:spacing w:after="3" w:line="248" w:lineRule="auto"/>
        <w:ind w:left="-5" w:right="7429" w:hanging="10"/>
        <w:rPr>
          <w:rFonts w:asciiTheme="majorHAnsi" w:hAnsiTheme="majorHAnsi" w:cstheme="majorHAnsi"/>
          <w:lang w:val="nl-NL"/>
        </w:rPr>
      </w:pPr>
      <w:r w:rsidRPr="00EE771D">
        <w:rPr>
          <w:rFonts w:asciiTheme="majorHAnsi" w:hAnsiTheme="majorHAnsi" w:cstheme="majorHAnsi"/>
          <w:color w:val="404040"/>
          <w:lang w:val="nl-NL"/>
        </w:rPr>
        <w:t>Postbus 136</w:t>
      </w:r>
      <w:r w:rsidRPr="00EE771D">
        <w:rPr>
          <w:rFonts w:asciiTheme="majorHAnsi" w:eastAsia="Verdana" w:hAnsiTheme="majorHAnsi" w:cstheme="majorHAnsi"/>
          <w:lang w:val="nl-NL"/>
        </w:rPr>
        <w:t xml:space="preserve"> </w:t>
      </w:r>
      <w:r w:rsidRPr="00EE771D">
        <w:rPr>
          <w:rFonts w:asciiTheme="majorHAnsi" w:hAnsiTheme="majorHAnsi" w:cstheme="majorHAnsi"/>
          <w:color w:val="404040"/>
          <w:lang w:val="nl-NL"/>
        </w:rPr>
        <w:t>9400 AC Assen</w:t>
      </w:r>
      <w:r w:rsidRPr="00EE771D">
        <w:rPr>
          <w:rFonts w:asciiTheme="majorHAnsi" w:eastAsia="Verdana" w:hAnsiTheme="majorHAnsi" w:cstheme="majorHAnsi"/>
          <w:lang w:val="nl-NL"/>
        </w:rPr>
        <w:t xml:space="preserve"> </w:t>
      </w:r>
    </w:p>
    <w:p w14:paraId="6FEFD518" w14:textId="77777777" w:rsidR="00EE771D" w:rsidRPr="00EE771D" w:rsidRDefault="00EE771D" w:rsidP="00EE771D">
      <w:pPr>
        <w:spacing w:after="256"/>
        <w:rPr>
          <w:rFonts w:asciiTheme="majorHAnsi" w:hAnsiTheme="majorHAnsi" w:cstheme="majorHAnsi"/>
          <w:lang w:val="nl-NL"/>
        </w:rPr>
      </w:pPr>
      <w:hyperlink r:id="rId30">
        <w:r w:rsidRPr="00EE771D">
          <w:rPr>
            <w:rFonts w:asciiTheme="majorHAnsi" w:hAnsiTheme="majorHAnsi" w:cstheme="majorHAnsi"/>
            <w:color w:val="404040"/>
            <w:u w:val="single" w:color="404040"/>
            <w:lang w:val="nl-NL"/>
          </w:rPr>
          <w:t>www.passendonderwijs</w:t>
        </w:r>
      </w:hyperlink>
      <w:hyperlink r:id="rId31">
        <w:r w:rsidRPr="00EE771D">
          <w:rPr>
            <w:rFonts w:asciiTheme="majorHAnsi" w:hAnsiTheme="majorHAnsi" w:cstheme="majorHAnsi"/>
            <w:color w:val="404040"/>
            <w:u w:val="single" w:color="404040"/>
            <w:lang w:val="nl-NL"/>
          </w:rPr>
          <w:t>-</w:t>
        </w:r>
      </w:hyperlink>
      <w:hyperlink r:id="rId32">
        <w:r w:rsidRPr="00EE771D">
          <w:rPr>
            <w:rFonts w:asciiTheme="majorHAnsi" w:hAnsiTheme="majorHAnsi" w:cstheme="majorHAnsi"/>
            <w:color w:val="404040"/>
            <w:u w:val="single" w:color="404040"/>
            <w:lang w:val="nl-NL"/>
          </w:rPr>
          <w:t>po</w:t>
        </w:r>
      </w:hyperlink>
      <w:hyperlink r:id="rId33">
        <w:r w:rsidRPr="00EE771D">
          <w:rPr>
            <w:rFonts w:asciiTheme="majorHAnsi" w:hAnsiTheme="majorHAnsi" w:cstheme="majorHAnsi"/>
            <w:color w:val="404040"/>
            <w:u w:val="single" w:color="404040"/>
            <w:lang w:val="nl-NL"/>
          </w:rPr>
          <w:t>-</w:t>
        </w:r>
      </w:hyperlink>
      <w:hyperlink r:id="rId34">
        <w:r w:rsidRPr="00EE771D">
          <w:rPr>
            <w:rFonts w:asciiTheme="majorHAnsi" w:hAnsiTheme="majorHAnsi" w:cstheme="majorHAnsi"/>
            <w:color w:val="404040"/>
            <w:u w:val="single" w:color="404040"/>
            <w:lang w:val="nl-NL"/>
          </w:rPr>
          <w:t>22</w:t>
        </w:r>
      </w:hyperlink>
      <w:hyperlink r:id="rId35">
        <w:r w:rsidRPr="00EE771D">
          <w:rPr>
            <w:rFonts w:asciiTheme="majorHAnsi" w:hAnsiTheme="majorHAnsi" w:cstheme="majorHAnsi"/>
            <w:color w:val="404040"/>
            <w:u w:val="single" w:color="404040"/>
            <w:lang w:val="nl-NL"/>
          </w:rPr>
          <w:t>-</w:t>
        </w:r>
      </w:hyperlink>
      <w:hyperlink r:id="rId36">
        <w:r w:rsidRPr="00EE771D">
          <w:rPr>
            <w:rFonts w:asciiTheme="majorHAnsi" w:hAnsiTheme="majorHAnsi" w:cstheme="majorHAnsi"/>
            <w:color w:val="404040"/>
            <w:u w:val="single" w:color="404040"/>
            <w:lang w:val="nl-NL"/>
          </w:rPr>
          <w:t>01</w:t>
        </w:r>
      </w:hyperlink>
      <w:hyperlink r:id="rId37">
        <w:r w:rsidRPr="00EE771D">
          <w:rPr>
            <w:rFonts w:asciiTheme="majorHAnsi" w:hAnsiTheme="majorHAnsi" w:cstheme="majorHAnsi"/>
            <w:color w:val="404040"/>
            <w:u w:val="single" w:color="404040"/>
            <w:lang w:val="nl-NL"/>
          </w:rPr>
          <w:t>-</w:t>
        </w:r>
      </w:hyperlink>
      <w:hyperlink r:id="rId38">
        <w:r w:rsidRPr="00EE771D">
          <w:rPr>
            <w:rFonts w:asciiTheme="majorHAnsi" w:hAnsiTheme="majorHAnsi" w:cstheme="majorHAnsi"/>
            <w:color w:val="404040"/>
            <w:u w:val="single" w:color="404040"/>
            <w:lang w:val="nl-NL"/>
          </w:rPr>
          <w:t>nl</w:t>
        </w:r>
      </w:hyperlink>
      <w:hyperlink r:id="rId39">
        <w:r w:rsidRPr="00EE771D">
          <w:rPr>
            <w:rFonts w:asciiTheme="majorHAnsi" w:hAnsiTheme="majorHAnsi" w:cstheme="majorHAnsi"/>
            <w:color w:val="404040"/>
            <w:lang w:val="nl-NL"/>
          </w:rPr>
          <w:t xml:space="preserve"> </w:t>
        </w:r>
      </w:hyperlink>
    </w:p>
    <w:p w14:paraId="5ECEF1FA"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4425F231"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Landelijke Klachtencommissie </w:t>
      </w:r>
    </w:p>
    <w:p w14:paraId="7EC90AA1"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Postbus 85191 </w:t>
      </w:r>
    </w:p>
    <w:p w14:paraId="01A9B19C" w14:textId="77777777" w:rsidR="00EE771D" w:rsidRPr="00EE771D" w:rsidRDefault="00EE771D" w:rsidP="00EE771D">
      <w:pPr>
        <w:spacing w:after="3" w:line="248" w:lineRule="auto"/>
        <w:ind w:left="-5" w:right="626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3508 AD Utrecht  030-2809590 </w:t>
      </w:r>
    </w:p>
    <w:p w14:paraId="660F6F88"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www.onderwijsgeschillen.nl </w:t>
      </w:r>
    </w:p>
    <w:p w14:paraId="7936A7A5"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40CA582E" w14:textId="77777777" w:rsidR="00EE771D" w:rsidRPr="00EE771D" w:rsidRDefault="00EE771D" w:rsidP="00EE771D">
      <w:pPr>
        <w:spacing w:after="3" w:line="248" w:lineRule="auto"/>
        <w:ind w:left="-5" w:right="4073"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Inspectie voor het onderwijs www.onderwijsinspectie.nl </w:t>
      </w:r>
    </w:p>
    <w:p w14:paraId="2DA5C4A3"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lastRenderedPageBreak/>
        <w:t xml:space="preserve">Loket onderwijsinspectie: 088 – 6696060  </w:t>
      </w:r>
    </w:p>
    <w:p w14:paraId="4B757895"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749FBE06" w14:textId="77777777" w:rsidR="00EE771D" w:rsidRPr="00EE771D" w:rsidRDefault="00EE771D" w:rsidP="00EE771D">
      <w:pPr>
        <w:spacing w:after="3" w:line="248" w:lineRule="auto"/>
        <w:ind w:left="-5" w:right="6830"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Leerplichtambtenaar p/a gemeente Assen Noordersingel 33 </w:t>
      </w:r>
    </w:p>
    <w:p w14:paraId="2F49DA7A"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Postbus 136 </w:t>
      </w:r>
    </w:p>
    <w:p w14:paraId="3F4F3C2F"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9400 AC Assen </w:t>
      </w:r>
    </w:p>
    <w:p w14:paraId="5DC4A3F3"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0592 – 366388 / 366154 </w:t>
      </w:r>
    </w:p>
    <w:p w14:paraId="5BD2890D"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36E0A784"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Vertrouwensinspecteur </w:t>
      </w:r>
    </w:p>
    <w:p w14:paraId="63874D17"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Vertrouwensinspecteurs adviseren en ondersteunen bij klachten rond seksueel misbruik, seksuele intimidatie en ernstig fysiek of geestelijk geweld, discriminatie en fundamentalisme. Leerlingen, docenten, ouders en andere betrokkenen bij scholen die met deze klachten te maken hebben, kunnen een beroep doen op de vertrouwensinspecteur. Telefoonnummer: 0900- 1113111 tijdens kantooruren. </w:t>
      </w:r>
    </w:p>
    <w:p w14:paraId="58A558E6"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5A505ED2"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Jeugdgezondheidszorg </w:t>
      </w:r>
    </w:p>
    <w:p w14:paraId="58529460"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GGD Drenthe </w:t>
      </w:r>
    </w:p>
    <w:p w14:paraId="73130AE7"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Mien </w:t>
      </w:r>
      <w:proofErr w:type="spellStart"/>
      <w:r w:rsidRPr="00EE771D">
        <w:rPr>
          <w:rFonts w:asciiTheme="majorHAnsi" w:hAnsiTheme="majorHAnsi" w:cstheme="majorHAnsi"/>
          <w:color w:val="404040" w:themeColor="text1" w:themeTint="BF"/>
          <w:lang w:val="nl-NL"/>
        </w:rPr>
        <w:t>Ruysweg</w:t>
      </w:r>
      <w:proofErr w:type="spellEnd"/>
      <w:r w:rsidRPr="00EE771D">
        <w:rPr>
          <w:rFonts w:asciiTheme="majorHAnsi" w:hAnsiTheme="majorHAnsi" w:cstheme="majorHAnsi"/>
          <w:color w:val="404040" w:themeColor="text1" w:themeTint="BF"/>
          <w:lang w:val="nl-NL"/>
        </w:rPr>
        <w:t xml:space="preserve"> 1 </w:t>
      </w:r>
    </w:p>
    <w:p w14:paraId="3C962C91" w14:textId="77777777" w:rsidR="00EE771D" w:rsidRPr="00EE771D" w:rsidRDefault="00EE771D" w:rsidP="00EE771D">
      <w:pPr>
        <w:spacing w:after="2" w:line="238" w:lineRule="auto"/>
        <w:ind w:left="-5" w:right="7344" w:hanging="10"/>
        <w:jc w:val="both"/>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9408 KA  Assen (0592) 30 63 17 jgz@ggddrenthe.nl  </w:t>
      </w:r>
    </w:p>
    <w:p w14:paraId="683878D6"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www.ggddrenthe.nl </w:t>
      </w:r>
    </w:p>
    <w:p w14:paraId="5980927E"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3480C311" w14:textId="77777777" w:rsidR="00EE771D" w:rsidRPr="00EE771D" w:rsidRDefault="00EE771D" w:rsidP="00EE771D">
      <w:pPr>
        <w:spacing w:after="0"/>
        <w:rPr>
          <w:rFonts w:asciiTheme="majorHAnsi" w:hAnsiTheme="majorHAnsi" w:cstheme="majorHAnsi"/>
          <w:lang w:val="nl-NL"/>
        </w:rPr>
      </w:pPr>
      <w:r w:rsidRPr="00EE771D">
        <w:rPr>
          <w:rFonts w:asciiTheme="majorHAnsi" w:eastAsia="Verdana" w:hAnsiTheme="majorHAnsi" w:cstheme="majorHAnsi"/>
          <w:lang w:val="nl-NL"/>
        </w:rPr>
        <w:t xml:space="preserve"> </w:t>
      </w:r>
    </w:p>
    <w:p w14:paraId="4AC82E1B"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Vaart Welzijn, maatschappelijk werk </w:t>
      </w:r>
    </w:p>
    <w:p w14:paraId="7C9D8DDC" w14:textId="77777777" w:rsidR="00EE771D" w:rsidRPr="00EE771D" w:rsidRDefault="00EE771D" w:rsidP="00EE771D">
      <w:pPr>
        <w:spacing w:after="5" w:line="249" w:lineRule="auto"/>
        <w:ind w:left="-5" w:hanging="10"/>
        <w:rPr>
          <w:rFonts w:asciiTheme="majorHAnsi" w:hAnsiTheme="majorHAnsi" w:cstheme="majorHAnsi"/>
          <w:lang w:val="nl-NL"/>
        </w:rPr>
      </w:pPr>
      <w:r w:rsidRPr="00EE771D">
        <w:rPr>
          <w:rFonts w:asciiTheme="majorHAnsi" w:hAnsiTheme="majorHAnsi" w:cstheme="majorHAnsi"/>
          <w:lang w:val="nl-NL"/>
        </w:rPr>
        <w:t xml:space="preserve">Contactpersoon : Daphne Bosker </w:t>
      </w:r>
    </w:p>
    <w:p w14:paraId="435818C6"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(088) 030 5160</w:t>
      </w:r>
      <w:r w:rsidRPr="00EE771D">
        <w:rPr>
          <w:rFonts w:asciiTheme="majorHAnsi" w:eastAsia="Verdana" w:hAnsiTheme="majorHAnsi" w:cstheme="majorHAnsi"/>
          <w:lang w:val="nl-NL"/>
        </w:rPr>
        <w:t xml:space="preserve"> </w:t>
      </w:r>
    </w:p>
    <w:p w14:paraId="25BB347B"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color w:val="404040"/>
          <w:lang w:val="nl-NL"/>
        </w:rPr>
        <w:t xml:space="preserve"> </w:t>
      </w:r>
    </w:p>
    <w:p w14:paraId="19D91047"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Peuteropvang Kindcentrum Emmaschool</w:t>
      </w:r>
      <w:r w:rsidRPr="00EE771D">
        <w:rPr>
          <w:rFonts w:asciiTheme="majorHAnsi" w:eastAsia="Verdana" w:hAnsiTheme="majorHAnsi" w:cstheme="majorHAnsi"/>
          <w:b/>
          <w:bCs/>
          <w:lang w:val="nl-NL"/>
        </w:rPr>
        <w:t xml:space="preserve"> </w:t>
      </w:r>
    </w:p>
    <w:p w14:paraId="3752331C"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Pr. Irenestraat 3 </w:t>
      </w:r>
      <w:r w:rsidRPr="00EE771D">
        <w:rPr>
          <w:rFonts w:asciiTheme="majorHAnsi" w:eastAsia="Verdana" w:hAnsiTheme="majorHAnsi" w:cstheme="majorHAnsi"/>
          <w:lang w:val="nl-NL"/>
        </w:rPr>
        <w:t xml:space="preserve"> </w:t>
      </w:r>
    </w:p>
    <w:p w14:paraId="677F7F4D"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9401 HH Assen </w:t>
      </w:r>
      <w:r w:rsidRPr="00EE771D">
        <w:rPr>
          <w:rFonts w:asciiTheme="majorHAnsi" w:eastAsia="Verdana" w:hAnsiTheme="majorHAnsi" w:cstheme="majorHAnsi"/>
          <w:lang w:val="nl-NL"/>
        </w:rPr>
        <w:t xml:space="preserve"> </w:t>
      </w:r>
    </w:p>
    <w:p w14:paraId="2143ADC7"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0592-820640 </w:t>
      </w:r>
    </w:p>
    <w:p w14:paraId="3C6E67FC"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Opgave via Plateau Integrale </w:t>
      </w:r>
      <w:proofErr w:type="spellStart"/>
      <w:r w:rsidRPr="00EE771D">
        <w:rPr>
          <w:rFonts w:asciiTheme="majorHAnsi" w:hAnsiTheme="majorHAnsi" w:cstheme="majorHAnsi"/>
          <w:color w:val="404040" w:themeColor="text1" w:themeTint="BF"/>
          <w:lang w:val="nl-NL"/>
        </w:rPr>
        <w:t>Kindcentra</w:t>
      </w:r>
      <w:proofErr w:type="spellEnd"/>
      <w:r w:rsidRPr="00EE771D">
        <w:rPr>
          <w:rFonts w:asciiTheme="majorHAnsi" w:hAnsiTheme="majorHAnsi" w:cstheme="majorHAnsi"/>
          <w:color w:val="404040" w:themeColor="text1" w:themeTint="BF"/>
          <w:lang w:val="nl-NL"/>
        </w:rPr>
        <w:t xml:space="preserve">  </w:t>
      </w:r>
    </w:p>
    <w:p w14:paraId="72980D54" w14:textId="77777777" w:rsidR="00EE771D" w:rsidRPr="00EE771D" w:rsidRDefault="00EE771D" w:rsidP="00EE771D">
      <w:pPr>
        <w:spacing w:after="3" w:line="248" w:lineRule="auto"/>
        <w:ind w:left="-5" w:right="6" w:hanging="10"/>
        <w:rPr>
          <w:rFonts w:asciiTheme="majorHAnsi" w:hAnsiTheme="majorHAnsi" w:cstheme="majorHAnsi"/>
          <w:lang w:val="nl-NL"/>
        </w:rPr>
      </w:pPr>
      <w:r w:rsidRPr="00EE771D">
        <w:rPr>
          <w:rFonts w:asciiTheme="majorHAnsi" w:hAnsiTheme="majorHAnsi" w:cstheme="majorHAnsi"/>
          <w:color w:val="404040"/>
          <w:lang w:val="nl-NL"/>
        </w:rPr>
        <w:t xml:space="preserve">0592-301993 </w:t>
      </w:r>
    </w:p>
    <w:p w14:paraId="4E44471A" w14:textId="77777777" w:rsidR="00EE771D" w:rsidRPr="00EE771D" w:rsidRDefault="00EE771D" w:rsidP="00EE771D">
      <w:pPr>
        <w:spacing w:after="3" w:line="248" w:lineRule="auto"/>
        <w:ind w:left="-5" w:right="6" w:hanging="10"/>
        <w:rPr>
          <w:rFonts w:asciiTheme="majorHAnsi" w:hAnsiTheme="majorHAnsi" w:cstheme="majorHAnsi"/>
          <w:lang w:val="nl-NL"/>
        </w:rPr>
      </w:pPr>
      <w:hyperlink r:id="rId40">
        <w:r w:rsidRPr="00EE771D">
          <w:rPr>
            <w:rFonts w:asciiTheme="majorHAnsi" w:hAnsiTheme="majorHAnsi" w:cstheme="majorHAnsi"/>
            <w:color w:val="404040"/>
            <w:lang w:val="nl-NL"/>
          </w:rPr>
          <w:t>www.plateau</w:t>
        </w:r>
      </w:hyperlink>
      <w:hyperlink r:id="rId41">
        <w:r w:rsidRPr="00EE771D">
          <w:rPr>
            <w:rFonts w:asciiTheme="majorHAnsi" w:hAnsiTheme="majorHAnsi" w:cstheme="majorHAnsi"/>
            <w:color w:val="404040"/>
            <w:lang w:val="nl-NL"/>
          </w:rPr>
          <w:t>-</w:t>
        </w:r>
      </w:hyperlink>
      <w:hyperlink r:id="rId42">
        <w:r w:rsidRPr="00EE771D">
          <w:rPr>
            <w:rFonts w:asciiTheme="majorHAnsi" w:hAnsiTheme="majorHAnsi" w:cstheme="majorHAnsi"/>
            <w:color w:val="404040"/>
            <w:lang w:val="nl-NL"/>
          </w:rPr>
          <w:t>assen.nl</w:t>
        </w:r>
      </w:hyperlink>
      <w:hyperlink r:id="rId43">
        <w:r w:rsidRPr="00EE771D">
          <w:rPr>
            <w:rFonts w:asciiTheme="majorHAnsi" w:hAnsiTheme="majorHAnsi" w:cstheme="majorHAnsi"/>
            <w:color w:val="404040"/>
            <w:lang w:val="nl-NL"/>
          </w:rPr>
          <w:t xml:space="preserve"> </w:t>
        </w:r>
      </w:hyperlink>
    </w:p>
    <w:p w14:paraId="2C688664"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lang w:val="nl-NL"/>
        </w:rPr>
        <w:t xml:space="preserve"> </w:t>
      </w:r>
    </w:p>
    <w:p w14:paraId="40F86AEB"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lang w:val="nl-NL"/>
        </w:rPr>
        <w:t xml:space="preserve"> </w:t>
      </w:r>
    </w:p>
    <w:p w14:paraId="152A82E1" w14:textId="77777777" w:rsidR="00EE771D" w:rsidRPr="00EE771D" w:rsidRDefault="00EE771D" w:rsidP="00EE771D">
      <w:pPr>
        <w:spacing w:after="5" w:line="249" w:lineRule="auto"/>
        <w:ind w:left="-5" w:right="6321" w:hanging="10"/>
        <w:rPr>
          <w:rFonts w:asciiTheme="majorHAnsi" w:hAnsiTheme="majorHAnsi" w:cstheme="majorHAnsi"/>
          <w:lang w:val="nl-NL"/>
        </w:rPr>
      </w:pPr>
      <w:r w:rsidRPr="00EE771D">
        <w:rPr>
          <w:rFonts w:asciiTheme="majorHAnsi" w:hAnsiTheme="majorHAnsi" w:cstheme="majorHAnsi"/>
          <w:lang w:val="nl-NL"/>
        </w:rPr>
        <w:t xml:space="preserve">Publieksvoorlichting </w:t>
      </w:r>
      <w:r w:rsidRPr="00EE771D">
        <w:rPr>
          <w:rFonts w:asciiTheme="majorHAnsi" w:hAnsiTheme="majorHAnsi" w:cstheme="majorHAnsi"/>
          <w:u w:val="single"/>
          <w:lang w:val="nl-NL"/>
        </w:rPr>
        <w:t>www.postbus51.nl</w:t>
      </w:r>
      <w:r w:rsidRPr="00EE771D">
        <w:rPr>
          <w:rFonts w:asciiTheme="majorHAnsi" w:hAnsiTheme="majorHAnsi" w:cstheme="majorHAnsi"/>
          <w:lang w:val="nl-NL"/>
        </w:rPr>
        <w:t xml:space="preserve"> 0800–8051 (gratis) </w:t>
      </w:r>
    </w:p>
    <w:p w14:paraId="1AEBAC7C" w14:textId="77777777" w:rsidR="00EE771D" w:rsidRPr="00EE771D" w:rsidRDefault="00EE771D" w:rsidP="00EE771D">
      <w:pPr>
        <w:spacing w:after="0"/>
        <w:rPr>
          <w:rFonts w:asciiTheme="majorHAnsi" w:hAnsiTheme="majorHAnsi" w:cstheme="majorHAnsi"/>
          <w:lang w:val="nl-NL"/>
        </w:rPr>
      </w:pPr>
      <w:r w:rsidRPr="00EE771D">
        <w:rPr>
          <w:rFonts w:asciiTheme="majorHAnsi" w:hAnsiTheme="majorHAnsi" w:cstheme="majorHAnsi"/>
          <w:lang w:val="nl-NL"/>
        </w:rPr>
        <w:t xml:space="preserve"> </w:t>
      </w:r>
    </w:p>
    <w:p w14:paraId="5E44D41B" w14:textId="77777777" w:rsidR="00EE771D" w:rsidRPr="00EE771D" w:rsidRDefault="00EE771D" w:rsidP="00EE771D">
      <w:pPr>
        <w:spacing w:after="0" w:line="239" w:lineRule="auto"/>
        <w:ind w:right="4779"/>
        <w:rPr>
          <w:rFonts w:asciiTheme="majorHAnsi" w:hAnsiTheme="majorHAnsi" w:cstheme="majorHAnsi"/>
        </w:rPr>
      </w:pPr>
      <w:r w:rsidRPr="00EE771D">
        <w:rPr>
          <w:rFonts w:asciiTheme="majorHAnsi" w:hAnsiTheme="majorHAnsi" w:cstheme="majorHAnsi"/>
          <w:u w:val="single" w:color="000000"/>
        </w:rPr>
        <w:lastRenderedPageBreak/>
        <w:t>Project Early Bird Rotterdam</w:t>
      </w:r>
      <w:r w:rsidRPr="00EE771D">
        <w:rPr>
          <w:rFonts w:asciiTheme="majorHAnsi" w:hAnsiTheme="majorHAnsi" w:cstheme="majorHAnsi"/>
        </w:rPr>
        <w:t xml:space="preserve"> </w:t>
      </w:r>
      <w:hyperlink r:id="rId44">
        <w:r w:rsidRPr="00EE771D">
          <w:rPr>
            <w:rFonts w:asciiTheme="majorHAnsi" w:hAnsiTheme="majorHAnsi" w:cstheme="majorHAnsi"/>
          </w:rPr>
          <w:t>www.earlybirdie.nl</w:t>
        </w:r>
      </w:hyperlink>
      <w:hyperlink r:id="rId45">
        <w:r w:rsidRPr="00EE771D">
          <w:rPr>
            <w:rFonts w:asciiTheme="majorHAnsi" w:hAnsiTheme="majorHAnsi" w:cstheme="majorHAnsi"/>
          </w:rPr>
          <w:t xml:space="preserve"> </w:t>
        </w:r>
      </w:hyperlink>
    </w:p>
    <w:p w14:paraId="1189FF74" w14:textId="77777777" w:rsidR="00EE771D" w:rsidRPr="00EE771D" w:rsidRDefault="00EE771D" w:rsidP="00EE771D">
      <w:pPr>
        <w:spacing w:after="0"/>
        <w:rPr>
          <w:rFonts w:asciiTheme="majorHAnsi" w:hAnsiTheme="majorHAnsi" w:cstheme="majorHAnsi"/>
        </w:rPr>
      </w:pPr>
      <w:r w:rsidRPr="00EE771D">
        <w:rPr>
          <w:rFonts w:asciiTheme="majorHAnsi" w:eastAsia="Verdana" w:hAnsiTheme="majorHAnsi" w:cstheme="majorHAnsi"/>
        </w:rPr>
        <w:t xml:space="preserve">  </w:t>
      </w:r>
    </w:p>
    <w:p w14:paraId="24903FE3" w14:textId="67256E7D" w:rsidR="00EE771D" w:rsidRPr="00EE771D" w:rsidRDefault="00EE771D" w:rsidP="004121ED">
      <w:pPr>
        <w:spacing w:after="0" w:line="235" w:lineRule="auto"/>
        <w:ind w:right="6098"/>
        <w:rPr>
          <w:rFonts w:asciiTheme="majorHAnsi" w:hAnsiTheme="majorHAnsi" w:cstheme="majorHAnsi"/>
        </w:rPr>
      </w:pPr>
      <w:r w:rsidRPr="00EE771D">
        <w:rPr>
          <w:rFonts w:asciiTheme="majorHAnsi" w:eastAsia="Verdana" w:hAnsiTheme="majorHAnsi" w:cstheme="majorHAnsi"/>
        </w:rPr>
        <w:t xml:space="preserve"> </w:t>
      </w:r>
      <w:r w:rsidRPr="00EE771D">
        <w:rPr>
          <w:rFonts w:asciiTheme="majorHAnsi" w:hAnsiTheme="majorHAnsi" w:cstheme="majorHAnsi"/>
        </w:rPr>
        <w:t xml:space="preserve"> </w:t>
      </w:r>
      <w:r w:rsidRPr="00EE771D">
        <w:rPr>
          <w:rFonts w:asciiTheme="majorHAnsi" w:hAnsiTheme="majorHAnsi" w:cstheme="majorHAnsi"/>
        </w:rPr>
        <w:tab/>
        <w:t xml:space="preserve"> </w:t>
      </w:r>
    </w:p>
    <w:p w14:paraId="5780EC64" w14:textId="0CE7B71A" w:rsidR="00EE771D" w:rsidRPr="004121ED" w:rsidRDefault="00EE771D" w:rsidP="004121ED">
      <w:pPr>
        <w:pStyle w:val="Kop1"/>
        <w:rPr>
          <w:lang w:val="nl-NL"/>
        </w:rPr>
      </w:pPr>
      <w:bookmarkStart w:id="180" w:name="_Toc201002842"/>
      <w:bookmarkStart w:id="181" w:name="_Toc207190252"/>
      <w:r w:rsidRPr="00B16615">
        <w:rPr>
          <w:lang w:val="nl-NL"/>
        </w:rPr>
        <w:t>Overzicht weergave protocollen, beleidsdocumenten, borgingsdocumenten</w:t>
      </w:r>
      <w:bookmarkEnd w:id="180"/>
      <w:bookmarkEnd w:id="181"/>
      <w:r w:rsidRPr="00B16615">
        <w:rPr>
          <w:lang w:val="nl-NL"/>
        </w:rPr>
        <w:t xml:space="preserve"> </w:t>
      </w:r>
    </w:p>
    <w:p w14:paraId="07F9A6DA" w14:textId="77777777" w:rsidR="00EE771D" w:rsidRPr="00EE771D" w:rsidRDefault="00EE771D" w:rsidP="00EE771D">
      <w:pPr>
        <w:spacing w:after="199"/>
        <w:rPr>
          <w:rFonts w:asciiTheme="majorHAnsi" w:hAnsiTheme="majorHAnsi" w:cstheme="majorHAnsi"/>
          <w:lang w:val="nl-NL"/>
        </w:rPr>
      </w:pPr>
      <w:r w:rsidRPr="00EE771D">
        <w:rPr>
          <w:rFonts w:asciiTheme="majorHAnsi" w:hAnsiTheme="majorHAnsi" w:cstheme="majorHAnsi"/>
          <w:color w:val="404040"/>
          <w:lang w:val="nl-NL"/>
        </w:rPr>
        <w:t xml:space="preserve"> </w:t>
      </w:r>
    </w:p>
    <w:p w14:paraId="0F82A99A" w14:textId="77777777" w:rsidR="00EE771D" w:rsidRPr="00EE771D" w:rsidRDefault="00EE771D" w:rsidP="00EE771D">
      <w:pPr>
        <w:numPr>
          <w:ilvl w:val="0"/>
          <w:numId w:val="22"/>
        </w:numPr>
        <w:spacing w:after="26" w:line="248" w:lineRule="auto"/>
        <w:ind w:right="6" w:hanging="360"/>
        <w:rPr>
          <w:rFonts w:asciiTheme="majorHAnsi" w:hAnsiTheme="majorHAnsi" w:cstheme="majorHAnsi"/>
          <w:lang w:val="nl-NL"/>
        </w:rPr>
      </w:pPr>
      <w:proofErr w:type="spellStart"/>
      <w:r w:rsidRPr="00EE771D">
        <w:rPr>
          <w:rFonts w:asciiTheme="majorHAnsi" w:hAnsiTheme="majorHAnsi" w:cstheme="majorHAnsi"/>
          <w:color w:val="404040" w:themeColor="text1" w:themeTint="BF"/>
          <w:lang w:val="nl-NL"/>
        </w:rPr>
        <w:t>Schoolondersteuningsprofiel</w:t>
      </w:r>
      <w:proofErr w:type="spellEnd"/>
      <w:r w:rsidRPr="00EE771D">
        <w:rPr>
          <w:rFonts w:asciiTheme="majorHAnsi" w:hAnsiTheme="majorHAnsi" w:cstheme="majorHAnsi"/>
          <w:color w:val="404040" w:themeColor="text1" w:themeTint="BF"/>
          <w:lang w:val="nl-NL"/>
        </w:rPr>
        <w:t xml:space="preserve"> 2024-2025, inclusief ouderversie in ontwikkeling </w:t>
      </w:r>
      <w:r w:rsidRPr="00EE771D">
        <w:rPr>
          <w:rFonts w:asciiTheme="majorHAnsi" w:eastAsia="Aptos" w:hAnsiTheme="majorHAnsi" w:cstheme="majorHAnsi"/>
          <w:color w:val="404040" w:themeColor="text1" w:themeTint="BF"/>
          <w:lang w:val="nl-NL"/>
        </w:rPr>
        <w:t>-</w:t>
      </w:r>
      <w:r w:rsidRPr="00EE771D">
        <w:rPr>
          <w:rFonts w:asciiTheme="majorHAnsi" w:eastAsia="Arial" w:hAnsiTheme="majorHAnsi" w:cstheme="majorHAnsi"/>
          <w:color w:val="404040" w:themeColor="text1" w:themeTint="BF"/>
          <w:lang w:val="nl-NL"/>
        </w:rPr>
        <w:t xml:space="preserve"> </w:t>
      </w:r>
      <w:r w:rsidRPr="00EE771D">
        <w:rPr>
          <w:rFonts w:asciiTheme="majorHAnsi" w:hAnsiTheme="majorHAnsi" w:cstheme="majorHAnsi"/>
          <w:lang w:val="nl-NL"/>
        </w:rPr>
        <w:tab/>
        <w:t>Kanjerprotocol</w:t>
      </w:r>
      <w:r w:rsidRPr="00EE771D">
        <w:rPr>
          <w:rFonts w:asciiTheme="majorHAnsi" w:hAnsiTheme="majorHAnsi" w:cstheme="majorHAnsi"/>
          <w:color w:val="404040" w:themeColor="text1" w:themeTint="BF"/>
          <w:lang w:val="nl-NL"/>
        </w:rPr>
        <w:t xml:space="preserve"> </w:t>
      </w:r>
    </w:p>
    <w:p w14:paraId="22B13976" w14:textId="77777777" w:rsidR="00EE771D" w:rsidRPr="00EE771D" w:rsidRDefault="00EE771D" w:rsidP="00EE771D">
      <w:pPr>
        <w:numPr>
          <w:ilvl w:val="0"/>
          <w:numId w:val="22"/>
        </w:numPr>
        <w:spacing w:after="31"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Plateaugids</w:t>
      </w:r>
      <w:proofErr w:type="spellEnd"/>
      <w:r w:rsidRPr="00EE771D">
        <w:rPr>
          <w:rFonts w:asciiTheme="majorHAnsi" w:hAnsiTheme="majorHAnsi" w:cstheme="majorHAnsi"/>
          <w:color w:val="404040" w:themeColor="text1" w:themeTint="BF"/>
        </w:rPr>
        <w:t xml:space="preserve"> </w:t>
      </w:r>
    </w:p>
    <w:p w14:paraId="03F62668" w14:textId="77777777" w:rsidR="00EE771D" w:rsidRPr="00EE771D" w:rsidRDefault="00EE771D" w:rsidP="00EE771D">
      <w:pPr>
        <w:numPr>
          <w:ilvl w:val="0"/>
          <w:numId w:val="22"/>
        </w:numPr>
        <w:spacing w:after="31"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Doorgaande</w:t>
      </w:r>
      <w:proofErr w:type="spellEnd"/>
      <w:r w:rsidRPr="00EE771D">
        <w:rPr>
          <w:rFonts w:asciiTheme="majorHAnsi" w:hAnsiTheme="majorHAnsi" w:cstheme="majorHAnsi"/>
          <w:color w:val="404040" w:themeColor="text1" w:themeTint="BF"/>
        </w:rPr>
        <w:t xml:space="preserve"> </w:t>
      </w:r>
      <w:proofErr w:type="spellStart"/>
      <w:r w:rsidRPr="00EE771D">
        <w:rPr>
          <w:rFonts w:asciiTheme="majorHAnsi" w:hAnsiTheme="majorHAnsi" w:cstheme="majorHAnsi"/>
          <w:color w:val="404040" w:themeColor="text1" w:themeTint="BF"/>
        </w:rPr>
        <w:t>ontwikkellijn</w:t>
      </w:r>
      <w:proofErr w:type="spellEnd"/>
      <w:r w:rsidRPr="00EE771D">
        <w:rPr>
          <w:rFonts w:asciiTheme="majorHAnsi" w:hAnsiTheme="majorHAnsi" w:cstheme="majorHAnsi"/>
          <w:color w:val="404040" w:themeColor="text1" w:themeTint="BF"/>
        </w:rPr>
        <w:t xml:space="preserve"> 0-13 </w:t>
      </w:r>
      <w:proofErr w:type="spellStart"/>
      <w:r w:rsidRPr="00EE771D">
        <w:rPr>
          <w:rFonts w:asciiTheme="majorHAnsi" w:hAnsiTheme="majorHAnsi" w:cstheme="majorHAnsi"/>
          <w:color w:val="404040" w:themeColor="text1" w:themeTint="BF"/>
        </w:rPr>
        <w:t>jaar</w:t>
      </w:r>
      <w:proofErr w:type="spellEnd"/>
      <w:r w:rsidRPr="00EE771D">
        <w:rPr>
          <w:rFonts w:asciiTheme="majorHAnsi" w:hAnsiTheme="majorHAnsi" w:cstheme="majorHAnsi"/>
          <w:color w:val="404040" w:themeColor="text1" w:themeTint="BF"/>
        </w:rPr>
        <w:t xml:space="preserve"> </w:t>
      </w:r>
    </w:p>
    <w:p w14:paraId="152C22A6" w14:textId="77777777" w:rsidR="00EE771D" w:rsidRPr="00EE771D" w:rsidRDefault="00EE771D" w:rsidP="00EE771D">
      <w:pPr>
        <w:numPr>
          <w:ilvl w:val="0"/>
          <w:numId w:val="22"/>
        </w:numPr>
        <w:spacing w:after="29"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Burgerschapsplan</w:t>
      </w:r>
      <w:proofErr w:type="spellEnd"/>
      <w:r w:rsidRPr="00EE771D">
        <w:rPr>
          <w:rFonts w:asciiTheme="majorHAnsi" w:hAnsiTheme="majorHAnsi" w:cstheme="majorHAnsi"/>
          <w:color w:val="404040" w:themeColor="text1" w:themeTint="BF"/>
        </w:rPr>
        <w:t xml:space="preserve"> 2024-2025 </w:t>
      </w:r>
    </w:p>
    <w:p w14:paraId="5939FCFD" w14:textId="77777777" w:rsidR="00EE771D" w:rsidRPr="00EE771D" w:rsidRDefault="00EE771D" w:rsidP="00EE771D">
      <w:pPr>
        <w:numPr>
          <w:ilvl w:val="0"/>
          <w:numId w:val="22"/>
        </w:numPr>
        <w:spacing w:after="31" w:line="248" w:lineRule="auto"/>
        <w:ind w:right="6" w:hanging="360"/>
        <w:rPr>
          <w:rFonts w:asciiTheme="majorHAnsi" w:hAnsiTheme="majorHAnsi" w:cstheme="majorHAnsi"/>
        </w:rPr>
      </w:pPr>
      <w:r w:rsidRPr="00EE771D">
        <w:rPr>
          <w:rFonts w:asciiTheme="majorHAnsi" w:hAnsiTheme="majorHAnsi" w:cstheme="majorHAnsi"/>
          <w:color w:val="404040"/>
        </w:rPr>
        <w:t xml:space="preserve">English Policy </w:t>
      </w:r>
    </w:p>
    <w:p w14:paraId="20AB6914" w14:textId="77777777" w:rsidR="00EE771D" w:rsidRPr="00EE771D" w:rsidRDefault="00EE771D" w:rsidP="00EE771D">
      <w:pPr>
        <w:numPr>
          <w:ilvl w:val="0"/>
          <w:numId w:val="22"/>
        </w:numPr>
        <w:spacing w:after="30"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Verlofregeling</w:t>
      </w:r>
      <w:proofErr w:type="spellEnd"/>
      <w:r w:rsidRPr="00EE771D">
        <w:rPr>
          <w:rFonts w:asciiTheme="majorHAnsi" w:hAnsiTheme="majorHAnsi" w:cstheme="majorHAnsi"/>
          <w:color w:val="404040" w:themeColor="text1" w:themeTint="BF"/>
        </w:rPr>
        <w:t xml:space="preserve"> </w:t>
      </w:r>
      <w:proofErr w:type="spellStart"/>
      <w:r w:rsidRPr="00EE771D">
        <w:rPr>
          <w:rFonts w:asciiTheme="majorHAnsi" w:hAnsiTheme="majorHAnsi" w:cstheme="majorHAnsi"/>
          <w:color w:val="404040" w:themeColor="text1" w:themeTint="BF"/>
        </w:rPr>
        <w:t>leerlingen</w:t>
      </w:r>
      <w:proofErr w:type="spellEnd"/>
      <w:r w:rsidRPr="00EE771D">
        <w:rPr>
          <w:rFonts w:asciiTheme="majorHAnsi" w:hAnsiTheme="majorHAnsi" w:cstheme="majorHAnsi"/>
          <w:color w:val="404040" w:themeColor="text1" w:themeTint="BF"/>
        </w:rPr>
        <w:t xml:space="preserve"> </w:t>
      </w:r>
    </w:p>
    <w:p w14:paraId="6AEADEB5" w14:textId="77777777" w:rsidR="00EE771D" w:rsidRPr="00EE771D" w:rsidRDefault="00EE771D" w:rsidP="00EE771D">
      <w:pPr>
        <w:numPr>
          <w:ilvl w:val="0"/>
          <w:numId w:val="22"/>
        </w:numPr>
        <w:spacing w:after="31"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Overgangsprotocol</w:t>
      </w:r>
      <w:proofErr w:type="spellEnd"/>
      <w:r w:rsidRPr="00EE771D">
        <w:rPr>
          <w:rFonts w:asciiTheme="majorHAnsi" w:hAnsiTheme="majorHAnsi" w:cstheme="majorHAnsi"/>
          <w:color w:val="404040" w:themeColor="text1" w:themeTint="BF"/>
        </w:rPr>
        <w:t xml:space="preserve"> </w:t>
      </w:r>
    </w:p>
    <w:p w14:paraId="4F6EB9AB" w14:textId="77777777" w:rsidR="00EE771D" w:rsidRPr="00EE771D" w:rsidRDefault="00EE771D" w:rsidP="00EE771D">
      <w:pPr>
        <w:numPr>
          <w:ilvl w:val="0"/>
          <w:numId w:val="22"/>
        </w:numPr>
        <w:spacing w:after="29"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Borgingsdocument</w:t>
      </w:r>
      <w:proofErr w:type="spellEnd"/>
      <w:r w:rsidRPr="00EE771D">
        <w:rPr>
          <w:rFonts w:asciiTheme="majorHAnsi" w:hAnsiTheme="majorHAnsi" w:cstheme="majorHAnsi"/>
          <w:color w:val="404040" w:themeColor="text1" w:themeTint="BF"/>
        </w:rPr>
        <w:t xml:space="preserve"> </w:t>
      </w:r>
      <w:proofErr w:type="spellStart"/>
      <w:r w:rsidRPr="00EE771D">
        <w:rPr>
          <w:rFonts w:asciiTheme="majorHAnsi" w:hAnsiTheme="majorHAnsi" w:cstheme="majorHAnsi"/>
          <w:color w:val="404040" w:themeColor="text1" w:themeTint="BF"/>
        </w:rPr>
        <w:t>Ouderbetrokkenheid</w:t>
      </w:r>
      <w:proofErr w:type="spellEnd"/>
      <w:r w:rsidRPr="00EE771D">
        <w:rPr>
          <w:rFonts w:asciiTheme="majorHAnsi" w:hAnsiTheme="majorHAnsi" w:cstheme="majorHAnsi"/>
          <w:color w:val="404040" w:themeColor="text1" w:themeTint="BF"/>
        </w:rPr>
        <w:t xml:space="preserve"> </w:t>
      </w:r>
    </w:p>
    <w:p w14:paraId="65D5AEF5" w14:textId="77777777" w:rsidR="00EE771D" w:rsidRPr="00EE771D" w:rsidRDefault="00EE771D" w:rsidP="00EE771D">
      <w:pPr>
        <w:numPr>
          <w:ilvl w:val="0"/>
          <w:numId w:val="22"/>
        </w:numPr>
        <w:spacing w:after="3"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Jaarkalender</w:t>
      </w:r>
      <w:proofErr w:type="spellEnd"/>
      <w:r w:rsidRPr="00EE771D">
        <w:rPr>
          <w:rFonts w:asciiTheme="majorHAnsi" w:hAnsiTheme="majorHAnsi" w:cstheme="majorHAnsi"/>
          <w:color w:val="404040" w:themeColor="text1" w:themeTint="BF"/>
        </w:rPr>
        <w:t xml:space="preserve"> </w:t>
      </w:r>
    </w:p>
    <w:p w14:paraId="51A5E50A" w14:textId="77777777" w:rsidR="00EE771D" w:rsidRPr="00EE771D" w:rsidRDefault="00EE771D" w:rsidP="00EE771D">
      <w:pPr>
        <w:numPr>
          <w:ilvl w:val="0"/>
          <w:numId w:val="22"/>
        </w:numPr>
        <w:spacing w:after="32"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Visie</w:t>
      </w:r>
      <w:proofErr w:type="spellEnd"/>
      <w:r w:rsidRPr="00EE771D">
        <w:rPr>
          <w:rFonts w:asciiTheme="majorHAnsi" w:hAnsiTheme="majorHAnsi" w:cstheme="majorHAnsi"/>
          <w:color w:val="404040" w:themeColor="text1" w:themeTint="BF"/>
        </w:rPr>
        <w:t xml:space="preserve">  </w:t>
      </w:r>
    </w:p>
    <w:p w14:paraId="64508A05" w14:textId="77777777" w:rsidR="00EE771D" w:rsidRPr="00EE771D" w:rsidRDefault="00EE771D" w:rsidP="00EE771D">
      <w:pPr>
        <w:numPr>
          <w:ilvl w:val="0"/>
          <w:numId w:val="22"/>
        </w:numPr>
        <w:spacing w:after="31" w:line="248" w:lineRule="auto"/>
        <w:ind w:right="6" w:hanging="36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Borgingsdocument Het Jonge Kind en Ontwikkelingsgericht Handelen </w:t>
      </w:r>
    </w:p>
    <w:p w14:paraId="00CBD669" w14:textId="77777777" w:rsidR="00EE771D" w:rsidRPr="00EE771D" w:rsidRDefault="00EE771D" w:rsidP="00EE771D">
      <w:pPr>
        <w:numPr>
          <w:ilvl w:val="0"/>
          <w:numId w:val="22"/>
        </w:numPr>
        <w:spacing w:after="31"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Borgingsdocument</w:t>
      </w:r>
      <w:proofErr w:type="spellEnd"/>
      <w:r w:rsidRPr="00EE771D">
        <w:rPr>
          <w:rFonts w:asciiTheme="majorHAnsi" w:hAnsiTheme="majorHAnsi" w:cstheme="majorHAnsi"/>
          <w:color w:val="404040" w:themeColor="text1" w:themeTint="BF"/>
        </w:rPr>
        <w:t xml:space="preserve"> </w:t>
      </w:r>
      <w:proofErr w:type="spellStart"/>
      <w:r w:rsidRPr="00EE771D">
        <w:rPr>
          <w:rFonts w:asciiTheme="majorHAnsi" w:hAnsiTheme="majorHAnsi" w:cstheme="majorHAnsi"/>
          <w:color w:val="404040" w:themeColor="text1" w:themeTint="BF"/>
        </w:rPr>
        <w:t>Professionele</w:t>
      </w:r>
      <w:proofErr w:type="spellEnd"/>
      <w:r w:rsidRPr="00EE771D">
        <w:rPr>
          <w:rFonts w:asciiTheme="majorHAnsi" w:hAnsiTheme="majorHAnsi" w:cstheme="majorHAnsi"/>
          <w:color w:val="404040" w:themeColor="text1" w:themeTint="BF"/>
        </w:rPr>
        <w:t xml:space="preserve"> </w:t>
      </w:r>
      <w:proofErr w:type="spellStart"/>
      <w:r w:rsidRPr="00EE771D">
        <w:rPr>
          <w:rFonts w:asciiTheme="majorHAnsi" w:hAnsiTheme="majorHAnsi" w:cstheme="majorHAnsi"/>
          <w:color w:val="404040" w:themeColor="text1" w:themeTint="BF"/>
        </w:rPr>
        <w:t>Cultuur</w:t>
      </w:r>
      <w:proofErr w:type="spellEnd"/>
      <w:r w:rsidRPr="00EE771D">
        <w:rPr>
          <w:rFonts w:asciiTheme="majorHAnsi" w:hAnsiTheme="majorHAnsi" w:cstheme="majorHAnsi"/>
          <w:color w:val="404040" w:themeColor="text1" w:themeTint="BF"/>
        </w:rPr>
        <w:t xml:space="preserve"> </w:t>
      </w:r>
    </w:p>
    <w:p w14:paraId="26ED1F89" w14:textId="77777777" w:rsidR="00EE771D" w:rsidRPr="00EE771D" w:rsidRDefault="00EE771D" w:rsidP="00EE771D">
      <w:pPr>
        <w:numPr>
          <w:ilvl w:val="0"/>
          <w:numId w:val="22"/>
        </w:numPr>
        <w:spacing w:after="32"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Borgingsdocument</w:t>
      </w:r>
      <w:proofErr w:type="spellEnd"/>
      <w:r w:rsidRPr="00EE771D">
        <w:rPr>
          <w:rFonts w:asciiTheme="majorHAnsi" w:hAnsiTheme="majorHAnsi" w:cstheme="majorHAnsi"/>
          <w:color w:val="404040" w:themeColor="text1" w:themeTint="BF"/>
        </w:rPr>
        <w:t xml:space="preserve"> </w:t>
      </w:r>
      <w:proofErr w:type="spellStart"/>
      <w:r w:rsidRPr="00EE771D">
        <w:rPr>
          <w:rFonts w:asciiTheme="majorHAnsi" w:hAnsiTheme="majorHAnsi" w:cstheme="majorHAnsi"/>
          <w:color w:val="404040" w:themeColor="text1" w:themeTint="BF"/>
        </w:rPr>
        <w:t>Zicht</w:t>
      </w:r>
      <w:proofErr w:type="spellEnd"/>
      <w:r w:rsidRPr="00EE771D">
        <w:rPr>
          <w:rFonts w:asciiTheme="majorHAnsi" w:hAnsiTheme="majorHAnsi" w:cstheme="majorHAnsi"/>
          <w:color w:val="404040" w:themeColor="text1" w:themeTint="BF"/>
        </w:rPr>
        <w:t xml:space="preserve"> op </w:t>
      </w:r>
      <w:proofErr w:type="spellStart"/>
      <w:r w:rsidRPr="00EE771D">
        <w:rPr>
          <w:rFonts w:asciiTheme="majorHAnsi" w:hAnsiTheme="majorHAnsi" w:cstheme="majorHAnsi"/>
          <w:color w:val="404040" w:themeColor="text1" w:themeTint="BF"/>
        </w:rPr>
        <w:t>ontwikkeling</w:t>
      </w:r>
      <w:proofErr w:type="spellEnd"/>
      <w:r w:rsidRPr="00EE771D">
        <w:rPr>
          <w:rFonts w:asciiTheme="majorHAnsi" w:hAnsiTheme="majorHAnsi" w:cstheme="majorHAnsi"/>
          <w:color w:val="404040" w:themeColor="text1" w:themeTint="BF"/>
        </w:rPr>
        <w:t xml:space="preserve"> </w:t>
      </w:r>
    </w:p>
    <w:p w14:paraId="71DF96BF" w14:textId="77777777" w:rsidR="00EE771D" w:rsidRPr="00EE771D" w:rsidRDefault="00EE771D" w:rsidP="00EE771D">
      <w:pPr>
        <w:numPr>
          <w:ilvl w:val="0"/>
          <w:numId w:val="22"/>
        </w:numPr>
        <w:spacing w:after="31" w:line="248" w:lineRule="auto"/>
        <w:ind w:right="6" w:hanging="36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Borgingsdocument Rekenen, in combinatie met Didactisch Handelen en Klassenmanagement </w:t>
      </w:r>
    </w:p>
    <w:p w14:paraId="29A709C6" w14:textId="77777777" w:rsidR="00EE771D" w:rsidRPr="00EE771D" w:rsidRDefault="00EE771D" w:rsidP="00EE771D">
      <w:pPr>
        <w:numPr>
          <w:ilvl w:val="0"/>
          <w:numId w:val="22"/>
        </w:numPr>
        <w:spacing w:after="30" w:line="248" w:lineRule="auto"/>
        <w:ind w:right="6" w:hanging="360"/>
        <w:rPr>
          <w:rFonts w:asciiTheme="majorHAnsi" w:hAnsiTheme="majorHAnsi" w:cstheme="majorHAnsi"/>
          <w:lang w:val="nl-NL"/>
        </w:rPr>
      </w:pPr>
      <w:r w:rsidRPr="00EE771D">
        <w:rPr>
          <w:rFonts w:asciiTheme="majorHAnsi" w:hAnsiTheme="majorHAnsi" w:cstheme="majorHAnsi"/>
          <w:color w:val="404040" w:themeColor="text1" w:themeTint="BF"/>
          <w:lang w:val="nl-NL"/>
        </w:rPr>
        <w:t xml:space="preserve">Protocol ter voorkoming van lesuitval 2024-2025 </w:t>
      </w:r>
    </w:p>
    <w:p w14:paraId="082EADDA" w14:textId="77777777" w:rsidR="00EE771D" w:rsidRPr="00EE771D" w:rsidRDefault="00EE771D" w:rsidP="00EE771D">
      <w:pPr>
        <w:numPr>
          <w:ilvl w:val="0"/>
          <w:numId w:val="22"/>
        </w:numPr>
        <w:spacing w:after="30"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Schooljaarplan</w:t>
      </w:r>
      <w:proofErr w:type="spellEnd"/>
      <w:r w:rsidRPr="00EE771D">
        <w:rPr>
          <w:rFonts w:asciiTheme="majorHAnsi" w:hAnsiTheme="majorHAnsi" w:cstheme="majorHAnsi"/>
          <w:color w:val="404040" w:themeColor="text1" w:themeTint="BF"/>
        </w:rPr>
        <w:t xml:space="preserve"> 24-25 </w:t>
      </w:r>
    </w:p>
    <w:p w14:paraId="01D02B2A" w14:textId="77777777" w:rsidR="00EE771D" w:rsidRPr="00EE771D" w:rsidRDefault="00EE771D" w:rsidP="00EE771D">
      <w:pPr>
        <w:numPr>
          <w:ilvl w:val="0"/>
          <w:numId w:val="22"/>
        </w:numPr>
        <w:spacing w:after="30"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Schooljaarverslag</w:t>
      </w:r>
      <w:proofErr w:type="spellEnd"/>
      <w:r w:rsidRPr="00EE771D">
        <w:rPr>
          <w:rFonts w:asciiTheme="majorHAnsi" w:hAnsiTheme="majorHAnsi" w:cstheme="majorHAnsi"/>
          <w:color w:val="404040" w:themeColor="text1" w:themeTint="BF"/>
        </w:rPr>
        <w:t xml:space="preserve"> 23-24 </w:t>
      </w:r>
    </w:p>
    <w:p w14:paraId="2A1488C1" w14:textId="77777777" w:rsidR="00EE771D" w:rsidRPr="00EE771D" w:rsidRDefault="00EE771D" w:rsidP="00EE771D">
      <w:pPr>
        <w:numPr>
          <w:ilvl w:val="0"/>
          <w:numId w:val="22"/>
        </w:numPr>
        <w:spacing w:after="30"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Schoolplan</w:t>
      </w:r>
      <w:proofErr w:type="spellEnd"/>
      <w:r w:rsidRPr="00EE771D">
        <w:rPr>
          <w:rFonts w:asciiTheme="majorHAnsi" w:hAnsiTheme="majorHAnsi" w:cstheme="majorHAnsi"/>
          <w:color w:val="404040" w:themeColor="text1" w:themeTint="BF"/>
        </w:rPr>
        <w:t xml:space="preserve"> 24-28 </w:t>
      </w:r>
    </w:p>
    <w:p w14:paraId="70CF2B2E" w14:textId="77777777" w:rsidR="00EE771D" w:rsidRPr="00EE771D" w:rsidRDefault="00EE771D" w:rsidP="00EE771D">
      <w:pPr>
        <w:numPr>
          <w:ilvl w:val="0"/>
          <w:numId w:val="22"/>
        </w:numPr>
        <w:spacing w:after="3" w:line="248" w:lineRule="auto"/>
        <w:ind w:right="6" w:hanging="360"/>
        <w:rPr>
          <w:rFonts w:asciiTheme="majorHAnsi" w:hAnsiTheme="majorHAnsi" w:cstheme="majorHAnsi"/>
        </w:rPr>
      </w:pPr>
      <w:proofErr w:type="spellStart"/>
      <w:r w:rsidRPr="00EE771D">
        <w:rPr>
          <w:rFonts w:asciiTheme="majorHAnsi" w:hAnsiTheme="majorHAnsi" w:cstheme="majorHAnsi"/>
          <w:color w:val="404040" w:themeColor="text1" w:themeTint="BF"/>
        </w:rPr>
        <w:t>Populatieplan</w:t>
      </w:r>
      <w:proofErr w:type="spellEnd"/>
      <w:r w:rsidRPr="00EE771D">
        <w:rPr>
          <w:rFonts w:asciiTheme="majorHAnsi" w:hAnsiTheme="majorHAnsi" w:cstheme="majorHAnsi"/>
          <w:color w:val="404040" w:themeColor="text1" w:themeTint="BF"/>
        </w:rPr>
        <w:t xml:space="preserve"> 24-25 </w:t>
      </w:r>
    </w:p>
    <w:p w14:paraId="56B87719" w14:textId="77777777" w:rsidR="00EE771D" w:rsidRPr="00EE771D" w:rsidRDefault="00EE771D" w:rsidP="00EE771D">
      <w:pPr>
        <w:spacing w:after="98"/>
        <w:ind w:left="708"/>
        <w:rPr>
          <w:rFonts w:asciiTheme="majorHAnsi" w:hAnsiTheme="majorHAnsi" w:cstheme="majorHAnsi"/>
        </w:rPr>
      </w:pPr>
      <w:r w:rsidRPr="00EE771D">
        <w:rPr>
          <w:rFonts w:asciiTheme="majorHAnsi" w:hAnsiTheme="majorHAnsi" w:cstheme="majorHAnsi"/>
          <w:color w:val="404040"/>
        </w:rPr>
        <w:t xml:space="preserve"> </w:t>
      </w:r>
    </w:p>
    <w:p w14:paraId="7DBDEFCA" w14:textId="77777777" w:rsidR="00EE771D" w:rsidRPr="00EE771D" w:rsidRDefault="00EE771D" w:rsidP="00EE771D">
      <w:pPr>
        <w:spacing w:after="41"/>
        <w:rPr>
          <w:rFonts w:asciiTheme="majorHAnsi" w:hAnsiTheme="majorHAnsi" w:cstheme="majorHAnsi"/>
        </w:rPr>
      </w:pPr>
      <w:r w:rsidRPr="00EE771D">
        <w:rPr>
          <w:rFonts w:asciiTheme="majorHAnsi" w:eastAsia="Perpetua" w:hAnsiTheme="majorHAnsi" w:cstheme="majorHAnsi"/>
        </w:rPr>
        <w:t xml:space="preserve"> </w:t>
      </w:r>
    </w:p>
    <w:p w14:paraId="7AA5264B" w14:textId="77777777" w:rsidR="00EE771D" w:rsidRPr="00EE771D" w:rsidRDefault="00EE771D" w:rsidP="00EE771D">
      <w:pPr>
        <w:spacing w:after="0"/>
        <w:rPr>
          <w:rFonts w:asciiTheme="majorHAnsi" w:hAnsiTheme="majorHAnsi" w:cstheme="majorHAnsi"/>
        </w:rPr>
      </w:pPr>
      <w:r w:rsidRPr="00EE771D">
        <w:rPr>
          <w:rFonts w:asciiTheme="majorHAnsi" w:eastAsia="Arial" w:hAnsiTheme="majorHAnsi" w:cstheme="majorHAnsi"/>
          <w:color w:val="333333"/>
        </w:rPr>
        <w:t xml:space="preserve"> </w:t>
      </w:r>
    </w:p>
    <w:p w14:paraId="2CBB0CA6" w14:textId="77777777" w:rsidR="00EE771D" w:rsidRPr="00EE771D" w:rsidRDefault="00EE771D" w:rsidP="00EE771D">
      <w:pPr>
        <w:spacing w:after="0"/>
        <w:rPr>
          <w:rFonts w:asciiTheme="majorHAnsi" w:hAnsiTheme="majorHAnsi" w:cstheme="majorHAnsi"/>
        </w:rPr>
      </w:pPr>
      <w:r w:rsidRPr="00EE771D">
        <w:rPr>
          <w:rFonts w:asciiTheme="majorHAnsi" w:hAnsiTheme="majorHAnsi" w:cstheme="majorHAnsi"/>
        </w:rPr>
        <w:t xml:space="preserve"> </w:t>
      </w:r>
    </w:p>
    <w:p w14:paraId="66032CAD" w14:textId="0F0E08BD" w:rsidR="006B0DFC" w:rsidRPr="00EE771D" w:rsidRDefault="006B0DFC">
      <w:pPr>
        <w:rPr>
          <w:rFonts w:asciiTheme="majorHAnsi" w:hAnsiTheme="majorHAnsi" w:cstheme="majorHAnsi"/>
        </w:rPr>
      </w:pPr>
    </w:p>
    <w:sectPr w:rsidR="006B0DFC" w:rsidRPr="00EE771D" w:rsidSect="0022063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1019C" w14:textId="77777777" w:rsidR="00AB39A0" w:rsidRDefault="00AB39A0">
      <w:pPr>
        <w:spacing w:after="0" w:line="240" w:lineRule="auto"/>
      </w:pPr>
      <w:r>
        <w:separator/>
      </w:r>
    </w:p>
  </w:endnote>
  <w:endnote w:type="continuationSeparator" w:id="0">
    <w:p w14:paraId="2FF44A50" w14:textId="77777777" w:rsidR="00AB39A0" w:rsidRDefault="00AB39A0">
      <w:pPr>
        <w:spacing w:after="0" w:line="240" w:lineRule="auto"/>
      </w:pPr>
      <w:r>
        <w:continuationSeparator/>
      </w:r>
    </w:p>
  </w:endnote>
  <w:endnote w:type="continuationNotice" w:id="1">
    <w:p w14:paraId="587DBDB4" w14:textId="77777777" w:rsidR="00AB39A0" w:rsidRDefault="00AB39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448545"/>
      <w:docPartObj>
        <w:docPartGallery w:val="Page Numbers (Bottom of Page)"/>
        <w:docPartUnique/>
      </w:docPartObj>
    </w:sdtPr>
    <w:sdtContent>
      <w:p w14:paraId="274792B8" w14:textId="577567F2" w:rsidR="004121ED" w:rsidRDefault="004121ED">
        <w:pPr>
          <w:pStyle w:val="Voettekst"/>
          <w:jc w:val="right"/>
        </w:pPr>
        <w:r>
          <w:fldChar w:fldCharType="begin"/>
        </w:r>
        <w:r>
          <w:instrText>PAGE   \* MERGEFORMAT</w:instrText>
        </w:r>
        <w:r>
          <w:fldChar w:fldCharType="separate"/>
        </w:r>
        <w:r>
          <w:rPr>
            <w:lang w:val="nl-NL"/>
          </w:rPr>
          <w:t>2</w:t>
        </w:r>
        <w:r>
          <w:fldChar w:fldCharType="end"/>
        </w:r>
      </w:p>
    </w:sdtContent>
  </w:sdt>
  <w:p w14:paraId="0D07CDCC" w14:textId="7F6EC480" w:rsidR="00220634" w:rsidRDefault="002206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A07AA" w14:textId="77777777" w:rsidR="00AB39A0" w:rsidRDefault="00AB39A0">
      <w:pPr>
        <w:spacing w:after="0" w:line="240" w:lineRule="auto"/>
      </w:pPr>
      <w:r>
        <w:separator/>
      </w:r>
    </w:p>
  </w:footnote>
  <w:footnote w:type="continuationSeparator" w:id="0">
    <w:p w14:paraId="44898562" w14:textId="77777777" w:rsidR="00AB39A0" w:rsidRDefault="00AB39A0">
      <w:pPr>
        <w:spacing w:after="0" w:line="240" w:lineRule="auto"/>
      </w:pPr>
      <w:r>
        <w:continuationSeparator/>
      </w:r>
    </w:p>
  </w:footnote>
  <w:footnote w:type="continuationNotice" w:id="1">
    <w:p w14:paraId="1D2BCC63" w14:textId="77777777" w:rsidR="00AB39A0" w:rsidRDefault="00AB39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CE587" w14:textId="77777777" w:rsidR="006B0DFC" w:rsidRDefault="00505ED8">
    <w:pPr>
      <w:pStyle w:val="Koptekst"/>
    </w:pPr>
    <w:r>
      <w:rPr>
        <w:noProof/>
      </w:rPr>
      <w:drawing>
        <wp:anchor distT="0" distB="0" distL="114300" distR="114300" simplePos="0" relativeHeight="251658240" behindDoc="0" locked="0" layoutInCell="1" allowOverlap="1" wp14:anchorId="47BBA86C" wp14:editId="0C9F3F7D">
          <wp:simplePos x="0" y="0"/>
          <wp:positionH relativeFrom="margin">
            <wp:align>left</wp:align>
          </wp:positionH>
          <wp:positionV relativeFrom="paragraph">
            <wp:posOffset>-273050</wp:posOffset>
          </wp:positionV>
          <wp:extent cx="1511300" cy="613410"/>
          <wp:effectExtent l="0" t="0" r="0" b="0"/>
          <wp:wrapNone/>
          <wp:docPr id="1687910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logo.png"/>
                  <pic:cNvPicPr/>
                </pic:nvPicPr>
                <pic:blipFill>
                  <a:blip r:embed="rId1"/>
                  <a:stretch>
                    <a:fillRect/>
                  </a:stretch>
                </pic:blipFill>
                <pic:spPr>
                  <a:xfrm>
                    <a:off x="0" y="0"/>
                    <a:ext cx="1511300" cy="613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01F07571"/>
    <w:multiLevelType w:val="hybridMultilevel"/>
    <w:tmpl w:val="85CA2A3C"/>
    <w:lvl w:ilvl="0" w:tplc="B568FF36">
      <w:start w:val="1"/>
      <w:numFmt w:val="decimal"/>
      <w:lvlText w:val="%1."/>
      <w:lvlJc w:val="left"/>
      <w:pPr>
        <w:ind w:left="106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5472280A">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8410F1F0">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106EC42C">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5C5248C2">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B5D64DC6">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00868920">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29388F24">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B9C085DA">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10" w15:restartNumberingAfterBreak="0">
    <w:nsid w:val="06B320FC"/>
    <w:multiLevelType w:val="hybridMultilevel"/>
    <w:tmpl w:val="401CBF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78A576E"/>
    <w:multiLevelType w:val="hybridMultilevel"/>
    <w:tmpl w:val="EF9835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BC7709A"/>
    <w:multiLevelType w:val="hybridMultilevel"/>
    <w:tmpl w:val="126E7F74"/>
    <w:lvl w:ilvl="0" w:tplc="EE42DF0E">
      <w:start w:val="1"/>
      <w:numFmt w:val="decimal"/>
      <w:lvlText w:val="%1."/>
      <w:lvlJc w:val="left"/>
      <w:pPr>
        <w:ind w:left="217"/>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D5802B0E">
      <w:start w:val="1"/>
      <w:numFmt w:val="lowerLetter"/>
      <w:lvlText w:val="%2"/>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3EDCEF50">
      <w:start w:val="1"/>
      <w:numFmt w:val="lowerRoman"/>
      <w:lvlText w:val="%3"/>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54E8B8EA">
      <w:start w:val="1"/>
      <w:numFmt w:val="decimal"/>
      <w:lvlText w:val="%4"/>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74A4167C">
      <w:start w:val="1"/>
      <w:numFmt w:val="lowerLetter"/>
      <w:lvlText w:val="%5"/>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D298A944">
      <w:start w:val="1"/>
      <w:numFmt w:val="lowerRoman"/>
      <w:lvlText w:val="%6"/>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1CD44C78">
      <w:start w:val="1"/>
      <w:numFmt w:val="decimal"/>
      <w:lvlText w:val="%7"/>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FBBAD21A">
      <w:start w:val="1"/>
      <w:numFmt w:val="lowerLetter"/>
      <w:lvlText w:val="%8"/>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EB2A7332">
      <w:start w:val="1"/>
      <w:numFmt w:val="lowerRoman"/>
      <w:lvlText w:val="%9"/>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13" w15:restartNumberingAfterBreak="0">
    <w:nsid w:val="0E423C07"/>
    <w:multiLevelType w:val="hybridMultilevel"/>
    <w:tmpl w:val="65DE4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5BC6F17"/>
    <w:multiLevelType w:val="hybridMultilevel"/>
    <w:tmpl w:val="3EC2F1FE"/>
    <w:lvl w:ilvl="0" w:tplc="405C7718">
      <w:start w:val="1"/>
      <w:numFmt w:val="bullet"/>
      <w:lvlText w:val="-"/>
      <w:lvlJc w:val="left"/>
      <w:pPr>
        <w:ind w:left="144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1" w:tplc="4B4E7C82">
      <w:start w:val="1"/>
      <w:numFmt w:val="bullet"/>
      <w:lvlText w:val="o"/>
      <w:lvlJc w:val="left"/>
      <w:pPr>
        <w:ind w:left="216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2" w:tplc="09009D10">
      <w:start w:val="1"/>
      <w:numFmt w:val="bullet"/>
      <w:lvlText w:val="▪"/>
      <w:lvlJc w:val="left"/>
      <w:pPr>
        <w:ind w:left="288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3" w:tplc="03866824">
      <w:start w:val="1"/>
      <w:numFmt w:val="bullet"/>
      <w:lvlText w:val="•"/>
      <w:lvlJc w:val="left"/>
      <w:pPr>
        <w:ind w:left="360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4" w:tplc="9FE499D4">
      <w:start w:val="1"/>
      <w:numFmt w:val="bullet"/>
      <w:lvlText w:val="o"/>
      <w:lvlJc w:val="left"/>
      <w:pPr>
        <w:ind w:left="432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5" w:tplc="ED64A336">
      <w:start w:val="1"/>
      <w:numFmt w:val="bullet"/>
      <w:lvlText w:val="▪"/>
      <w:lvlJc w:val="left"/>
      <w:pPr>
        <w:ind w:left="504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6" w:tplc="BCB883C6">
      <w:start w:val="1"/>
      <w:numFmt w:val="bullet"/>
      <w:lvlText w:val="•"/>
      <w:lvlJc w:val="left"/>
      <w:pPr>
        <w:ind w:left="576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7" w:tplc="AD984FFA">
      <w:start w:val="1"/>
      <w:numFmt w:val="bullet"/>
      <w:lvlText w:val="o"/>
      <w:lvlJc w:val="left"/>
      <w:pPr>
        <w:ind w:left="648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8" w:tplc="903846AE">
      <w:start w:val="1"/>
      <w:numFmt w:val="bullet"/>
      <w:lvlText w:val="▪"/>
      <w:lvlJc w:val="left"/>
      <w:pPr>
        <w:ind w:left="720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abstractNum>
  <w:abstractNum w:abstractNumId="15" w15:restartNumberingAfterBreak="0">
    <w:nsid w:val="29375D10"/>
    <w:multiLevelType w:val="hybridMultilevel"/>
    <w:tmpl w:val="E362BDAC"/>
    <w:lvl w:ilvl="0" w:tplc="1D20A71E">
      <w:start w:val="1"/>
      <w:numFmt w:val="bullet"/>
      <w:lvlText w:val="•"/>
      <w:lvlJc w:val="left"/>
      <w:pPr>
        <w:ind w:left="7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D4961C04">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48E6FDB0">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0DA011E8">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6554B436">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18BC43D6">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DE9E0FAE">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C952EC86">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5372A716">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16" w15:restartNumberingAfterBreak="0">
    <w:nsid w:val="36D707E3"/>
    <w:multiLevelType w:val="hybridMultilevel"/>
    <w:tmpl w:val="482631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A144297"/>
    <w:multiLevelType w:val="multilevel"/>
    <w:tmpl w:val="CE04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630F17"/>
    <w:multiLevelType w:val="hybridMultilevel"/>
    <w:tmpl w:val="46AA560A"/>
    <w:lvl w:ilvl="0" w:tplc="34F02586">
      <w:start w:val="1"/>
      <w:numFmt w:val="bullet"/>
      <w:lvlText w:val="-"/>
      <w:lvlJc w:val="left"/>
      <w:pPr>
        <w:ind w:left="72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1" w:tplc="D89A193E">
      <w:start w:val="1"/>
      <w:numFmt w:val="bullet"/>
      <w:lvlText w:val="o"/>
      <w:lvlJc w:val="left"/>
      <w:pPr>
        <w:ind w:left="144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2" w:tplc="C2164B0C">
      <w:start w:val="1"/>
      <w:numFmt w:val="bullet"/>
      <w:lvlText w:val="▪"/>
      <w:lvlJc w:val="left"/>
      <w:pPr>
        <w:ind w:left="216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3" w:tplc="8A22DF40">
      <w:start w:val="1"/>
      <w:numFmt w:val="bullet"/>
      <w:lvlText w:val="•"/>
      <w:lvlJc w:val="left"/>
      <w:pPr>
        <w:ind w:left="288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4" w:tplc="3CAADAA6">
      <w:start w:val="1"/>
      <w:numFmt w:val="bullet"/>
      <w:lvlText w:val="o"/>
      <w:lvlJc w:val="left"/>
      <w:pPr>
        <w:ind w:left="360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5" w:tplc="BDE800DA">
      <w:start w:val="1"/>
      <w:numFmt w:val="bullet"/>
      <w:lvlText w:val="▪"/>
      <w:lvlJc w:val="left"/>
      <w:pPr>
        <w:ind w:left="432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6" w:tplc="278A46D4">
      <w:start w:val="1"/>
      <w:numFmt w:val="bullet"/>
      <w:lvlText w:val="•"/>
      <w:lvlJc w:val="left"/>
      <w:pPr>
        <w:ind w:left="504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7" w:tplc="BAB06C52">
      <w:start w:val="1"/>
      <w:numFmt w:val="bullet"/>
      <w:lvlText w:val="o"/>
      <w:lvlJc w:val="left"/>
      <w:pPr>
        <w:ind w:left="576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8" w:tplc="13E6BAC0">
      <w:start w:val="1"/>
      <w:numFmt w:val="bullet"/>
      <w:lvlText w:val="▪"/>
      <w:lvlJc w:val="left"/>
      <w:pPr>
        <w:ind w:left="648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abstractNum>
  <w:abstractNum w:abstractNumId="19" w15:restartNumberingAfterBreak="0">
    <w:nsid w:val="48CF7570"/>
    <w:multiLevelType w:val="hybridMultilevel"/>
    <w:tmpl w:val="4AEE1030"/>
    <w:lvl w:ilvl="0" w:tplc="7AA0C486">
      <w:start w:val="1"/>
      <w:numFmt w:val="bullet"/>
      <w:lvlText w:val="•"/>
      <w:lvlJc w:val="left"/>
      <w:pPr>
        <w:ind w:left="360"/>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1" w:tplc="C1E048C2">
      <w:start w:val="1"/>
      <w:numFmt w:val="bullet"/>
      <w:lvlText w:val="o"/>
      <w:lvlJc w:val="left"/>
      <w:pPr>
        <w:ind w:left="108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2" w:tplc="C794243A">
      <w:start w:val="1"/>
      <w:numFmt w:val="bullet"/>
      <w:lvlText w:val="▪"/>
      <w:lvlJc w:val="left"/>
      <w:pPr>
        <w:ind w:left="180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3" w:tplc="2E1A2348">
      <w:start w:val="1"/>
      <w:numFmt w:val="bullet"/>
      <w:lvlText w:val="•"/>
      <w:lvlJc w:val="left"/>
      <w:pPr>
        <w:ind w:left="2520"/>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4" w:tplc="0E622520">
      <w:start w:val="1"/>
      <w:numFmt w:val="bullet"/>
      <w:lvlText w:val="o"/>
      <w:lvlJc w:val="left"/>
      <w:pPr>
        <w:ind w:left="324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5" w:tplc="8662DC14">
      <w:start w:val="1"/>
      <w:numFmt w:val="bullet"/>
      <w:lvlText w:val="▪"/>
      <w:lvlJc w:val="left"/>
      <w:pPr>
        <w:ind w:left="396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6" w:tplc="6E80A7DA">
      <w:start w:val="1"/>
      <w:numFmt w:val="bullet"/>
      <w:lvlText w:val="•"/>
      <w:lvlJc w:val="left"/>
      <w:pPr>
        <w:ind w:left="4680"/>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7" w:tplc="FF3A1AD6">
      <w:start w:val="1"/>
      <w:numFmt w:val="bullet"/>
      <w:lvlText w:val="o"/>
      <w:lvlJc w:val="left"/>
      <w:pPr>
        <w:ind w:left="540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8" w:tplc="D5F47294">
      <w:start w:val="1"/>
      <w:numFmt w:val="bullet"/>
      <w:lvlText w:val="▪"/>
      <w:lvlJc w:val="left"/>
      <w:pPr>
        <w:ind w:left="612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abstractNum>
  <w:abstractNum w:abstractNumId="20" w15:restartNumberingAfterBreak="0">
    <w:nsid w:val="506B706C"/>
    <w:multiLevelType w:val="hybridMultilevel"/>
    <w:tmpl w:val="424605B4"/>
    <w:lvl w:ilvl="0" w:tplc="4DA08C88">
      <w:start w:val="1"/>
      <w:numFmt w:val="bullet"/>
      <w:lvlText w:val="-"/>
      <w:lvlJc w:val="left"/>
      <w:pPr>
        <w:ind w:left="7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D390CAD0">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35EADCBE">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0E762F98">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61AC5E48">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560EEFF6">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3CE44C60">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87203D58">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A658FE82">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1" w15:restartNumberingAfterBreak="0">
    <w:nsid w:val="55433668"/>
    <w:multiLevelType w:val="hybridMultilevel"/>
    <w:tmpl w:val="1AA44A16"/>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A374D6"/>
    <w:multiLevelType w:val="multilevel"/>
    <w:tmpl w:val="2FA419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3D819BC"/>
    <w:multiLevelType w:val="multilevel"/>
    <w:tmpl w:val="0E20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9E271F"/>
    <w:multiLevelType w:val="hybridMultilevel"/>
    <w:tmpl w:val="F0A80CC4"/>
    <w:lvl w:ilvl="0" w:tplc="F9C21F82">
      <w:start w:val="1"/>
      <w:numFmt w:val="bullet"/>
      <w:lvlText w:val="-"/>
      <w:lvlJc w:val="left"/>
      <w:pPr>
        <w:ind w:left="144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1" w:tplc="38100FCC">
      <w:start w:val="1"/>
      <w:numFmt w:val="bullet"/>
      <w:lvlText w:val="o"/>
      <w:lvlJc w:val="left"/>
      <w:pPr>
        <w:ind w:left="216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2" w:tplc="435C7B22">
      <w:start w:val="1"/>
      <w:numFmt w:val="bullet"/>
      <w:lvlText w:val="▪"/>
      <w:lvlJc w:val="left"/>
      <w:pPr>
        <w:ind w:left="288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3" w:tplc="3CD41786">
      <w:start w:val="1"/>
      <w:numFmt w:val="bullet"/>
      <w:lvlText w:val="•"/>
      <w:lvlJc w:val="left"/>
      <w:pPr>
        <w:ind w:left="360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4" w:tplc="CE703E9C">
      <w:start w:val="1"/>
      <w:numFmt w:val="bullet"/>
      <w:lvlText w:val="o"/>
      <w:lvlJc w:val="left"/>
      <w:pPr>
        <w:ind w:left="432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5" w:tplc="6206F572">
      <w:start w:val="1"/>
      <w:numFmt w:val="bullet"/>
      <w:lvlText w:val="▪"/>
      <w:lvlJc w:val="left"/>
      <w:pPr>
        <w:ind w:left="504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6" w:tplc="BD3C5246">
      <w:start w:val="1"/>
      <w:numFmt w:val="bullet"/>
      <w:lvlText w:val="•"/>
      <w:lvlJc w:val="left"/>
      <w:pPr>
        <w:ind w:left="576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7" w:tplc="A8AA078E">
      <w:start w:val="1"/>
      <w:numFmt w:val="bullet"/>
      <w:lvlText w:val="o"/>
      <w:lvlJc w:val="left"/>
      <w:pPr>
        <w:ind w:left="648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lvl w:ilvl="8" w:tplc="537ACFC8">
      <w:start w:val="1"/>
      <w:numFmt w:val="bullet"/>
      <w:lvlText w:val="▪"/>
      <w:lvlJc w:val="left"/>
      <w:pPr>
        <w:ind w:left="7200"/>
      </w:pPr>
      <w:rPr>
        <w:rFonts w:ascii="Aptos" w:eastAsia="Aptos" w:hAnsi="Aptos" w:cs="Aptos"/>
        <w:b w:val="0"/>
        <w:i w:val="0"/>
        <w:strike w:val="0"/>
        <w:dstrike w:val="0"/>
        <w:color w:val="404040"/>
        <w:sz w:val="22"/>
        <w:szCs w:val="22"/>
        <w:u w:val="none" w:color="000000"/>
        <w:bdr w:val="none" w:sz="0" w:space="0" w:color="auto"/>
        <w:shd w:val="clear" w:color="auto" w:fill="auto"/>
        <w:vertAlign w:val="baseline"/>
      </w:rPr>
    </w:lvl>
  </w:abstractNum>
  <w:abstractNum w:abstractNumId="25" w15:restartNumberingAfterBreak="0">
    <w:nsid w:val="765F66C0"/>
    <w:multiLevelType w:val="hybridMultilevel"/>
    <w:tmpl w:val="403A76A8"/>
    <w:lvl w:ilvl="0" w:tplc="A97452C2">
      <w:start w:val="1"/>
      <w:numFmt w:val="bullet"/>
      <w:lvlText w:val="•"/>
      <w:lvlJc w:val="left"/>
      <w:pPr>
        <w:ind w:left="705"/>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4A18D6BA">
      <w:start w:val="1"/>
      <w:numFmt w:val="bullet"/>
      <w:lvlText w:val="o"/>
      <w:lvlJc w:val="left"/>
      <w:pPr>
        <w:ind w:left="144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60A0397A">
      <w:start w:val="1"/>
      <w:numFmt w:val="bullet"/>
      <w:lvlText w:val="▪"/>
      <w:lvlJc w:val="left"/>
      <w:pPr>
        <w:ind w:left="21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82429410">
      <w:start w:val="1"/>
      <w:numFmt w:val="bullet"/>
      <w:lvlText w:val="•"/>
      <w:lvlJc w:val="left"/>
      <w:pPr>
        <w:ind w:left="28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AEE8780C">
      <w:start w:val="1"/>
      <w:numFmt w:val="bullet"/>
      <w:lvlText w:val="o"/>
      <w:lvlJc w:val="left"/>
      <w:pPr>
        <w:ind w:left="36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EDDA41C8">
      <w:start w:val="1"/>
      <w:numFmt w:val="bullet"/>
      <w:lvlText w:val="▪"/>
      <w:lvlJc w:val="left"/>
      <w:pPr>
        <w:ind w:left="432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20966B44">
      <w:start w:val="1"/>
      <w:numFmt w:val="bullet"/>
      <w:lvlText w:val="•"/>
      <w:lvlJc w:val="left"/>
      <w:pPr>
        <w:ind w:left="504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9E768052">
      <w:start w:val="1"/>
      <w:numFmt w:val="bullet"/>
      <w:lvlText w:val="o"/>
      <w:lvlJc w:val="left"/>
      <w:pPr>
        <w:ind w:left="57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2B744580">
      <w:start w:val="1"/>
      <w:numFmt w:val="bullet"/>
      <w:lvlText w:val="▪"/>
      <w:lvlJc w:val="left"/>
      <w:pPr>
        <w:ind w:left="648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26" w15:restartNumberingAfterBreak="0">
    <w:nsid w:val="782F7C40"/>
    <w:multiLevelType w:val="hybridMultilevel"/>
    <w:tmpl w:val="F14C7412"/>
    <w:lvl w:ilvl="0" w:tplc="7A684B02">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405F6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9670E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1254B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14B50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B6A12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EEA08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62C92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A6825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BAB1029"/>
    <w:multiLevelType w:val="hybridMultilevel"/>
    <w:tmpl w:val="476A2A28"/>
    <w:lvl w:ilvl="0" w:tplc="872AE2E8">
      <w:start w:val="1"/>
      <w:numFmt w:val="bullet"/>
      <w:lvlText w:val="•"/>
      <w:lvlJc w:val="left"/>
      <w:pPr>
        <w:ind w:left="72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7130DA1A">
      <w:start w:val="1"/>
      <w:numFmt w:val="bullet"/>
      <w:lvlText w:val="o"/>
      <w:lvlJc w:val="left"/>
      <w:pPr>
        <w:ind w:left="144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D242E596">
      <w:start w:val="1"/>
      <w:numFmt w:val="bullet"/>
      <w:lvlText w:val="▪"/>
      <w:lvlJc w:val="left"/>
      <w:pPr>
        <w:ind w:left="21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6EF2C510">
      <w:start w:val="1"/>
      <w:numFmt w:val="bullet"/>
      <w:lvlText w:val="•"/>
      <w:lvlJc w:val="left"/>
      <w:pPr>
        <w:ind w:left="28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97B20C74">
      <w:start w:val="1"/>
      <w:numFmt w:val="bullet"/>
      <w:lvlText w:val="o"/>
      <w:lvlJc w:val="left"/>
      <w:pPr>
        <w:ind w:left="36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1F7E678A">
      <w:start w:val="1"/>
      <w:numFmt w:val="bullet"/>
      <w:lvlText w:val="▪"/>
      <w:lvlJc w:val="left"/>
      <w:pPr>
        <w:ind w:left="432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7CB6E836">
      <w:start w:val="1"/>
      <w:numFmt w:val="bullet"/>
      <w:lvlText w:val="•"/>
      <w:lvlJc w:val="left"/>
      <w:pPr>
        <w:ind w:left="504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0D5E47C0">
      <w:start w:val="1"/>
      <w:numFmt w:val="bullet"/>
      <w:lvlText w:val="o"/>
      <w:lvlJc w:val="left"/>
      <w:pPr>
        <w:ind w:left="57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E3828BC0">
      <w:start w:val="1"/>
      <w:numFmt w:val="bullet"/>
      <w:lvlText w:val="▪"/>
      <w:lvlJc w:val="left"/>
      <w:pPr>
        <w:ind w:left="648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28" w15:restartNumberingAfterBreak="0">
    <w:nsid w:val="7BD450A8"/>
    <w:multiLevelType w:val="hybridMultilevel"/>
    <w:tmpl w:val="EF38CDE4"/>
    <w:lvl w:ilvl="0" w:tplc="5B32F67C">
      <w:start w:val="1"/>
      <w:numFmt w:val="decimal"/>
      <w:lvlText w:val="%1."/>
      <w:lvlJc w:val="left"/>
      <w:pPr>
        <w:ind w:left="106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A71EC218">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CBD89256">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6908D2F4">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752204D6">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CECC0E40">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06180A0A">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9632A164">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2BBAF9B2">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9" w15:restartNumberingAfterBreak="0">
    <w:nsid w:val="7C72786D"/>
    <w:multiLevelType w:val="hybridMultilevel"/>
    <w:tmpl w:val="9664E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A77F0A"/>
    <w:multiLevelType w:val="hybridMultilevel"/>
    <w:tmpl w:val="EDDA716E"/>
    <w:lvl w:ilvl="0" w:tplc="F496D780">
      <w:start w:val="1"/>
      <w:numFmt w:val="bullet"/>
      <w:lvlText w:val="•"/>
      <w:lvlJc w:val="left"/>
      <w:pPr>
        <w:ind w:left="720"/>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1" w:tplc="E902A1C8">
      <w:start w:val="1"/>
      <w:numFmt w:val="bullet"/>
      <w:lvlText w:val="o"/>
      <w:lvlJc w:val="left"/>
      <w:pPr>
        <w:ind w:left="144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2" w:tplc="E49821B2">
      <w:start w:val="1"/>
      <w:numFmt w:val="bullet"/>
      <w:lvlText w:val="▪"/>
      <w:lvlJc w:val="left"/>
      <w:pPr>
        <w:ind w:left="216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3" w:tplc="EE3E864E">
      <w:start w:val="1"/>
      <w:numFmt w:val="bullet"/>
      <w:lvlText w:val="•"/>
      <w:lvlJc w:val="left"/>
      <w:pPr>
        <w:ind w:left="2880"/>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4" w:tplc="C35635A8">
      <w:start w:val="1"/>
      <w:numFmt w:val="bullet"/>
      <w:lvlText w:val="o"/>
      <w:lvlJc w:val="left"/>
      <w:pPr>
        <w:ind w:left="360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5" w:tplc="E974BBAA">
      <w:start w:val="1"/>
      <w:numFmt w:val="bullet"/>
      <w:lvlText w:val="▪"/>
      <w:lvlJc w:val="left"/>
      <w:pPr>
        <w:ind w:left="432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6" w:tplc="D958B708">
      <w:start w:val="1"/>
      <w:numFmt w:val="bullet"/>
      <w:lvlText w:val="•"/>
      <w:lvlJc w:val="left"/>
      <w:pPr>
        <w:ind w:left="5040"/>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7" w:tplc="58DEABAA">
      <w:start w:val="1"/>
      <w:numFmt w:val="bullet"/>
      <w:lvlText w:val="o"/>
      <w:lvlJc w:val="left"/>
      <w:pPr>
        <w:ind w:left="576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lvl w:ilvl="8" w:tplc="137CF0E8">
      <w:start w:val="1"/>
      <w:numFmt w:val="bullet"/>
      <w:lvlText w:val="▪"/>
      <w:lvlJc w:val="left"/>
      <w:pPr>
        <w:ind w:left="6480"/>
      </w:pPr>
      <w:rPr>
        <w:rFonts w:ascii="Segoe UI Symbol" w:eastAsia="Segoe UI Symbol" w:hAnsi="Segoe UI Symbol" w:cs="Segoe UI Symbol"/>
        <w:b w:val="0"/>
        <w:i w:val="0"/>
        <w:strike w:val="0"/>
        <w:dstrike w:val="0"/>
        <w:color w:val="404040"/>
        <w:sz w:val="22"/>
        <w:szCs w:val="22"/>
        <w:u w:val="none" w:color="000000"/>
        <w:bdr w:val="none" w:sz="0" w:space="0" w:color="auto"/>
        <w:shd w:val="clear" w:color="auto" w:fill="auto"/>
        <w:vertAlign w:val="baseline"/>
      </w:rPr>
    </w:lvl>
  </w:abstractNum>
  <w:num w:numId="1" w16cid:durableId="224994929">
    <w:abstractNumId w:val="8"/>
  </w:num>
  <w:num w:numId="2" w16cid:durableId="1657223998">
    <w:abstractNumId w:val="6"/>
  </w:num>
  <w:num w:numId="3" w16cid:durableId="929578833">
    <w:abstractNumId w:val="5"/>
  </w:num>
  <w:num w:numId="4" w16cid:durableId="579099655">
    <w:abstractNumId w:val="4"/>
  </w:num>
  <w:num w:numId="5" w16cid:durableId="721828262">
    <w:abstractNumId w:val="7"/>
  </w:num>
  <w:num w:numId="6" w16cid:durableId="765930177">
    <w:abstractNumId w:val="3"/>
  </w:num>
  <w:num w:numId="7" w16cid:durableId="981427928">
    <w:abstractNumId w:val="2"/>
  </w:num>
  <w:num w:numId="8" w16cid:durableId="2031448613">
    <w:abstractNumId w:val="1"/>
  </w:num>
  <w:num w:numId="9" w16cid:durableId="2064400080">
    <w:abstractNumId w:val="0"/>
  </w:num>
  <w:num w:numId="10" w16cid:durableId="2058040981">
    <w:abstractNumId w:val="26"/>
  </w:num>
  <w:num w:numId="11" w16cid:durableId="1616905346">
    <w:abstractNumId w:val="19"/>
  </w:num>
  <w:num w:numId="12" w16cid:durableId="2098935751">
    <w:abstractNumId w:val="30"/>
  </w:num>
  <w:num w:numId="13" w16cid:durableId="1702433080">
    <w:abstractNumId w:val="12"/>
  </w:num>
  <w:num w:numId="14" w16cid:durableId="97876103">
    <w:abstractNumId w:val="25"/>
  </w:num>
  <w:num w:numId="15" w16cid:durableId="719130875">
    <w:abstractNumId w:val="27"/>
  </w:num>
  <w:num w:numId="16" w16cid:durableId="1968077355">
    <w:abstractNumId w:val="20"/>
  </w:num>
  <w:num w:numId="17" w16cid:durableId="1814712015">
    <w:abstractNumId w:val="24"/>
  </w:num>
  <w:num w:numId="18" w16cid:durableId="258493965">
    <w:abstractNumId w:val="14"/>
  </w:num>
  <w:num w:numId="19" w16cid:durableId="1422990024">
    <w:abstractNumId w:val="9"/>
  </w:num>
  <w:num w:numId="20" w16cid:durableId="1259173260">
    <w:abstractNumId w:val="28"/>
  </w:num>
  <w:num w:numId="21" w16cid:durableId="1229653901">
    <w:abstractNumId w:val="15"/>
  </w:num>
  <w:num w:numId="22" w16cid:durableId="750466780">
    <w:abstractNumId w:val="18"/>
  </w:num>
  <w:num w:numId="23" w16cid:durableId="1757052712">
    <w:abstractNumId w:val="11"/>
  </w:num>
  <w:num w:numId="24" w16cid:durableId="224025042">
    <w:abstractNumId w:val="16"/>
  </w:num>
  <w:num w:numId="25" w16cid:durableId="646856257">
    <w:abstractNumId w:val="23"/>
  </w:num>
  <w:num w:numId="26" w16cid:durableId="20523156">
    <w:abstractNumId w:val="29"/>
  </w:num>
  <w:num w:numId="27" w16cid:durableId="1609465487">
    <w:abstractNumId w:val="21"/>
  </w:num>
  <w:num w:numId="28" w16cid:durableId="626933227">
    <w:abstractNumId w:val="10"/>
  </w:num>
  <w:num w:numId="29" w16cid:durableId="796218017">
    <w:abstractNumId w:val="13"/>
  </w:num>
  <w:num w:numId="30" w16cid:durableId="1511024377">
    <w:abstractNumId w:val="17"/>
  </w:num>
  <w:num w:numId="31" w16cid:durableId="19796492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D26"/>
    <w:rsid w:val="00027051"/>
    <w:rsid w:val="00031AF4"/>
    <w:rsid w:val="00034616"/>
    <w:rsid w:val="0006063C"/>
    <w:rsid w:val="00071496"/>
    <w:rsid w:val="00080CBA"/>
    <w:rsid w:val="000A59E6"/>
    <w:rsid w:val="000C2F4E"/>
    <w:rsid w:val="000C478B"/>
    <w:rsid w:val="000D7E55"/>
    <w:rsid w:val="000E0D05"/>
    <w:rsid w:val="00101BEE"/>
    <w:rsid w:val="00104168"/>
    <w:rsid w:val="001116FE"/>
    <w:rsid w:val="001122CB"/>
    <w:rsid w:val="00136D64"/>
    <w:rsid w:val="00137AAF"/>
    <w:rsid w:val="0015074B"/>
    <w:rsid w:val="00154B1C"/>
    <w:rsid w:val="001606F9"/>
    <w:rsid w:val="00162A98"/>
    <w:rsid w:val="00166052"/>
    <w:rsid w:val="001775A5"/>
    <w:rsid w:val="00183307"/>
    <w:rsid w:val="00184D44"/>
    <w:rsid w:val="00197BBD"/>
    <w:rsid w:val="001A6B78"/>
    <w:rsid w:val="001B2A4A"/>
    <w:rsid w:val="001B33F5"/>
    <w:rsid w:val="001B3523"/>
    <w:rsid w:val="001C1AA6"/>
    <w:rsid w:val="001C319F"/>
    <w:rsid w:val="001C3A7D"/>
    <w:rsid w:val="001D5361"/>
    <w:rsid w:val="001D5BB2"/>
    <w:rsid w:val="001E0A0B"/>
    <w:rsid w:val="001E5D4B"/>
    <w:rsid w:val="001F023B"/>
    <w:rsid w:val="002024C2"/>
    <w:rsid w:val="00210C8F"/>
    <w:rsid w:val="00211965"/>
    <w:rsid w:val="00220634"/>
    <w:rsid w:val="00220EC7"/>
    <w:rsid w:val="002351CD"/>
    <w:rsid w:val="0024619A"/>
    <w:rsid w:val="002469C7"/>
    <w:rsid w:val="00256370"/>
    <w:rsid w:val="00281B4A"/>
    <w:rsid w:val="0029639D"/>
    <w:rsid w:val="002A371E"/>
    <w:rsid w:val="002A58A3"/>
    <w:rsid w:val="002B10C6"/>
    <w:rsid w:val="002C7238"/>
    <w:rsid w:val="002E2E5A"/>
    <w:rsid w:val="002E36F1"/>
    <w:rsid w:val="002E41E0"/>
    <w:rsid w:val="002E5FE8"/>
    <w:rsid w:val="002E60B9"/>
    <w:rsid w:val="002E7F0E"/>
    <w:rsid w:val="002F1477"/>
    <w:rsid w:val="00303C9D"/>
    <w:rsid w:val="00306889"/>
    <w:rsid w:val="00312E60"/>
    <w:rsid w:val="00326F90"/>
    <w:rsid w:val="003270BB"/>
    <w:rsid w:val="00327C87"/>
    <w:rsid w:val="00330430"/>
    <w:rsid w:val="00334391"/>
    <w:rsid w:val="00350A36"/>
    <w:rsid w:val="0035640E"/>
    <w:rsid w:val="00366818"/>
    <w:rsid w:val="003705E2"/>
    <w:rsid w:val="0039237A"/>
    <w:rsid w:val="00393E4B"/>
    <w:rsid w:val="003A2F11"/>
    <w:rsid w:val="003A6F72"/>
    <w:rsid w:val="003B215F"/>
    <w:rsid w:val="003B680B"/>
    <w:rsid w:val="003C0175"/>
    <w:rsid w:val="003C9938"/>
    <w:rsid w:val="004121ED"/>
    <w:rsid w:val="0042393C"/>
    <w:rsid w:val="0042754E"/>
    <w:rsid w:val="00436A20"/>
    <w:rsid w:val="00440FFC"/>
    <w:rsid w:val="00443962"/>
    <w:rsid w:val="00443EF3"/>
    <w:rsid w:val="00446DE3"/>
    <w:rsid w:val="00450C3E"/>
    <w:rsid w:val="0045429D"/>
    <w:rsid w:val="00466948"/>
    <w:rsid w:val="00493D61"/>
    <w:rsid w:val="004C263B"/>
    <w:rsid w:val="004C4EA4"/>
    <w:rsid w:val="004D5FC0"/>
    <w:rsid w:val="004E0503"/>
    <w:rsid w:val="004F44D7"/>
    <w:rsid w:val="00505ED8"/>
    <w:rsid w:val="00520B06"/>
    <w:rsid w:val="0053EED9"/>
    <w:rsid w:val="00547FCA"/>
    <w:rsid w:val="00565856"/>
    <w:rsid w:val="00592A37"/>
    <w:rsid w:val="00596BFE"/>
    <w:rsid w:val="005B3FBD"/>
    <w:rsid w:val="005C0B08"/>
    <w:rsid w:val="005C7BB0"/>
    <w:rsid w:val="005E23F6"/>
    <w:rsid w:val="005E33F7"/>
    <w:rsid w:val="006123B9"/>
    <w:rsid w:val="00612D71"/>
    <w:rsid w:val="00623D42"/>
    <w:rsid w:val="00637DA0"/>
    <w:rsid w:val="00640E6B"/>
    <w:rsid w:val="00684219"/>
    <w:rsid w:val="00687989"/>
    <w:rsid w:val="00690629"/>
    <w:rsid w:val="00692F6C"/>
    <w:rsid w:val="006A26DF"/>
    <w:rsid w:val="006B0DFC"/>
    <w:rsid w:val="006C0C6E"/>
    <w:rsid w:val="006F4DA9"/>
    <w:rsid w:val="00706967"/>
    <w:rsid w:val="00711769"/>
    <w:rsid w:val="0072252A"/>
    <w:rsid w:val="007262DD"/>
    <w:rsid w:val="00726D62"/>
    <w:rsid w:val="0076263C"/>
    <w:rsid w:val="00771391"/>
    <w:rsid w:val="00773F90"/>
    <w:rsid w:val="007841D9"/>
    <w:rsid w:val="0078798F"/>
    <w:rsid w:val="00792417"/>
    <w:rsid w:val="007A4534"/>
    <w:rsid w:val="007C4439"/>
    <w:rsid w:val="007E3EE8"/>
    <w:rsid w:val="007E4331"/>
    <w:rsid w:val="007F608E"/>
    <w:rsid w:val="008074ED"/>
    <w:rsid w:val="008202E9"/>
    <w:rsid w:val="00836CF5"/>
    <w:rsid w:val="00842D49"/>
    <w:rsid w:val="00846660"/>
    <w:rsid w:val="008467AF"/>
    <w:rsid w:val="00850BD4"/>
    <w:rsid w:val="00851835"/>
    <w:rsid w:val="00852A60"/>
    <w:rsid w:val="00856306"/>
    <w:rsid w:val="0087583A"/>
    <w:rsid w:val="0089034D"/>
    <w:rsid w:val="0089254D"/>
    <w:rsid w:val="00894BE4"/>
    <w:rsid w:val="008C2462"/>
    <w:rsid w:val="008C41B4"/>
    <w:rsid w:val="008D354E"/>
    <w:rsid w:val="008DBF22"/>
    <w:rsid w:val="00941E02"/>
    <w:rsid w:val="00942DB7"/>
    <w:rsid w:val="00954743"/>
    <w:rsid w:val="009908F1"/>
    <w:rsid w:val="00994A0E"/>
    <w:rsid w:val="009A0E0A"/>
    <w:rsid w:val="009A3955"/>
    <w:rsid w:val="009B7B23"/>
    <w:rsid w:val="009C647D"/>
    <w:rsid w:val="009C6DA7"/>
    <w:rsid w:val="009F72C1"/>
    <w:rsid w:val="00A30F80"/>
    <w:rsid w:val="00A41B54"/>
    <w:rsid w:val="00A468BF"/>
    <w:rsid w:val="00A52B69"/>
    <w:rsid w:val="00A5357E"/>
    <w:rsid w:val="00A60D97"/>
    <w:rsid w:val="00A8205F"/>
    <w:rsid w:val="00A84868"/>
    <w:rsid w:val="00A91468"/>
    <w:rsid w:val="00A94D9A"/>
    <w:rsid w:val="00AA16C6"/>
    <w:rsid w:val="00AA1D8D"/>
    <w:rsid w:val="00AB0D6B"/>
    <w:rsid w:val="00AB1918"/>
    <w:rsid w:val="00AB39A0"/>
    <w:rsid w:val="00AC0C67"/>
    <w:rsid w:val="00AC6A2A"/>
    <w:rsid w:val="00AD0354"/>
    <w:rsid w:val="00AD334B"/>
    <w:rsid w:val="00AD74AD"/>
    <w:rsid w:val="00AE52DE"/>
    <w:rsid w:val="00AF6832"/>
    <w:rsid w:val="00B01D8E"/>
    <w:rsid w:val="00B03282"/>
    <w:rsid w:val="00B118B5"/>
    <w:rsid w:val="00B164D6"/>
    <w:rsid w:val="00B16615"/>
    <w:rsid w:val="00B214F4"/>
    <w:rsid w:val="00B26E9F"/>
    <w:rsid w:val="00B26F2C"/>
    <w:rsid w:val="00B31676"/>
    <w:rsid w:val="00B47730"/>
    <w:rsid w:val="00B84C36"/>
    <w:rsid w:val="00B92C34"/>
    <w:rsid w:val="00B97077"/>
    <w:rsid w:val="00BA1C11"/>
    <w:rsid w:val="00BA5630"/>
    <w:rsid w:val="00BB386C"/>
    <w:rsid w:val="00BD3DB1"/>
    <w:rsid w:val="00C00948"/>
    <w:rsid w:val="00C0598B"/>
    <w:rsid w:val="00C12CFE"/>
    <w:rsid w:val="00C23AF0"/>
    <w:rsid w:val="00C37352"/>
    <w:rsid w:val="00C44F5E"/>
    <w:rsid w:val="00C502C9"/>
    <w:rsid w:val="00C651E9"/>
    <w:rsid w:val="00CA7ABB"/>
    <w:rsid w:val="00CB0664"/>
    <w:rsid w:val="00CB0E8F"/>
    <w:rsid w:val="00CB27FF"/>
    <w:rsid w:val="00CB65BA"/>
    <w:rsid w:val="00CEC463"/>
    <w:rsid w:val="00CF404E"/>
    <w:rsid w:val="00CF5431"/>
    <w:rsid w:val="00D10E85"/>
    <w:rsid w:val="00D17BD8"/>
    <w:rsid w:val="00D23117"/>
    <w:rsid w:val="00D55E78"/>
    <w:rsid w:val="00D75C0B"/>
    <w:rsid w:val="00D81344"/>
    <w:rsid w:val="00D85644"/>
    <w:rsid w:val="00D8706F"/>
    <w:rsid w:val="00D91475"/>
    <w:rsid w:val="00DA32F7"/>
    <w:rsid w:val="00DC076F"/>
    <w:rsid w:val="00DC3BBD"/>
    <w:rsid w:val="00DD52DA"/>
    <w:rsid w:val="00DF47D5"/>
    <w:rsid w:val="00E02274"/>
    <w:rsid w:val="00E24823"/>
    <w:rsid w:val="00E311C6"/>
    <w:rsid w:val="00E31C31"/>
    <w:rsid w:val="00E377E0"/>
    <w:rsid w:val="00E70F5E"/>
    <w:rsid w:val="00E81EB8"/>
    <w:rsid w:val="00E86498"/>
    <w:rsid w:val="00E90166"/>
    <w:rsid w:val="00E9735E"/>
    <w:rsid w:val="00EC7E3A"/>
    <w:rsid w:val="00ED0CFB"/>
    <w:rsid w:val="00EE581D"/>
    <w:rsid w:val="00EE771D"/>
    <w:rsid w:val="00F01621"/>
    <w:rsid w:val="00F05F9A"/>
    <w:rsid w:val="00F22B5B"/>
    <w:rsid w:val="00F40C3A"/>
    <w:rsid w:val="00F42EA0"/>
    <w:rsid w:val="00F52AF7"/>
    <w:rsid w:val="00F52D0A"/>
    <w:rsid w:val="00F56EF1"/>
    <w:rsid w:val="00F6575E"/>
    <w:rsid w:val="00F80AA4"/>
    <w:rsid w:val="00FA2269"/>
    <w:rsid w:val="00FA44D1"/>
    <w:rsid w:val="00FB579F"/>
    <w:rsid w:val="00FB7694"/>
    <w:rsid w:val="00FC4FEE"/>
    <w:rsid w:val="00FC693F"/>
    <w:rsid w:val="00FD1931"/>
    <w:rsid w:val="00FD6CCA"/>
    <w:rsid w:val="00FE21F4"/>
    <w:rsid w:val="00FE4ABA"/>
    <w:rsid w:val="00FF06DF"/>
    <w:rsid w:val="00FF5560"/>
    <w:rsid w:val="012E1109"/>
    <w:rsid w:val="0163E9BD"/>
    <w:rsid w:val="01E4913C"/>
    <w:rsid w:val="0257461D"/>
    <w:rsid w:val="03864C8C"/>
    <w:rsid w:val="0391D538"/>
    <w:rsid w:val="06CC3A54"/>
    <w:rsid w:val="0723FED7"/>
    <w:rsid w:val="07758B6C"/>
    <w:rsid w:val="087F90EB"/>
    <w:rsid w:val="08AE052A"/>
    <w:rsid w:val="08D8F09C"/>
    <w:rsid w:val="091A44DA"/>
    <w:rsid w:val="095E45FF"/>
    <w:rsid w:val="0A0C0D47"/>
    <w:rsid w:val="0A1EFF7D"/>
    <w:rsid w:val="0A9D9DA0"/>
    <w:rsid w:val="0B42B728"/>
    <w:rsid w:val="0C839B9E"/>
    <w:rsid w:val="0C948E8D"/>
    <w:rsid w:val="0D01DDB3"/>
    <w:rsid w:val="0D148630"/>
    <w:rsid w:val="0E0F95FF"/>
    <w:rsid w:val="0ED72C04"/>
    <w:rsid w:val="0EFE5FEF"/>
    <w:rsid w:val="0F5AD8D0"/>
    <w:rsid w:val="0FABA6F0"/>
    <w:rsid w:val="10484601"/>
    <w:rsid w:val="10F35CF1"/>
    <w:rsid w:val="11736DB8"/>
    <w:rsid w:val="11955D52"/>
    <w:rsid w:val="119B840F"/>
    <w:rsid w:val="11B38C39"/>
    <w:rsid w:val="11FE93D9"/>
    <w:rsid w:val="1265F98B"/>
    <w:rsid w:val="13D43077"/>
    <w:rsid w:val="151E2D13"/>
    <w:rsid w:val="1523AC04"/>
    <w:rsid w:val="160428DB"/>
    <w:rsid w:val="168C993F"/>
    <w:rsid w:val="1699CCC2"/>
    <w:rsid w:val="172C7CC0"/>
    <w:rsid w:val="1738E6ED"/>
    <w:rsid w:val="17587F42"/>
    <w:rsid w:val="1777D5F9"/>
    <w:rsid w:val="17A756DC"/>
    <w:rsid w:val="185DDAC7"/>
    <w:rsid w:val="1897BA40"/>
    <w:rsid w:val="197A4C49"/>
    <w:rsid w:val="1A6BD52B"/>
    <w:rsid w:val="1B2243F9"/>
    <w:rsid w:val="1B5BD8FA"/>
    <w:rsid w:val="1C22BF9B"/>
    <w:rsid w:val="1C29AEDA"/>
    <w:rsid w:val="1CAF1646"/>
    <w:rsid w:val="1E8B2D50"/>
    <w:rsid w:val="1F13A32D"/>
    <w:rsid w:val="1F2E14A9"/>
    <w:rsid w:val="1F36A069"/>
    <w:rsid w:val="1F7F59F1"/>
    <w:rsid w:val="20D4A194"/>
    <w:rsid w:val="21C2BF7B"/>
    <w:rsid w:val="2235FA87"/>
    <w:rsid w:val="22429C1F"/>
    <w:rsid w:val="224E77F1"/>
    <w:rsid w:val="22703F0C"/>
    <w:rsid w:val="2320D7DD"/>
    <w:rsid w:val="235B2775"/>
    <w:rsid w:val="23601AC4"/>
    <w:rsid w:val="23941CF2"/>
    <w:rsid w:val="23ED666E"/>
    <w:rsid w:val="2408002B"/>
    <w:rsid w:val="2467BD67"/>
    <w:rsid w:val="249F9D7C"/>
    <w:rsid w:val="2546203D"/>
    <w:rsid w:val="257E4585"/>
    <w:rsid w:val="259FE9B0"/>
    <w:rsid w:val="25FD838C"/>
    <w:rsid w:val="264A1C1B"/>
    <w:rsid w:val="26B9FCF2"/>
    <w:rsid w:val="2707AC5C"/>
    <w:rsid w:val="274DB6BF"/>
    <w:rsid w:val="27815EAC"/>
    <w:rsid w:val="2827DCE0"/>
    <w:rsid w:val="29A6B963"/>
    <w:rsid w:val="2B05DB47"/>
    <w:rsid w:val="2C0BFE69"/>
    <w:rsid w:val="2C80F6E6"/>
    <w:rsid w:val="2C983B41"/>
    <w:rsid w:val="2E2F60BE"/>
    <w:rsid w:val="2F38FB5E"/>
    <w:rsid w:val="2FF022D1"/>
    <w:rsid w:val="3083E077"/>
    <w:rsid w:val="3094F604"/>
    <w:rsid w:val="310B9915"/>
    <w:rsid w:val="31DE44C7"/>
    <w:rsid w:val="3296F1BC"/>
    <w:rsid w:val="3330742A"/>
    <w:rsid w:val="3380F653"/>
    <w:rsid w:val="3390A7EC"/>
    <w:rsid w:val="34D42CFC"/>
    <w:rsid w:val="34EF92D7"/>
    <w:rsid w:val="3506004C"/>
    <w:rsid w:val="350DE244"/>
    <w:rsid w:val="351A598B"/>
    <w:rsid w:val="352D2DA1"/>
    <w:rsid w:val="353F0604"/>
    <w:rsid w:val="3575E001"/>
    <w:rsid w:val="363A4211"/>
    <w:rsid w:val="3664BAA4"/>
    <w:rsid w:val="379AE0B6"/>
    <w:rsid w:val="37B8C9FD"/>
    <w:rsid w:val="37FE0AC9"/>
    <w:rsid w:val="38458156"/>
    <w:rsid w:val="387322AE"/>
    <w:rsid w:val="3AC5A378"/>
    <w:rsid w:val="3B56511F"/>
    <w:rsid w:val="3BB92AAA"/>
    <w:rsid w:val="3BE12C02"/>
    <w:rsid w:val="3C2B6DB4"/>
    <w:rsid w:val="3C2DC26A"/>
    <w:rsid w:val="3C3A9430"/>
    <w:rsid w:val="3C8B5AFC"/>
    <w:rsid w:val="3D0C8BC5"/>
    <w:rsid w:val="3D85B14F"/>
    <w:rsid w:val="3DC2A279"/>
    <w:rsid w:val="3E66EEC3"/>
    <w:rsid w:val="3F19AE50"/>
    <w:rsid w:val="423E2436"/>
    <w:rsid w:val="42D61AFE"/>
    <w:rsid w:val="4460D462"/>
    <w:rsid w:val="44975003"/>
    <w:rsid w:val="47DAE9DE"/>
    <w:rsid w:val="48453627"/>
    <w:rsid w:val="4929D19D"/>
    <w:rsid w:val="4931F985"/>
    <w:rsid w:val="499533AD"/>
    <w:rsid w:val="4A38D37A"/>
    <w:rsid w:val="4A91DB0D"/>
    <w:rsid w:val="4ABD5159"/>
    <w:rsid w:val="4B8EAC21"/>
    <w:rsid w:val="4C187FD2"/>
    <w:rsid w:val="4C233BEC"/>
    <w:rsid w:val="4D65B870"/>
    <w:rsid w:val="4ED00008"/>
    <w:rsid w:val="4F3F3325"/>
    <w:rsid w:val="5018A4C3"/>
    <w:rsid w:val="51919F06"/>
    <w:rsid w:val="5287323E"/>
    <w:rsid w:val="52DFA6B5"/>
    <w:rsid w:val="53F4EF96"/>
    <w:rsid w:val="54A5230A"/>
    <w:rsid w:val="54B308F7"/>
    <w:rsid w:val="5538E1C1"/>
    <w:rsid w:val="557E3B46"/>
    <w:rsid w:val="55DC4CD9"/>
    <w:rsid w:val="561D8320"/>
    <w:rsid w:val="568A4874"/>
    <w:rsid w:val="56A79D15"/>
    <w:rsid w:val="56C9A85E"/>
    <w:rsid w:val="56FAF6D4"/>
    <w:rsid w:val="5721AF2C"/>
    <w:rsid w:val="578FCAD9"/>
    <w:rsid w:val="5863B338"/>
    <w:rsid w:val="58FD92F3"/>
    <w:rsid w:val="5AA05F7D"/>
    <w:rsid w:val="5AB7B595"/>
    <w:rsid w:val="5AD87911"/>
    <w:rsid w:val="5ADEB03B"/>
    <w:rsid w:val="5B03611D"/>
    <w:rsid w:val="5BC2D7B4"/>
    <w:rsid w:val="5C3CAE0B"/>
    <w:rsid w:val="5C6D61EA"/>
    <w:rsid w:val="5D4642E9"/>
    <w:rsid w:val="5D7D75BA"/>
    <w:rsid w:val="5D8BA955"/>
    <w:rsid w:val="5DDDA7CC"/>
    <w:rsid w:val="5E2F5AF5"/>
    <w:rsid w:val="5EBB59A3"/>
    <w:rsid w:val="5EEFE359"/>
    <w:rsid w:val="5F7458ED"/>
    <w:rsid w:val="603AEA68"/>
    <w:rsid w:val="605E9EDC"/>
    <w:rsid w:val="60EC7ABB"/>
    <w:rsid w:val="6126BB85"/>
    <w:rsid w:val="617D4EDB"/>
    <w:rsid w:val="62073390"/>
    <w:rsid w:val="62749AA9"/>
    <w:rsid w:val="6528C699"/>
    <w:rsid w:val="6563B09D"/>
    <w:rsid w:val="656EB9D2"/>
    <w:rsid w:val="66C602EE"/>
    <w:rsid w:val="67CD6138"/>
    <w:rsid w:val="685B1E9B"/>
    <w:rsid w:val="6865A57C"/>
    <w:rsid w:val="688EFBA5"/>
    <w:rsid w:val="688FD237"/>
    <w:rsid w:val="692CB0CB"/>
    <w:rsid w:val="6A5CF7E5"/>
    <w:rsid w:val="6A991F66"/>
    <w:rsid w:val="6AD2B820"/>
    <w:rsid w:val="6ADF3718"/>
    <w:rsid w:val="6AE57A82"/>
    <w:rsid w:val="6B07D58C"/>
    <w:rsid w:val="6BF6C28D"/>
    <w:rsid w:val="6C02FB6C"/>
    <w:rsid w:val="6C3731B8"/>
    <w:rsid w:val="6CB152BE"/>
    <w:rsid w:val="6EFD8A7E"/>
    <w:rsid w:val="6F216D3F"/>
    <w:rsid w:val="6F5BC6DC"/>
    <w:rsid w:val="6F93E6A8"/>
    <w:rsid w:val="6FA2A7D0"/>
    <w:rsid w:val="6FA542A1"/>
    <w:rsid w:val="706CD56E"/>
    <w:rsid w:val="71977506"/>
    <w:rsid w:val="71C64159"/>
    <w:rsid w:val="722A0D79"/>
    <w:rsid w:val="74C1B206"/>
    <w:rsid w:val="75042D6C"/>
    <w:rsid w:val="7514FD73"/>
    <w:rsid w:val="75728616"/>
    <w:rsid w:val="75D412BB"/>
    <w:rsid w:val="765B4698"/>
    <w:rsid w:val="76668DB8"/>
    <w:rsid w:val="76887684"/>
    <w:rsid w:val="76C57DE0"/>
    <w:rsid w:val="76C609EC"/>
    <w:rsid w:val="77032ECE"/>
    <w:rsid w:val="7714B63D"/>
    <w:rsid w:val="77E3137D"/>
    <w:rsid w:val="780A0759"/>
    <w:rsid w:val="78116AB0"/>
    <w:rsid w:val="785679DA"/>
    <w:rsid w:val="790CC066"/>
    <w:rsid w:val="79196051"/>
    <w:rsid w:val="79451485"/>
    <w:rsid w:val="7A19704E"/>
    <w:rsid w:val="7A63E166"/>
    <w:rsid w:val="7ADC5CD2"/>
    <w:rsid w:val="7B4EC85A"/>
    <w:rsid w:val="7CC9E6F1"/>
    <w:rsid w:val="7D61648B"/>
    <w:rsid w:val="7D9EC8CA"/>
    <w:rsid w:val="7E024956"/>
    <w:rsid w:val="7E12BE2C"/>
    <w:rsid w:val="7ECF113F"/>
    <w:rsid w:val="7FA51472"/>
    <w:rsid w:val="7FBEFB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22ABA7"/>
  <w14:defaultImageDpi w14:val="300"/>
  <w15:docId w15:val="{B31C8E0A-83C8-4326-AD90-7002224D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unhideWhenUsed/>
    <w:qFormat/>
    <w:rsid w:val="00FC693F"/>
    <w:pPr>
      <w:outlineLvl w:val="9"/>
    </w:pPr>
  </w:style>
  <w:style w:type="table" w:styleId="Tabelraster">
    <w:name w:val="Table Grid"/>
    <w:basedOn w:val="Standaardtabe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Inhopg1">
    <w:name w:val="toc 1"/>
    <w:basedOn w:val="Standaard"/>
    <w:next w:val="Standaard"/>
    <w:autoRedefine/>
    <w:uiPriority w:val="39"/>
    <w:unhideWhenUsed/>
    <w:rsid w:val="00EE771D"/>
    <w:pPr>
      <w:spacing w:after="100"/>
    </w:pPr>
  </w:style>
  <w:style w:type="paragraph" w:styleId="Inhopg2">
    <w:name w:val="toc 2"/>
    <w:basedOn w:val="Standaard"/>
    <w:next w:val="Standaard"/>
    <w:autoRedefine/>
    <w:uiPriority w:val="39"/>
    <w:unhideWhenUsed/>
    <w:rsid w:val="00EE771D"/>
    <w:pPr>
      <w:spacing w:after="100"/>
      <w:ind w:left="220"/>
    </w:pPr>
  </w:style>
  <w:style w:type="paragraph" w:styleId="Inhopg3">
    <w:name w:val="toc 3"/>
    <w:basedOn w:val="Standaard"/>
    <w:next w:val="Standaard"/>
    <w:autoRedefine/>
    <w:uiPriority w:val="39"/>
    <w:unhideWhenUsed/>
    <w:rsid w:val="00166052"/>
    <w:pPr>
      <w:tabs>
        <w:tab w:val="right" w:leader="dot" w:pos="8630"/>
      </w:tabs>
      <w:spacing w:after="100"/>
      <w:ind w:left="440"/>
    </w:pPr>
    <w:rPr>
      <w:rFonts w:asciiTheme="majorHAnsi" w:eastAsiaTheme="majorEastAsia" w:hAnsiTheme="majorHAnsi" w:cs="Times New Roman"/>
      <w:noProof/>
      <w:lang w:val="nl-NL"/>
    </w:rPr>
  </w:style>
  <w:style w:type="table" w:customStyle="1" w:styleId="Tabelraster1">
    <w:name w:val="Tabelraster1"/>
    <w:rsid w:val="00EE771D"/>
    <w:pPr>
      <w:spacing w:after="0" w:line="240" w:lineRule="auto"/>
    </w:pPr>
    <w:rPr>
      <w:kern w:val="2"/>
      <w:sz w:val="24"/>
      <w:szCs w:val="24"/>
      <w:lang w:val="nl-NL" w:eastAsia="nl-NL"/>
      <w14:ligatures w14:val="standardContextual"/>
    </w:rPr>
    <w:tblPr>
      <w:tblCellMar>
        <w:top w:w="0" w:type="dxa"/>
        <w:left w:w="0" w:type="dxa"/>
        <w:bottom w:w="0" w:type="dxa"/>
        <w:right w:w="0" w:type="dxa"/>
      </w:tblCellMar>
    </w:tblPr>
  </w:style>
  <w:style w:type="table" w:customStyle="1" w:styleId="Tabelraster3">
    <w:name w:val="Tabelraster3"/>
    <w:basedOn w:val="Standaardtabel"/>
    <w:next w:val="Tabelraster"/>
    <w:uiPriority w:val="39"/>
    <w:rsid w:val="00EE771D"/>
    <w:pPr>
      <w:spacing w:after="0" w:line="240" w:lineRule="auto"/>
    </w:pPr>
    <w:rPr>
      <w:rFonts w:eastAsia="Calibr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39"/>
    <w:rsid w:val="00EE771D"/>
    <w:pPr>
      <w:spacing w:after="0" w:line="240" w:lineRule="auto"/>
    </w:pPr>
    <w:rPr>
      <w:rFonts w:eastAsia="Calibr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39"/>
    <w:rsid w:val="00EE771D"/>
    <w:pPr>
      <w:spacing w:after="0" w:line="240" w:lineRule="auto"/>
    </w:pPr>
    <w:rPr>
      <w:rFonts w:eastAsia="Calibr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EE771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Hyperlink">
    <w:name w:val="Hyperlink"/>
    <w:basedOn w:val="Standaardalinea-lettertype"/>
    <w:uiPriority w:val="99"/>
    <w:unhideWhenUsed/>
    <w:rsid w:val="00E02274"/>
    <w:rPr>
      <w:color w:val="0000FF"/>
      <w:u w:val="single"/>
    </w:rPr>
  </w:style>
  <w:style w:type="paragraph" w:customStyle="1" w:styleId="paragraph">
    <w:name w:val="paragraph"/>
    <w:basedOn w:val="Standaard"/>
    <w:rsid w:val="000C478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Standaardalinea-lettertype"/>
    <w:rsid w:val="000C478B"/>
  </w:style>
  <w:style w:type="character" w:customStyle="1" w:styleId="eop">
    <w:name w:val="eop"/>
    <w:basedOn w:val="Standaardalinea-lettertype"/>
    <w:rsid w:val="000C478B"/>
  </w:style>
  <w:style w:type="character" w:customStyle="1" w:styleId="scxp155133509">
    <w:name w:val="scxp155133509"/>
    <w:basedOn w:val="Standaardalinea-lettertype"/>
    <w:rsid w:val="000C478B"/>
  </w:style>
  <w:style w:type="paragraph" w:styleId="Inhopg4">
    <w:name w:val="toc 4"/>
    <w:basedOn w:val="Standaard"/>
    <w:next w:val="Standaard"/>
    <w:autoRedefine/>
    <w:uiPriority w:val="39"/>
    <w:unhideWhenUsed/>
    <w:rsid w:val="00071496"/>
    <w:pPr>
      <w:spacing w:after="100" w:line="278" w:lineRule="auto"/>
      <w:ind w:left="720"/>
    </w:pPr>
    <w:rPr>
      <w:kern w:val="2"/>
      <w:sz w:val="24"/>
      <w:szCs w:val="24"/>
      <w:lang w:val="nl-NL" w:eastAsia="nl-NL"/>
      <w14:ligatures w14:val="standardContextual"/>
    </w:rPr>
  </w:style>
  <w:style w:type="paragraph" w:styleId="Inhopg5">
    <w:name w:val="toc 5"/>
    <w:basedOn w:val="Standaard"/>
    <w:next w:val="Standaard"/>
    <w:autoRedefine/>
    <w:uiPriority w:val="39"/>
    <w:unhideWhenUsed/>
    <w:rsid w:val="00071496"/>
    <w:pPr>
      <w:spacing w:after="100" w:line="278" w:lineRule="auto"/>
      <w:ind w:left="960"/>
    </w:pPr>
    <w:rPr>
      <w:kern w:val="2"/>
      <w:sz w:val="24"/>
      <w:szCs w:val="24"/>
      <w:lang w:val="nl-NL" w:eastAsia="nl-NL"/>
      <w14:ligatures w14:val="standardContextual"/>
    </w:rPr>
  </w:style>
  <w:style w:type="paragraph" w:styleId="Inhopg6">
    <w:name w:val="toc 6"/>
    <w:basedOn w:val="Standaard"/>
    <w:next w:val="Standaard"/>
    <w:autoRedefine/>
    <w:uiPriority w:val="39"/>
    <w:unhideWhenUsed/>
    <w:rsid w:val="00071496"/>
    <w:pPr>
      <w:spacing w:after="100" w:line="278" w:lineRule="auto"/>
      <w:ind w:left="1200"/>
    </w:pPr>
    <w:rPr>
      <w:kern w:val="2"/>
      <w:sz w:val="24"/>
      <w:szCs w:val="24"/>
      <w:lang w:val="nl-NL" w:eastAsia="nl-NL"/>
      <w14:ligatures w14:val="standardContextual"/>
    </w:rPr>
  </w:style>
  <w:style w:type="paragraph" w:styleId="Inhopg7">
    <w:name w:val="toc 7"/>
    <w:basedOn w:val="Standaard"/>
    <w:next w:val="Standaard"/>
    <w:autoRedefine/>
    <w:uiPriority w:val="39"/>
    <w:unhideWhenUsed/>
    <w:rsid w:val="00071496"/>
    <w:pPr>
      <w:spacing w:after="100" w:line="278" w:lineRule="auto"/>
      <w:ind w:left="1440"/>
    </w:pPr>
    <w:rPr>
      <w:kern w:val="2"/>
      <w:sz w:val="24"/>
      <w:szCs w:val="24"/>
      <w:lang w:val="nl-NL" w:eastAsia="nl-NL"/>
      <w14:ligatures w14:val="standardContextual"/>
    </w:rPr>
  </w:style>
  <w:style w:type="paragraph" w:styleId="Inhopg8">
    <w:name w:val="toc 8"/>
    <w:basedOn w:val="Standaard"/>
    <w:next w:val="Standaard"/>
    <w:autoRedefine/>
    <w:uiPriority w:val="39"/>
    <w:unhideWhenUsed/>
    <w:rsid w:val="00071496"/>
    <w:pPr>
      <w:spacing w:after="100" w:line="278" w:lineRule="auto"/>
      <w:ind w:left="1680"/>
    </w:pPr>
    <w:rPr>
      <w:kern w:val="2"/>
      <w:sz w:val="24"/>
      <w:szCs w:val="24"/>
      <w:lang w:val="nl-NL" w:eastAsia="nl-NL"/>
      <w14:ligatures w14:val="standardContextual"/>
    </w:rPr>
  </w:style>
  <w:style w:type="paragraph" w:styleId="Inhopg9">
    <w:name w:val="toc 9"/>
    <w:basedOn w:val="Standaard"/>
    <w:next w:val="Standaard"/>
    <w:autoRedefine/>
    <w:uiPriority w:val="39"/>
    <w:unhideWhenUsed/>
    <w:rsid w:val="00071496"/>
    <w:pPr>
      <w:spacing w:after="100" w:line="278" w:lineRule="auto"/>
      <w:ind w:left="1920"/>
    </w:pPr>
    <w:rPr>
      <w:kern w:val="2"/>
      <w:sz w:val="24"/>
      <w:szCs w:val="24"/>
      <w:lang w:val="nl-NL" w:eastAsia="nl-NL"/>
      <w14:ligatures w14:val="standardContextual"/>
    </w:rPr>
  </w:style>
  <w:style w:type="character" w:styleId="Onopgelostemelding">
    <w:name w:val="Unresolved Mention"/>
    <w:basedOn w:val="Standaardalinea-lettertype"/>
    <w:uiPriority w:val="99"/>
    <w:semiHidden/>
    <w:unhideWhenUsed/>
    <w:rsid w:val="00071496"/>
    <w:rPr>
      <w:color w:val="605E5C"/>
      <w:shd w:val="clear" w:color="auto" w:fill="E1DFDD"/>
    </w:rPr>
  </w:style>
  <w:style w:type="paragraph" w:styleId="Tekstopmerking">
    <w:name w:val="annotation text"/>
    <w:basedOn w:val="Standaard"/>
    <w:link w:val="TekstopmerkingChar"/>
    <w:uiPriority w:val="99"/>
    <w:unhideWhenUsed/>
    <w:rsid w:val="004C4EA4"/>
    <w:pPr>
      <w:spacing w:line="240" w:lineRule="auto"/>
    </w:pPr>
    <w:rPr>
      <w:sz w:val="20"/>
      <w:szCs w:val="20"/>
    </w:rPr>
  </w:style>
  <w:style w:type="character" w:customStyle="1" w:styleId="TekstopmerkingChar">
    <w:name w:val="Tekst opmerking Char"/>
    <w:basedOn w:val="Standaardalinea-lettertype"/>
    <w:link w:val="Tekstopmerking"/>
    <w:uiPriority w:val="99"/>
    <w:rsid w:val="004C4EA4"/>
    <w:rPr>
      <w:sz w:val="20"/>
      <w:szCs w:val="20"/>
    </w:rPr>
  </w:style>
  <w:style w:type="character" w:styleId="Verwijzingopmerking">
    <w:name w:val="annotation reference"/>
    <w:basedOn w:val="Standaardalinea-lettertype"/>
    <w:uiPriority w:val="99"/>
    <w:semiHidden/>
    <w:unhideWhenUsed/>
    <w:rsid w:val="004C4EA4"/>
    <w:rPr>
      <w:sz w:val="16"/>
      <w:szCs w:val="16"/>
    </w:rPr>
  </w:style>
  <w:style w:type="paragraph" w:styleId="Onderwerpvanopmerking">
    <w:name w:val="annotation subject"/>
    <w:basedOn w:val="Tekstopmerking"/>
    <w:next w:val="Tekstopmerking"/>
    <w:link w:val="OnderwerpvanopmerkingChar"/>
    <w:uiPriority w:val="99"/>
    <w:semiHidden/>
    <w:unhideWhenUsed/>
    <w:rsid w:val="00AB0D6B"/>
    <w:rPr>
      <w:b/>
      <w:bCs/>
    </w:rPr>
  </w:style>
  <w:style w:type="character" w:customStyle="1" w:styleId="OnderwerpvanopmerkingChar">
    <w:name w:val="Onderwerp van opmerking Char"/>
    <w:basedOn w:val="TekstopmerkingChar"/>
    <w:link w:val="Onderwerpvanopmerking"/>
    <w:uiPriority w:val="99"/>
    <w:semiHidden/>
    <w:rsid w:val="00AB0D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665750">
      <w:bodyDiv w:val="1"/>
      <w:marLeft w:val="0"/>
      <w:marRight w:val="0"/>
      <w:marTop w:val="0"/>
      <w:marBottom w:val="0"/>
      <w:divBdr>
        <w:top w:val="none" w:sz="0" w:space="0" w:color="auto"/>
        <w:left w:val="none" w:sz="0" w:space="0" w:color="auto"/>
        <w:bottom w:val="none" w:sz="0" w:space="0" w:color="auto"/>
        <w:right w:val="none" w:sz="0" w:space="0" w:color="auto"/>
      </w:divBdr>
    </w:div>
    <w:div w:id="686757985">
      <w:bodyDiv w:val="1"/>
      <w:marLeft w:val="0"/>
      <w:marRight w:val="0"/>
      <w:marTop w:val="0"/>
      <w:marBottom w:val="0"/>
      <w:divBdr>
        <w:top w:val="none" w:sz="0" w:space="0" w:color="auto"/>
        <w:left w:val="none" w:sz="0" w:space="0" w:color="auto"/>
        <w:bottom w:val="none" w:sz="0" w:space="0" w:color="auto"/>
        <w:right w:val="none" w:sz="0" w:space="0" w:color="auto"/>
      </w:divBdr>
      <w:divsChild>
        <w:div w:id="669262635">
          <w:marLeft w:val="0"/>
          <w:marRight w:val="0"/>
          <w:marTop w:val="0"/>
          <w:marBottom w:val="0"/>
          <w:divBdr>
            <w:top w:val="none" w:sz="0" w:space="0" w:color="auto"/>
            <w:left w:val="none" w:sz="0" w:space="0" w:color="auto"/>
            <w:bottom w:val="none" w:sz="0" w:space="0" w:color="auto"/>
            <w:right w:val="none" w:sz="0" w:space="0" w:color="auto"/>
          </w:divBdr>
        </w:div>
      </w:divsChild>
    </w:div>
    <w:div w:id="1868760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hyperlink" Target="http://www.passendonderwijs-po-22-01-nl/"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www.passendonderwijs-po-22-01-nl/" TargetMode="External"/><Relationship Id="rId42" Type="http://schemas.openxmlformats.org/officeDocument/2006/relationships/hyperlink" Target="http://www.plateau-assen.nl/"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hyperlink" Target="http://www.passendonderwijs-po-22-01-nl/" TargetMode="External"/><Relationship Id="rId38" Type="http://schemas.openxmlformats.org/officeDocument/2006/relationships/hyperlink" Target="http://www.passendonderwijs-po-22-01-n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www.google.nl/search?q=emmaschool+assen&amp;sca_esv=d572f8b83efcb59b&amp;ei=nf0caMziO4G3i-gP6Kfv-Qk&amp;ved=0ahUKEwiMpY_nxZSNAxWB2wIHHejTO58Q4dUDCBA&amp;uact=5&amp;oq=emmaschool+assen&amp;gs_lp=Egxnd3Mtd2l6LXNlcnAiEGVtbWFzY2hvb2wgYXNzZW4yCxAuGIAEGMcBGK8BMgUQABiABDIGEAAYFhgeMgYQABgWGB4yBhAAGBYYHjIGEAAYFhgeMggQABiABBiiBDIIEAAYgAQYogQyGhAuGIAEGMcBGK8BGJcFGNwEGN4EGOAE2AEBSKkqUABYrShwAHgAkAEAmAGMAaAB7wyqAQQ1LjExuAEDyAEA-AEBmAIQoAKZDsICBRAuGIAEwgIIEC4YgAQYsQPCAgsQABiABBixAxiDAcICDhAuGIAEGLEDGNEDGMcBwgIOEAAYgAQYsQMYgwEYigXCAgsQLhiABBjRAxjHAcICDhAuGIAEGLEDGMcBGK8BwgIIEAAYgAQYsQPCAhQQLhiABBiXBRjcBBjeBBjgBNgBAcICChAAGIAEGEMYigXCAggQLhiABBjUAsICChAuGIAEGEMYigXCAg0QABiABBixAxhDGIoFwgIKEAAYgAQYsQMYCsICDhAuGIAEGMcBGI4FGK8BwgIIEAAYogQYiQWYAwC6BgYIARABGBSSBwQ0LjEyoAfB3AKyBwQ0LjEyuAeZDg&amp;sclient=gws-wiz-serp" TargetMode="External"/><Relationship Id="rId41" Type="http://schemas.openxmlformats.org/officeDocument/2006/relationships/hyperlink" Target="http://www.plateau-ass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www.passendonderwijs-po-22-01-nl/" TargetMode="External"/><Relationship Id="rId37" Type="http://schemas.openxmlformats.org/officeDocument/2006/relationships/hyperlink" Target="http://www.passendonderwijs-po-22-01-nl/" TargetMode="External"/><Relationship Id="rId40" Type="http://schemas.openxmlformats.org/officeDocument/2006/relationships/hyperlink" Target="http://www.plateau-assen.nl/" TargetMode="External"/><Relationship Id="rId45" Type="http://schemas.openxmlformats.org/officeDocument/2006/relationships/hyperlink" Target="http://www.earlybirdie.n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passendonderwijs-po-22-01-n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passendonderwijs-po-22-01-nl/" TargetMode="External"/><Relationship Id="rId44" Type="http://schemas.openxmlformats.org/officeDocument/2006/relationships/hyperlink" Target="http://www.earlybirdi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www.passendonderwijs-po-22-01-nl/" TargetMode="External"/><Relationship Id="rId35" Type="http://schemas.openxmlformats.org/officeDocument/2006/relationships/hyperlink" Target="http://www.passendonderwijs-po-22-01-nl/" TargetMode="External"/><Relationship Id="rId43" Type="http://schemas.openxmlformats.org/officeDocument/2006/relationships/hyperlink" Target="http://www.plateau-ass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8c806c4-15b4-48a9-b1a1-ffb9c1af5d9f" xsi:nil="true"/>
    <lcf76f155ced4ddcb4097134ff3c332f xmlns="2b8acafe-2ffe-4200-827f-69e160e3b2d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A38F9D58AD6A4BB632AB213B51C0ED" ma:contentTypeVersion="14" ma:contentTypeDescription="Een nieuw document maken." ma:contentTypeScope="" ma:versionID="75ffff0e9983cfd837865a8f3169f189">
  <xsd:schema xmlns:xsd="http://www.w3.org/2001/XMLSchema" xmlns:xs="http://www.w3.org/2001/XMLSchema" xmlns:p="http://schemas.microsoft.com/office/2006/metadata/properties" xmlns:ns2="2b8acafe-2ffe-4200-827f-69e160e3b2da" xmlns:ns3="e8c806c4-15b4-48a9-b1a1-ffb9c1af5d9f" targetNamespace="http://schemas.microsoft.com/office/2006/metadata/properties" ma:root="true" ma:fieldsID="0b9276b4722aff955c141e55d0536ce2" ns2:_="" ns3:_="">
    <xsd:import namespace="2b8acafe-2ffe-4200-827f-69e160e3b2da"/>
    <xsd:import namespace="e8c806c4-15b4-48a9-b1a1-ffb9c1af5d9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acafe-2ffe-4200-827f-69e160e3b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155bab8-899c-4323-9827-e9baf6a83a7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c806c4-15b4-48a9-b1a1-ffb9c1af5d9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b8becae2-a657-47a8-9034-0289c2d44cf3}" ma:internalName="TaxCatchAll" ma:showField="CatchAllData" ma:web="e8c806c4-15b4-48a9-b1a1-ffb9c1af5d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EE802C-32E2-49BB-A902-B0F50F93E00C}">
  <ds:schemaRefs>
    <ds:schemaRef ds:uri="http://schemas.microsoft.com/sharepoint/v3/contenttype/form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695952A3-4069-41CA-AD7F-4EBB8160550E}">
  <ds:schemaRefs>
    <ds:schemaRef ds:uri="http://schemas.microsoft.com/office/2006/metadata/properties"/>
    <ds:schemaRef ds:uri="http://schemas.microsoft.com/office/infopath/2007/PartnerControls"/>
    <ds:schemaRef ds:uri="e8c806c4-15b4-48a9-b1a1-ffb9c1af5d9f"/>
    <ds:schemaRef ds:uri="2b8acafe-2ffe-4200-827f-69e160e3b2da"/>
  </ds:schemaRefs>
</ds:datastoreItem>
</file>

<file path=customXml/itemProps4.xml><?xml version="1.0" encoding="utf-8"?>
<ds:datastoreItem xmlns:ds="http://schemas.openxmlformats.org/officeDocument/2006/customXml" ds:itemID="{1CDB0B82-4388-40C0-8A37-D5519D4E7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acafe-2ffe-4200-827f-69e160e3b2da"/>
    <ds:schemaRef ds:uri="e8c806c4-15b4-48a9-b1a1-ffb9c1af5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34</Pages>
  <Words>9238</Words>
  <Characters>50815</Characters>
  <Application>Microsoft Office Word</Application>
  <DocSecurity>0</DocSecurity>
  <Lines>423</Lines>
  <Paragraphs>119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59934</CharactersWithSpaces>
  <SharedDoc>false</SharedDoc>
  <HyperlinkBase/>
  <HLinks>
    <vt:vector size="648" baseType="variant">
      <vt:variant>
        <vt:i4>7077990</vt:i4>
      </vt:variant>
      <vt:variant>
        <vt:i4>597</vt:i4>
      </vt:variant>
      <vt:variant>
        <vt:i4>0</vt:i4>
      </vt:variant>
      <vt:variant>
        <vt:i4>5</vt:i4>
      </vt:variant>
      <vt:variant>
        <vt:lpwstr>http://www.earlybirdie.nl/</vt:lpwstr>
      </vt:variant>
      <vt:variant>
        <vt:lpwstr/>
      </vt:variant>
      <vt:variant>
        <vt:i4>7077990</vt:i4>
      </vt:variant>
      <vt:variant>
        <vt:i4>594</vt:i4>
      </vt:variant>
      <vt:variant>
        <vt:i4>0</vt:i4>
      </vt:variant>
      <vt:variant>
        <vt:i4>5</vt:i4>
      </vt:variant>
      <vt:variant>
        <vt:lpwstr>http://www.earlybirdie.nl/</vt:lpwstr>
      </vt:variant>
      <vt:variant>
        <vt:lpwstr/>
      </vt:variant>
      <vt:variant>
        <vt:i4>1507408</vt:i4>
      </vt:variant>
      <vt:variant>
        <vt:i4>591</vt:i4>
      </vt:variant>
      <vt:variant>
        <vt:i4>0</vt:i4>
      </vt:variant>
      <vt:variant>
        <vt:i4>5</vt:i4>
      </vt:variant>
      <vt:variant>
        <vt:lpwstr>http://www.plateau-assen.nl/</vt:lpwstr>
      </vt:variant>
      <vt:variant>
        <vt:lpwstr/>
      </vt:variant>
      <vt:variant>
        <vt:i4>1507408</vt:i4>
      </vt:variant>
      <vt:variant>
        <vt:i4>588</vt:i4>
      </vt:variant>
      <vt:variant>
        <vt:i4>0</vt:i4>
      </vt:variant>
      <vt:variant>
        <vt:i4>5</vt:i4>
      </vt:variant>
      <vt:variant>
        <vt:lpwstr>http://www.plateau-assen.nl/</vt:lpwstr>
      </vt:variant>
      <vt:variant>
        <vt:lpwstr/>
      </vt:variant>
      <vt:variant>
        <vt:i4>1507408</vt:i4>
      </vt:variant>
      <vt:variant>
        <vt:i4>585</vt:i4>
      </vt:variant>
      <vt:variant>
        <vt:i4>0</vt:i4>
      </vt:variant>
      <vt:variant>
        <vt:i4>5</vt:i4>
      </vt:variant>
      <vt:variant>
        <vt:lpwstr>http://www.plateau-assen.nl/</vt:lpwstr>
      </vt:variant>
      <vt:variant>
        <vt:lpwstr/>
      </vt:variant>
      <vt:variant>
        <vt:i4>1507408</vt:i4>
      </vt:variant>
      <vt:variant>
        <vt:i4>582</vt:i4>
      </vt:variant>
      <vt:variant>
        <vt:i4>0</vt:i4>
      </vt:variant>
      <vt:variant>
        <vt:i4>5</vt:i4>
      </vt:variant>
      <vt:variant>
        <vt:lpwstr>http://www.plateau-assen.nl/</vt:lpwstr>
      </vt:variant>
      <vt:variant>
        <vt:lpwstr/>
      </vt:variant>
      <vt:variant>
        <vt:i4>1179729</vt:i4>
      </vt:variant>
      <vt:variant>
        <vt:i4>579</vt:i4>
      </vt:variant>
      <vt:variant>
        <vt:i4>0</vt:i4>
      </vt:variant>
      <vt:variant>
        <vt:i4>5</vt:i4>
      </vt:variant>
      <vt:variant>
        <vt:lpwstr>http://www.passendonderwijs-po-22-01-nl/</vt:lpwstr>
      </vt:variant>
      <vt:variant>
        <vt:lpwstr/>
      </vt:variant>
      <vt:variant>
        <vt:i4>1179729</vt:i4>
      </vt:variant>
      <vt:variant>
        <vt:i4>576</vt:i4>
      </vt:variant>
      <vt:variant>
        <vt:i4>0</vt:i4>
      </vt:variant>
      <vt:variant>
        <vt:i4>5</vt:i4>
      </vt:variant>
      <vt:variant>
        <vt:lpwstr>http://www.passendonderwijs-po-22-01-nl/</vt:lpwstr>
      </vt:variant>
      <vt:variant>
        <vt:lpwstr/>
      </vt:variant>
      <vt:variant>
        <vt:i4>1179729</vt:i4>
      </vt:variant>
      <vt:variant>
        <vt:i4>573</vt:i4>
      </vt:variant>
      <vt:variant>
        <vt:i4>0</vt:i4>
      </vt:variant>
      <vt:variant>
        <vt:i4>5</vt:i4>
      </vt:variant>
      <vt:variant>
        <vt:lpwstr>http://www.passendonderwijs-po-22-01-nl/</vt:lpwstr>
      </vt:variant>
      <vt:variant>
        <vt:lpwstr/>
      </vt:variant>
      <vt:variant>
        <vt:i4>1179729</vt:i4>
      </vt:variant>
      <vt:variant>
        <vt:i4>570</vt:i4>
      </vt:variant>
      <vt:variant>
        <vt:i4>0</vt:i4>
      </vt:variant>
      <vt:variant>
        <vt:i4>5</vt:i4>
      </vt:variant>
      <vt:variant>
        <vt:lpwstr>http://www.passendonderwijs-po-22-01-nl/</vt:lpwstr>
      </vt:variant>
      <vt:variant>
        <vt:lpwstr/>
      </vt:variant>
      <vt:variant>
        <vt:i4>1179729</vt:i4>
      </vt:variant>
      <vt:variant>
        <vt:i4>567</vt:i4>
      </vt:variant>
      <vt:variant>
        <vt:i4>0</vt:i4>
      </vt:variant>
      <vt:variant>
        <vt:i4>5</vt:i4>
      </vt:variant>
      <vt:variant>
        <vt:lpwstr>http://www.passendonderwijs-po-22-01-nl/</vt:lpwstr>
      </vt:variant>
      <vt:variant>
        <vt:lpwstr/>
      </vt:variant>
      <vt:variant>
        <vt:i4>1179729</vt:i4>
      </vt:variant>
      <vt:variant>
        <vt:i4>564</vt:i4>
      </vt:variant>
      <vt:variant>
        <vt:i4>0</vt:i4>
      </vt:variant>
      <vt:variant>
        <vt:i4>5</vt:i4>
      </vt:variant>
      <vt:variant>
        <vt:lpwstr>http://www.passendonderwijs-po-22-01-nl/</vt:lpwstr>
      </vt:variant>
      <vt:variant>
        <vt:lpwstr/>
      </vt:variant>
      <vt:variant>
        <vt:i4>1179729</vt:i4>
      </vt:variant>
      <vt:variant>
        <vt:i4>561</vt:i4>
      </vt:variant>
      <vt:variant>
        <vt:i4>0</vt:i4>
      </vt:variant>
      <vt:variant>
        <vt:i4>5</vt:i4>
      </vt:variant>
      <vt:variant>
        <vt:lpwstr>http://www.passendonderwijs-po-22-01-nl/</vt:lpwstr>
      </vt:variant>
      <vt:variant>
        <vt:lpwstr/>
      </vt:variant>
      <vt:variant>
        <vt:i4>1179729</vt:i4>
      </vt:variant>
      <vt:variant>
        <vt:i4>558</vt:i4>
      </vt:variant>
      <vt:variant>
        <vt:i4>0</vt:i4>
      </vt:variant>
      <vt:variant>
        <vt:i4>5</vt:i4>
      </vt:variant>
      <vt:variant>
        <vt:lpwstr>http://www.passendonderwijs-po-22-01-nl/</vt:lpwstr>
      </vt:variant>
      <vt:variant>
        <vt:lpwstr/>
      </vt:variant>
      <vt:variant>
        <vt:i4>1179729</vt:i4>
      </vt:variant>
      <vt:variant>
        <vt:i4>555</vt:i4>
      </vt:variant>
      <vt:variant>
        <vt:i4>0</vt:i4>
      </vt:variant>
      <vt:variant>
        <vt:i4>5</vt:i4>
      </vt:variant>
      <vt:variant>
        <vt:lpwstr>http://www.passendonderwijs-po-22-01-nl/</vt:lpwstr>
      </vt:variant>
      <vt:variant>
        <vt:lpwstr/>
      </vt:variant>
      <vt:variant>
        <vt:i4>1179729</vt:i4>
      </vt:variant>
      <vt:variant>
        <vt:i4>552</vt:i4>
      </vt:variant>
      <vt:variant>
        <vt:i4>0</vt:i4>
      </vt:variant>
      <vt:variant>
        <vt:i4>5</vt:i4>
      </vt:variant>
      <vt:variant>
        <vt:lpwstr>http://www.passendonderwijs-po-22-01-nl/</vt:lpwstr>
      </vt:variant>
      <vt:variant>
        <vt:lpwstr/>
      </vt:variant>
      <vt:variant>
        <vt:i4>3473495</vt:i4>
      </vt:variant>
      <vt:variant>
        <vt:i4>549</vt:i4>
      </vt:variant>
      <vt:variant>
        <vt:i4>0</vt:i4>
      </vt:variant>
      <vt:variant>
        <vt:i4>5</vt:i4>
      </vt:variant>
      <vt:variant>
        <vt:lpwstr>https://www.google.nl/search?q=emmaschool+assen&amp;sca_esv=d572f8b83efcb59b&amp;ei=nf0caMziO4G3i-gP6Kfv-Qk&amp;ved=0ahUKEwiMpY_nxZSNAxWB2wIHHejTO58Q4dUDCBA&amp;uact=5&amp;oq=emmaschool+assen&amp;gs_lp=Egxnd3Mtd2l6LXNlcnAiEGVtbWFzY2hvb2wgYXNzZW4yCxAuGIAEGMcBGK8BMgUQABiABDIGEAAYFhgeMgYQABgWGB4yBhAAGBYYHjIGEAAYFhgeMggQABiABBiiBDIIEAAYgAQYogQyGhAuGIAEGMcBGK8BGJcFGNwEGN4EGOAE2AEBSKkqUABYrShwAHgAkAEAmAGMAaAB7wyqAQQ1LjExuAEDyAEA-AEBmAIQoAKZDsICBRAuGIAEwgIIEC4YgAQYsQPCAgsQABiABBixAxiDAcICDhAuGIAEGLEDGNEDGMcBwgIOEAAYgAQYsQMYgwEYigXCAgsQLhiABBjRAxjHAcICDhAuGIAEGLEDGMcBGK8BwgIIEAAYgAQYsQPCAhQQLhiABBiXBRjcBBjeBBjgBNgBAcICChAAGIAEGEMYigXCAggQLhiABBjUAsICChAuGIAEGEMYigXCAg0QABiABBixAxhDGIoFwgIKEAAYgAQYsQMYCsICDhAuGIAEGMcBGI4FGK8BwgIIEAAYogQYiQWYAwC6BgYIARABGBSSBwQ0LjEyoAfB3AKyBwQ0LjEyuAeZDg&amp;sclient=gws-wiz-serp</vt:lpwstr>
      </vt:variant>
      <vt:variant>
        <vt:lpwstr/>
      </vt:variant>
      <vt:variant>
        <vt:i4>1769531</vt:i4>
      </vt:variant>
      <vt:variant>
        <vt:i4>542</vt:i4>
      </vt:variant>
      <vt:variant>
        <vt:i4>0</vt:i4>
      </vt:variant>
      <vt:variant>
        <vt:i4>5</vt:i4>
      </vt:variant>
      <vt:variant>
        <vt:lpwstr/>
      </vt:variant>
      <vt:variant>
        <vt:lpwstr>_Toc207185680</vt:lpwstr>
      </vt:variant>
      <vt:variant>
        <vt:i4>1310779</vt:i4>
      </vt:variant>
      <vt:variant>
        <vt:i4>536</vt:i4>
      </vt:variant>
      <vt:variant>
        <vt:i4>0</vt:i4>
      </vt:variant>
      <vt:variant>
        <vt:i4>5</vt:i4>
      </vt:variant>
      <vt:variant>
        <vt:lpwstr/>
      </vt:variant>
      <vt:variant>
        <vt:lpwstr>_Toc207185679</vt:lpwstr>
      </vt:variant>
      <vt:variant>
        <vt:i4>1310779</vt:i4>
      </vt:variant>
      <vt:variant>
        <vt:i4>530</vt:i4>
      </vt:variant>
      <vt:variant>
        <vt:i4>0</vt:i4>
      </vt:variant>
      <vt:variant>
        <vt:i4>5</vt:i4>
      </vt:variant>
      <vt:variant>
        <vt:lpwstr/>
      </vt:variant>
      <vt:variant>
        <vt:lpwstr>_Toc207185678</vt:lpwstr>
      </vt:variant>
      <vt:variant>
        <vt:i4>1310779</vt:i4>
      </vt:variant>
      <vt:variant>
        <vt:i4>524</vt:i4>
      </vt:variant>
      <vt:variant>
        <vt:i4>0</vt:i4>
      </vt:variant>
      <vt:variant>
        <vt:i4>5</vt:i4>
      </vt:variant>
      <vt:variant>
        <vt:lpwstr/>
      </vt:variant>
      <vt:variant>
        <vt:lpwstr>_Toc207185677</vt:lpwstr>
      </vt:variant>
      <vt:variant>
        <vt:i4>1310779</vt:i4>
      </vt:variant>
      <vt:variant>
        <vt:i4>518</vt:i4>
      </vt:variant>
      <vt:variant>
        <vt:i4>0</vt:i4>
      </vt:variant>
      <vt:variant>
        <vt:i4>5</vt:i4>
      </vt:variant>
      <vt:variant>
        <vt:lpwstr/>
      </vt:variant>
      <vt:variant>
        <vt:lpwstr>_Toc207185676</vt:lpwstr>
      </vt:variant>
      <vt:variant>
        <vt:i4>1310779</vt:i4>
      </vt:variant>
      <vt:variant>
        <vt:i4>512</vt:i4>
      </vt:variant>
      <vt:variant>
        <vt:i4>0</vt:i4>
      </vt:variant>
      <vt:variant>
        <vt:i4>5</vt:i4>
      </vt:variant>
      <vt:variant>
        <vt:lpwstr/>
      </vt:variant>
      <vt:variant>
        <vt:lpwstr>_Toc207185675</vt:lpwstr>
      </vt:variant>
      <vt:variant>
        <vt:i4>1310779</vt:i4>
      </vt:variant>
      <vt:variant>
        <vt:i4>506</vt:i4>
      </vt:variant>
      <vt:variant>
        <vt:i4>0</vt:i4>
      </vt:variant>
      <vt:variant>
        <vt:i4>5</vt:i4>
      </vt:variant>
      <vt:variant>
        <vt:lpwstr/>
      </vt:variant>
      <vt:variant>
        <vt:lpwstr>_Toc207185674</vt:lpwstr>
      </vt:variant>
      <vt:variant>
        <vt:i4>1310779</vt:i4>
      </vt:variant>
      <vt:variant>
        <vt:i4>500</vt:i4>
      </vt:variant>
      <vt:variant>
        <vt:i4>0</vt:i4>
      </vt:variant>
      <vt:variant>
        <vt:i4>5</vt:i4>
      </vt:variant>
      <vt:variant>
        <vt:lpwstr/>
      </vt:variant>
      <vt:variant>
        <vt:lpwstr>_Toc207185673</vt:lpwstr>
      </vt:variant>
      <vt:variant>
        <vt:i4>1310779</vt:i4>
      </vt:variant>
      <vt:variant>
        <vt:i4>494</vt:i4>
      </vt:variant>
      <vt:variant>
        <vt:i4>0</vt:i4>
      </vt:variant>
      <vt:variant>
        <vt:i4>5</vt:i4>
      </vt:variant>
      <vt:variant>
        <vt:lpwstr/>
      </vt:variant>
      <vt:variant>
        <vt:lpwstr>_Toc207185672</vt:lpwstr>
      </vt:variant>
      <vt:variant>
        <vt:i4>1310779</vt:i4>
      </vt:variant>
      <vt:variant>
        <vt:i4>488</vt:i4>
      </vt:variant>
      <vt:variant>
        <vt:i4>0</vt:i4>
      </vt:variant>
      <vt:variant>
        <vt:i4>5</vt:i4>
      </vt:variant>
      <vt:variant>
        <vt:lpwstr/>
      </vt:variant>
      <vt:variant>
        <vt:lpwstr>_Toc207185671</vt:lpwstr>
      </vt:variant>
      <vt:variant>
        <vt:i4>1310779</vt:i4>
      </vt:variant>
      <vt:variant>
        <vt:i4>482</vt:i4>
      </vt:variant>
      <vt:variant>
        <vt:i4>0</vt:i4>
      </vt:variant>
      <vt:variant>
        <vt:i4>5</vt:i4>
      </vt:variant>
      <vt:variant>
        <vt:lpwstr/>
      </vt:variant>
      <vt:variant>
        <vt:lpwstr>_Toc207185670</vt:lpwstr>
      </vt:variant>
      <vt:variant>
        <vt:i4>1376315</vt:i4>
      </vt:variant>
      <vt:variant>
        <vt:i4>476</vt:i4>
      </vt:variant>
      <vt:variant>
        <vt:i4>0</vt:i4>
      </vt:variant>
      <vt:variant>
        <vt:i4>5</vt:i4>
      </vt:variant>
      <vt:variant>
        <vt:lpwstr/>
      </vt:variant>
      <vt:variant>
        <vt:lpwstr>_Toc207185669</vt:lpwstr>
      </vt:variant>
      <vt:variant>
        <vt:i4>1376315</vt:i4>
      </vt:variant>
      <vt:variant>
        <vt:i4>470</vt:i4>
      </vt:variant>
      <vt:variant>
        <vt:i4>0</vt:i4>
      </vt:variant>
      <vt:variant>
        <vt:i4>5</vt:i4>
      </vt:variant>
      <vt:variant>
        <vt:lpwstr/>
      </vt:variant>
      <vt:variant>
        <vt:lpwstr>_Toc207185668</vt:lpwstr>
      </vt:variant>
      <vt:variant>
        <vt:i4>1376315</vt:i4>
      </vt:variant>
      <vt:variant>
        <vt:i4>464</vt:i4>
      </vt:variant>
      <vt:variant>
        <vt:i4>0</vt:i4>
      </vt:variant>
      <vt:variant>
        <vt:i4>5</vt:i4>
      </vt:variant>
      <vt:variant>
        <vt:lpwstr/>
      </vt:variant>
      <vt:variant>
        <vt:lpwstr>_Toc207185667</vt:lpwstr>
      </vt:variant>
      <vt:variant>
        <vt:i4>1376315</vt:i4>
      </vt:variant>
      <vt:variant>
        <vt:i4>458</vt:i4>
      </vt:variant>
      <vt:variant>
        <vt:i4>0</vt:i4>
      </vt:variant>
      <vt:variant>
        <vt:i4>5</vt:i4>
      </vt:variant>
      <vt:variant>
        <vt:lpwstr/>
      </vt:variant>
      <vt:variant>
        <vt:lpwstr>_Toc207185666</vt:lpwstr>
      </vt:variant>
      <vt:variant>
        <vt:i4>1376315</vt:i4>
      </vt:variant>
      <vt:variant>
        <vt:i4>452</vt:i4>
      </vt:variant>
      <vt:variant>
        <vt:i4>0</vt:i4>
      </vt:variant>
      <vt:variant>
        <vt:i4>5</vt:i4>
      </vt:variant>
      <vt:variant>
        <vt:lpwstr/>
      </vt:variant>
      <vt:variant>
        <vt:lpwstr>_Toc207185665</vt:lpwstr>
      </vt:variant>
      <vt:variant>
        <vt:i4>1376315</vt:i4>
      </vt:variant>
      <vt:variant>
        <vt:i4>446</vt:i4>
      </vt:variant>
      <vt:variant>
        <vt:i4>0</vt:i4>
      </vt:variant>
      <vt:variant>
        <vt:i4>5</vt:i4>
      </vt:variant>
      <vt:variant>
        <vt:lpwstr/>
      </vt:variant>
      <vt:variant>
        <vt:lpwstr>_Toc207185664</vt:lpwstr>
      </vt:variant>
      <vt:variant>
        <vt:i4>1376315</vt:i4>
      </vt:variant>
      <vt:variant>
        <vt:i4>440</vt:i4>
      </vt:variant>
      <vt:variant>
        <vt:i4>0</vt:i4>
      </vt:variant>
      <vt:variant>
        <vt:i4>5</vt:i4>
      </vt:variant>
      <vt:variant>
        <vt:lpwstr/>
      </vt:variant>
      <vt:variant>
        <vt:lpwstr>_Toc207185663</vt:lpwstr>
      </vt:variant>
      <vt:variant>
        <vt:i4>1376315</vt:i4>
      </vt:variant>
      <vt:variant>
        <vt:i4>434</vt:i4>
      </vt:variant>
      <vt:variant>
        <vt:i4>0</vt:i4>
      </vt:variant>
      <vt:variant>
        <vt:i4>5</vt:i4>
      </vt:variant>
      <vt:variant>
        <vt:lpwstr/>
      </vt:variant>
      <vt:variant>
        <vt:lpwstr>_Toc207185662</vt:lpwstr>
      </vt:variant>
      <vt:variant>
        <vt:i4>1376315</vt:i4>
      </vt:variant>
      <vt:variant>
        <vt:i4>428</vt:i4>
      </vt:variant>
      <vt:variant>
        <vt:i4>0</vt:i4>
      </vt:variant>
      <vt:variant>
        <vt:i4>5</vt:i4>
      </vt:variant>
      <vt:variant>
        <vt:lpwstr/>
      </vt:variant>
      <vt:variant>
        <vt:lpwstr>_Toc207185661</vt:lpwstr>
      </vt:variant>
      <vt:variant>
        <vt:i4>1376315</vt:i4>
      </vt:variant>
      <vt:variant>
        <vt:i4>422</vt:i4>
      </vt:variant>
      <vt:variant>
        <vt:i4>0</vt:i4>
      </vt:variant>
      <vt:variant>
        <vt:i4>5</vt:i4>
      </vt:variant>
      <vt:variant>
        <vt:lpwstr/>
      </vt:variant>
      <vt:variant>
        <vt:lpwstr>_Toc207185660</vt:lpwstr>
      </vt:variant>
      <vt:variant>
        <vt:i4>1441851</vt:i4>
      </vt:variant>
      <vt:variant>
        <vt:i4>416</vt:i4>
      </vt:variant>
      <vt:variant>
        <vt:i4>0</vt:i4>
      </vt:variant>
      <vt:variant>
        <vt:i4>5</vt:i4>
      </vt:variant>
      <vt:variant>
        <vt:lpwstr/>
      </vt:variant>
      <vt:variant>
        <vt:lpwstr>_Toc207185659</vt:lpwstr>
      </vt:variant>
      <vt:variant>
        <vt:i4>1441851</vt:i4>
      </vt:variant>
      <vt:variant>
        <vt:i4>410</vt:i4>
      </vt:variant>
      <vt:variant>
        <vt:i4>0</vt:i4>
      </vt:variant>
      <vt:variant>
        <vt:i4>5</vt:i4>
      </vt:variant>
      <vt:variant>
        <vt:lpwstr/>
      </vt:variant>
      <vt:variant>
        <vt:lpwstr>_Toc207185658</vt:lpwstr>
      </vt:variant>
      <vt:variant>
        <vt:i4>1441851</vt:i4>
      </vt:variant>
      <vt:variant>
        <vt:i4>404</vt:i4>
      </vt:variant>
      <vt:variant>
        <vt:i4>0</vt:i4>
      </vt:variant>
      <vt:variant>
        <vt:i4>5</vt:i4>
      </vt:variant>
      <vt:variant>
        <vt:lpwstr/>
      </vt:variant>
      <vt:variant>
        <vt:lpwstr>_Toc207185657</vt:lpwstr>
      </vt:variant>
      <vt:variant>
        <vt:i4>1441851</vt:i4>
      </vt:variant>
      <vt:variant>
        <vt:i4>398</vt:i4>
      </vt:variant>
      <vt:variant>
        <vt:i4>0</vt:i4>
      </vt:variant>
      <vt:variant>
        <vt:i4>5</vt:i4>
      </vt:variant>
      <vt:variant>
        <vt:lpwstr/>
      </vt:variant>
      <vt:variant>
        <vt:lpwstr>_Toc207185656</vt:lpwstr>
      </vt:variant>
      <vt:variant>
        <vt:i4>1441851</vt:i4>
      </vt:variant>
      <vt:variant>
        <vt:i4>392</vt:i4>
      </vt:variant>
      <vt:variant>
        <vt:i4>0</vt:i4>
      </vt:variant>
      <vt:variant>
        <vt:i4>5</vt:i4>
      </vt:variant>
      <vt:variant>
        <vt:lpwstr/>
      </vt:variant>
      <vt:variant>
        <vt:lpwstr>_Toc207185655</vt:lpwstr>
      </vt:variant>
      <vt:variant>
        <vt:i4>1441851</vt:i4>
      </vt:variant>
      <vt:variant>
        <vt:i4>386</vt:i4>
      </vt:variant>
      <vt:variant>
        <vt:i4>0</vt:i4>
      </vt:variant>
      <vt:variant>
        <vt:i4>5</vt:i4>
      </vt:variant>
      <vt:variant>
        <vt:lpwstr/>
      </vt:variant>
      <vt:variant>
        <vt:lpwstr>_Toc207185654</vt:lpwstr>
      </vt:variant>
      <vt:variant>
        <vt:i4>1441851</vt:i4>
      </vt:variant>
      <vt:variant>
        <vt:i4>380</vt:i4>
      </vt:variant>
      <vt:variant>
        <vt:i4>0</vt:i4>
      </vt:variant>
      <vt:variant>
        <vt:i4>5</vt:i4>
      </vt:variant>
      <vt:variant>
        <vt:lpwstr/>
      </vt:variant>
      <vt:variant>
        <vt:lpwstr>_Toc207185653</vt:lpwstr>
      </vt:variant>
      <vt:variant>
        <vt:i4>1441851</vt:i4>
      </vt:variant>
      <vt:variant>
        <vt:i4>374</vt:i4>
      </vt:variant>
      <vt:variant>
        <vt:i4>0</vt:i4>
      </vt:variant>
      <vt:variant>
        <vt:i4>5</vt:i4>
      </vt:variant>
      <vt:variant>
        <vt:lpwstr/>
      </vt:variant>
      <vt:variant>
        <vt:lpwstr>_Toc207185652</vt:lpwstr>
      </vt:variant>
      <vt:variant>
        <vt:i4>1441851</vt:i4>
      </vt:variant>
      <vt:variant>
        <vt:i4>368</vt:i4>
      </vt:variant>
      <vt:variant>
        <vt:i4>0</vt:i4>
      </vt:variant>
      <vt:variant>
        <vt:i4>5</vt:i4>
      </vt:variant>
      <vt:variant>
        <vt:lpwstr/>
      </vt:variant>
      <vt:variant>
        <vt:lpwstr>_Toc207185651</vt:lpwstr>
      </vt:variant>
      <vt:variant>
        <vt:i4>1441851</vt:i4>
      </vt:variant>
      <vt:variant>
        <vt:i4>362</vt:i4>
      </vt:variant>
      <vt:variant>
        <vt:i4>0</vt:i4>
      </vt:variant>
      <vt:variant>
        <vt:i4>5</vt:i4>
      </vt:variant>
      <vt:variant>
        <vt:lpwstr/>
      </vt:variant>
      <vt:variant>
        <vt:lpwstr>_Toc207185650</vt:lpwstr>
      </vt:variant>
      <vt:variant>
        <vt:i4>1507387</vt:i4>
      </vt:variant>
      <vt:variant>
        <vt:i4>356</vt:i4>
      </vt:variant>
      <vt:variant>
        <vt:i4>0</vt:i4>
      </vt:variant>
      <vt:variant>
        <vt:i4>5</vt:i4>
      </vt:variant>
      <vt:variant>
        <vt:lpwstr/>
      </vt:variant>
      <vt:variant>
        <vt:lpwstr>_Toc207185649</vt:lpwstr>
      </vt:variant>
      <vt:variant>
        <vt:i4>1507387</vt:i4>
      </vt:variant>
      <vt:variant>
        <vt:i4>350</vt:i4>
      </vt:variant>
      <vt:variant>
        <vt:i4>0</vt:i4>
      </vt:variant>
      <vt:variant>
        <vt:i4>5</vt:i4>
      </vt:variant>
      <vt:variant>
        <vt:lpwstr/>
      </vt:variant>
      <vt:variant>
        <vt:lpwstr>_Toc207185648</vt:lpwstr>
      </vt:variant>
      <vt:variant>
        <vt:i4>1507387</vt:i4>
      </vt:variant>
      <vt:variant>
        <vt:i4>344</vt:i4>
      </vt:variant>
      <vt:variant>
        <vt:i4>0</vt:i4>
      </vt:variant>
      <vt:variant>
        <vt:i4>5</vt:i4>
      </vt:variant>
      <vt:variant>
        <vt:lpwstr/>
      </vt:variant>
      <vt:variant>
        <vt:lpwstr>_Toc207185647</vt:lpwstr>
      </vt:variant>
      <vt:variant>
        <vt:i4>1507387</vt:i4>
      </vt:variant>
      <vt:variant>
        <vt:i4>338</vt:i4>
      </vt:variant>
      <vt:variant>
        <vt:i4>0</vt:i4>
      </vt:variant>
      <vt:variant>
        <vt:i4>5</vt:i4>
      </vt:variant>
      <vt:variant>
        <vt:lpwstr/>
      </vt:variant>
      <vt:variant>
        <vt:lpwstr>_Toc207185646</vt:lpwstr>
      </vt:variant>
      <vt:variant>
        <vt:i4>1507387</vt:i4>
      </vt:variant>
      <vt:variant>
        <vt:i4>332</vt:i4>
      </vt:variant>
      <vt:variant>
        <vt:i4>0</vt:i4>
      </vt:variant>
      <vt:variant>
        <vt:i4>5</vt:i4>
      </vt:variant>
      <vt:variant>
        <vt:lpwstr/>
      </vt:variant>
      <vt:variant>
        <vt:lpwstr>_Toc207185645</vt:lpwstr>
      </vt:variant>
      <vt:variant>
        <vt:i4>1507387</vt:i4>
      </vt:variant>
      <vt:variant>
        <vt:i4>326</vt:i4>
      </vt:variant>
      <vt:variant>
        <vt:i4>0</vt:i4>
      </vt:variant>
      <vt:variant>
        <vt:i4>5</vt:i4>
      </vt:variant>
      <vt:variant>
        <vt:lpwstr/>
      </vt:variant>
      <vt:variant>
        <vt:lpwstr>_Toc207185644</vt:lpwstr>
      </vt:variant>
      <vt:variant>
        <vt:i4>1507387</vt:i4>
      </vt:variant>
      <vt:variant>
        <vt:i4>320</vt:i4>
      </vt:variant>
      <vt:variant>
        <vt:i4>0</vt:i4>
      </vt:variant>
      <vt:variant>
        <vt:i4>5</vt:i4>
      </vt:variant>
      <vt:variant>
        <vt:lpwstr/>
      </vt:variant>
      <vt:variant>
        <vt:lpwstr>_Toc207185643</vt:lpwstr>
      </vt:variant>
      <vt:variant>
        <vt:i4>1507387</vt:i4>
      </vt:variant>
      <vt:variant>
        <vt:i4>314</vt:i4>
      </vt:variant>
      <vt:variant>
        <vt:i4>0</vt:i4>
      </vt:variant>
      <vt:variant>
        <vt:i4>5</vt:i4>
      </vt:variant>
      <vt:variant>
        <vt:lpwstr/>
      </vt:variant>
      <vt:variant>
        <vt:lpwstr>_Toc207185642</vt:lpwstr>
      </vt:variant>
      <vt:variant>
        <vt:i4>1507387</vt:i4>
      </vt:variant>
      <vt:variant>
        <vt:i4>308</vt:i4>
      </vt:variant>
      <vt:variant>
        <vt:i4>0</vt:i4>
      </vt:variant>
      <vt:variant>
        <vt:i4>5</vt:i4>
      </vt:variant>
      <vt:variant>
        <vt:lpwstr/>
      </vt:variant>
      <vt:variant>
        <vt:lpwstr>_Toc207185641</vt:lpwstr>
      </vt:variant>
      <vt:variant>
        <vt:i4>1507387</vt:i4>
      </vt:variant>
      <vt:variant>
        <vt:i4>302</vt:i4>
      </vt:variant>
      <vt:variant>
        <vt:i4>0</vt:i4>
      </vt:variant>
      <vt:variant>
        <vt:i4>5</vt:i4>
      </vt:variant>
      <vt:variant>
        <vt:lpwstr/>
      </vt:variant>
      <vt:variant>
        <vt:lpwstr>_Toc207185640</vt:lpwstr>
      </vt:variant>
      <vt:variant>
        <vt:i4>1048635</vt:i4>
      </vt:variant>
      <vt:variant>
        <vt:i4>296</vt:i4>
      </vt:variant>
      <vt:variant>
        <vt:i4>0</vt:i4>
      </vt:variant>
      <vt:variant>
        <vt:i4>5</vt:i4>
      </vt:variant>
      <vt:variant>
        <vt:lpwstr/>
      </vt:variant>
      <vt:variant>
        <vt:lpwstr>_Toc207185639</vt:lpwstr>
      </vt:variant>
      <vt:variant>
        <vt:i4>1048635</vt:i4>
      </vt:variant>
      <vt:variant>
        <vt:i4>290</vt:i4>
      </vt:variant>
      <vt:variant>
        <vt:i4>0</vt:i4>
      </vt:variant>
      <vt:variant>
        <vt:i4>5</vt:i4>
      </vt:variant>
      <vt:variant>
        <vt:lpwstr/>
      </vt:variant>
      <vt:variant>
        <vt:lpwstr>_Toc207185638</vt:lpwstr>
      </vt:variant>
      <vt:variant>
        <vt:i4>1048635</vt:i4>
      </vt:variant>
      <vt:variant>
        <vt:i4>284</vt:i4>
      </vt:variant>
      <vt:variant>
        <vt:i4>0</vt:i4>
      </vt:variant>
      <vt:variant>
        <vt:i4>5</vt:i4>
      </vt:variant>
      <vt:variant>
        <vt:lpwstr/>
      </vt:variant>
      <vt:variant>
        <vt:lpwstr>_Toc207185637</vt:lpwstr>
      </vt:variant>
      <vt:variant>
        <vt:i4>1048635</vt:i4>
      </vt:variant>
      <vt:variant>
        <vt:i4>278</vt:i4>
      </vt:variant>
      <vt:variant>
        <vt:i4>0</vt:i4>
      </vt:variant>
      <vt:variant>
        <vt:i4>5</vt:i4>
      </vt:variant>
      <vt:variant>
        <vt:lpwstr/>
      </vt:variant>
      <vt:variant>
        <vt:lpwstr>_Toc207185636</vt:lpwstr>
      </vt:variant>
      <vt:variant>
        <vt:i4>1048635</vt:i4>
      </vt:variant>
      <vt:variant>
        <vt:i4>272</vt:i4>
      </vt:variant>
      <vt:variant>
        <vt:i4>0</vt:i4>
      </vt:variant>
      <vt:variant>
        <vt:i4>5</vt:i4>
      </vt:variant>
      <vt:variant>
        <vt:lpwstr/>
      </vt:variant>
      <vt:variant>
        <vt:lpwstr>_Toc207185635</vt:lpwstr>
      </vt:variant>
      <vt:variant>
        <vt:i4>1048635</vt:i4>
      </vt:variant>
      <vt:variant>
        <vt:i4>266</vt:i4>
      </vt:variant>
      <vt:variant>
        <vt:i4>0</vt:i4>
      </vt:variant>
      <vt:variant>
        <vt:i4>5</vt:i4>
      </vt:variant>
      <vt:variant>
        <vt:lpwstr/>
      </vt:variant>
      <vt:variant>
        <vt:lpwstr>_Toc207185634</vt:lpwstr>
      </vt:variant>
      <vt:variant>
        <vt:i4>1048635</vt:i4>
      </vt:variant>
      <vt:variant>
        <vt:i4>260</vt:i4>
      </vt:variant>
      <vt:variant>
        <vt:i4>0</vt:i4>
      </vt:variant>
      <vt:variant>
        <vt:i4>5</vt:i4>
      </vt:variant>
      <vt:variant>
        <vt:lpwstr/>
      </vt:variant>
      <vt:variant>
        <vt:lpwstr>_Toc207185633</vt:lpwstr>
      </vt:variant>
      <vt:variant>
        <vt:i4>1048635</vt:i4>
      </vt:variant>
      <vt:variant>
        <vt:i4>254</vt:i4>
      </vt:variant>
      <vt:variant>
        <vt:i4>0</vt:i4>
      </vt:variant>
      <vt:variant>
        <vt:i4>5</vt:i4>
      </vt:variant>
      <vt:variant>
        <vt:lpwstr/>
      </vt:variant>
      <vt:variant>
        <vt:lpwstr>_Toc207185632</vt:lpwstr>
      </vt:variant>
      <vt:variant>
        <vt:i4>1048635</vt:i4>
      </vt:variant>
      <vt:variant>
        <vt:i4>248</vt:i4>
      </vt:variant>
      <vt:variant>
        <vt:i4>0</vt:i4>
      </vt:variant>
      <vt:variant>
        <vt:i4>5</vt:i4>
      </vt:variant>
      <vt:variant>
        <vt:lpwstr/>
      </vt:variant>
      <vt:variant>
        <vt:lpwstr>_Toc207185631</vt:lpwstr>
      </vt:variant>
      <vt:variant>
        <vt:i4>1048635</vt:i4>
      </vt:variant>
      <vt:variant>
        <vt:i4>242</vt:i4>
      </vt:variant>
      <vt:variant>
        <vt:i4>0</vt:i4>
      </vt:variant>
      <vt:variant>
        <vt:i4>5</vt:i4>
      </vt:variant>
      <vt:variant>
        <vt:lpwstr/>
      </vt:variant>
      <vt:variant>
        <vt:lpwstr>_Toc207185630</vt:lpwstr>
      </vt:variant>
      <vt:variant>
        <vt:i4>1114171</vt:i4>
      </vt:variant>
      <vt:variant>
        <vt:i4>236</vt:i4>
      </vt:variant>
      <vt:variant>
        <vt:i4>0</vt:i4>
      </vt:variant>
      <vt:variant>
        <vt:i4>5</vt:i4>
      </vt:variant>
      <vt:variant>
        <vt:lpwstr/>
      </vt:variant>
      <vt:variant>
        <vt:lpwstr>_Toc207185629</vt:lpwstr>
      </vt:variant>
      <vt:variant>
        <vt:i4>1114171</vt:i4>
      </vt:variant>
      <vt:variant>
        <vt:i4>230</vt:i4>
      </vt:variant>
      <vt:variant>
        <vt:i4>0</vt:i4>
      </vt:variant>
      <vt:variant>
        <vt:i4>5</vt:i4>
      </vt:variant>
      <vt:variant>
        <vt:lpwstr/>
      </vt:variant>
      <vt:variant>
        <vt:lpwstr>_Toc207185628</vt:lpwstr>
      </vt:variant>
      <vt:variant>
        <vt:i4>1114171</vt:i4>
      </vt:variant>
      <vt:variant>
        <vt:i4>224</vt:i4>
      </vt:variant>
      <vt:variant>
        <vt:i4>0</vt:i4>
      </vt:variant>
      <vt:variant>
        <vt:i4>5</vt:i4>
      </vt:variant>
      <vt:variant>
        <vt:lpwstr/>
      </vt:variant>
      <vt:variant>
        <vt:lpwstr>_Toc207185627</vt:lpwstr>
      </vt:variant>
      <vt:variant>
        <vt:i4>1114171</vt:i4>
      </vt:variant>
      <vt:variant>
        <vt:i4>218</vt:i4>
      </vt:variant>
      <vt:variant>
        <vt:i4>0</vt:i4>
      </vt:variant>
      <vt:variant>
        <vt:i4>5</vt:i4>
      </vt:variant>
      <vt:variant>
        <vt:lpwstr/>
      </vt:variant>
      <vt:variant>
        <vt:lpwstr>_Toc207185626</vt:lpwstr>
      </vt:variant>
      <vt:variant>
        <vt:i4>1114171</vt:i4>
      </vt:variant>
      <vt:variant>
        <vt:i4>212</vt:i4>
      </vt:variant>
      <vt:variant>
        <vt:i4>0</vt:i4>
      </vt:variant>
      <vt:variant>
        <vt:i4>5</vt:i4>
      </vt:variant>
      <vt:variant>
        <vt:lpwstr/>
      </vt:variant>
      <vt:variant>
        <vt:lpwstr>_Toc207185625</vt:lpwstr>
      </vt:variant>
      <vt:variant>
        <vt:i4>1114171</vt:i4>
      </vt:variant>
      <vt:variant>
        <vt:i4>206</vt:i4>
      </vt:variant>
      <vt:variant>
        <vt:i4>0</vt:i4>
      </vt:variant>
      <vt:variant>
        <vt:i4>5</vt:i4>
      </vt:variant>
      <vt:variant>
        <vt:lpwstr/>
      </vt:variant>
      <vt:variant>
        <vt:lpwstr>_Toc207185624</vt:lpwstr>
      </vt:variant>
      <vt:variant>
        <vt:i4>1114171</vt:i4>
      </vt:variant>
      <vt:variant>
        <vt:i4>200</vt:i4>
      </vt:variant>
      <vt:variant>
        <vt:i4>0</vt:i4>
      </vt:variant>
      <vt:variant>
        <vt:i4>5</vt:i4>
      </vt:variant>
      <vt:variant>
        <vt:lpwstr/>
      </vt:variant>
      <vt:variant>
        <vt:lpwstr>_Toc207185623</vt:lpwstr>
      </vt:variant>
      <vt:variant>
        <vt:i4>1114171</vt:i4>
      </vt:variant>
      <vt:variant>
        <vt:i4>194</vt:i4>
      </vt:variant>
      <vt:variant>
        <vt:i4>0</vt:i4>
      </vt:variant>
      <vt:variant>
        <vt:i4>5</vt:i4>
      </vt:variant>
      <vt:variant>
        <vt:lpwstr/>
      </vt:variant>
      <vt:variant>
        <vt:lpwstr>_Toc207185622</vt:lpwstr>
      </vt:variant>
      <vt:variant>
        <vt:i4>1114171</vt:i4>
      </vt:variant>
      <vt:variant>
        <vt:i4>188</vt:i4>
      </vt:variant>
      <vt:variant>
        <vt:i4>0</vt:i4>
      </vt:variant>
      <vt:variant>
        <vt:i4>5</vt:i4>
      </vt:variant>
      <vt:variant>
        <vt:lpwstr/>
      </vt:variant>
      <vt:variant>
        <vt:lpwstr>_Toc207185621</vt:lpwstr>
      </vt:variant>
      <vt:variant>
        <vt:i4>1114171</vt:i4>
      </vt:variant>
      <vt:variant>
        <vt:i4>182</vt:i4>
      </vt:variant>
      <vt:variant>
        <vt:i4>0</vt:i4>
      </vt:variant>
      <vt:variant>
        <vt:i4>5</vt:i4>
      </vt:variant>
      <vt:variant>
        <vt:lpwstr/>
      </vt:variant>
      <vt:variant>
        <vt:lpwstr>_Toc207185620</vt:lpwstr>
      </vt:variant>
      <vt:variant>
        <vt:i4>1179707</vt:i4>
      </vt:variant>
      <vt:variant>
        <vt:i4>176</vt:i4>
      </vt:variant>
      <vt:variant>
        <vt:i4>0</vt:i4>
      </vt:variant>
      <vt:variant>
        <vt:i4>5</vt:i4>
      </vt:variant>
      <vt:variant>
        <vt:lpwstr/>
      </vt:variant>
      <vt:variant>
        <vt:lpwstr>_Toc207185619</vt:lpwstr>
      </vt:variant>
      <vt:variant>
        <vt:i4>1179707</vt:i4>
      </vt:variant>
      <vt:variant>
        <vt:i4>170</vt:i4>
      </vt:variant>
      <vt:variant>
        <vt:i4>0</vt:i4>
      </vt:variant>
      <vt:variant>
        <vt:i4>5</vt:i4>
      </vt:variant>
      <vt:variant>
        <vt:lpwstr/>
      </vt:variant>
      <vt:variant>
        <vt:lpwstr>_Toc207185618</vt:lpwstr>
      </vt:variant>
      <vt:variant>
        <vt:i4>1179707</vt:i4>
      </vt:variant>
      <vt:variant>
        <vt:i4>164</vt:i4>
      </vt:variant>
      <vt:variant>
        <vt:i4>0</vt:i4>
      </vt:variant>
      <vt:variant>
        <vt:i4>5</vt:i4>
      </vt:variant>
      <vt:variant>
        <vt:lpwstr/>
      </vt:variant>
      <vt:variant>
        <vt:lpwstr>_Toc207185617</vt:lpwstr>
      </vt:variant>
      <vt:variant>
        <vt:i4>1179707</vt:i4>
      </vt:variant>
      <vt:variant>
        <vt:i4>158</vt:i4>
      </vt:variant>
      <vt:variant>
        <vt:i4>0</vt:i4>
      </vt:variant>
      <vt:variant>
        <vt:i4>5</vt:i4>
      </vt:variant>
      <vt:variant>
        <vt:lpwstr/>
      </vt:variant>
      <vt:variant>
        <vt:lpwstr>_Toc207185616</vt:lpwstr>
      </vt:variant>
      <vt:variant>
        <vt:i4>1179707</vt:i4>
      </vt:variant>
      <vt:variant>
        <vt:i4>152</vt:i4>
      </vt:variant>
      <vt:variant>
        <vt:i4>0</vt:i4>
      </vt:variant>
      <vt:variant>
        <vt:i4>5</vt:i4>
      </vt:variant>
      <vt:variant>
        <vt:lpwstr/>
      </vt:variant>
      <vt:variant>
        <vt:lpwstr>_Toc207185615</vt:lpwstr>
      </vt:variant>
      <vt:variant>
        <vt:i4>1179707</vt:i4>
      </vt:variant>
      <vt:variant>
        <vt:i4>146</vt:i4>
      </vt:variant>
      <vt:variant>
        <vt:i4>0</vt:i4>
      </vt:variant>
      <vt:variant>
        <vt:i4>5</vt:i4>
      </vt:variant>
      <vt:variant>
        <vt:lpwstr/>
      </vt:variant>
      <vt:variant>
        <vt:lpwstr>_Toc207185614</vt:lpwstr>
      </vt:variant>
      <vt:variant>
        <vt:i4>1179707</vt:i4>
      </vt:variant>
      <vt:variant>
        <vt:i4>140</vt:i4>
      </vt:variant>
      <vt:variant>
        <vt:i4>0</vt:i4>
      </vt:variant>
      <vt:variant>
        <vt:i4>5</vt:i4>
      </vt:variant>
      <vt:variant>
        <vt:lpwstr/>
      </vt:variant>
      <vt:variant>
        <vt:lpwstr>_Toc207185613</vt:lpwstr>
      </vt:variant>
      <vt:variant>
        <vt:i4>1179707</vt:i4>
      </vt:variant>
      <vt:variant>
        <vt:i4>134</vt:i4>
      </vt:variant>
      <vt:variant>
        <vt:i4>0</vt:i4>
      </vt:variant>
      <vt:variant>
        <vt:i4>5</vt:i4>
      </vt:variant>
      <vt:variant>
        <vt:lpwstr/>
      </vt:variant>
      <vt:variant>
        <vt:lpwstr>_Toc207185612</vt:lpwstr>
      </vt:variant>
      <vt:variant>
        <vt:i4>1179707</vt:i4>
      </vt:variant>
      <vt:variant>
        <vt:i4>128</vt:i4>
      </vt:variant>
      <vt:variant>
        <vt:i4>0</vt:i4>
      </vt:variant>
      <vt:variant>
        <vt:i4>5</vt:i4>
      </vt:variant>
      <vt:variant>
        <vt:lpwstr/>
      </vt:variant>
      <vt:variant>
        <vt:lpwstr>_Toc207185611</vt:lpwstr>
      </vt:variant>
      <vt:variant>
        <vt:i4>1179707</vt:i4>
      </vt:variant>
      <vt:variant>
        <vt:i4>122</vt:i4>
      </vt:variant>
      <vt:variant>
        <vt:i4>0</vt:i4>
      </vt:variant>
      <vt:variant>
        <vt:i4>5</vt:i4>
      </vt:variant>
      <vt:variant>
        <vt:lpwstr/>
      </vt:variant>
      <vt:variant>
        <vt:lpwstr>_Toc207185610</vt:lpwstr>
      </vt:variant>
      <vt:variant>
        <vt:i4>1245243</vt:i4>
      </vt:variant>
      <vt:variant>
        <vt:i4>116</vt:i4>
      </vt:variant>
      <vt:variant>
        <vt:i4>0</vt:i4>
      </vt:variant>
      <vt:variant>
        <vt:i4>5</vt:i4>
      </vt:variant>
      <vt:variant>
        <vt:lpwstr/>
      </vt:variant>
      <vt:variant>
        <vt:lpwstr>_Toc207185609</vt:lpwstr>
      </vt:variant>
      <vt:variant>
        <vt:i4>1245243</vt:i4>
      </vt:variant>
      <vt:variant>
        <vt:i4>110</vt:i4>
      </vt:variant>
      <vt:variant>
        <vt:i4>0</vt:i4>
      </vt:variant>
      <vt:variant>
        <vt:i4>5</vt:i4>
      </vt:variant>
      <vt:variant>
        <vt:lpwstr/>
      </vt:variant>
      <vt:variant>
        <vt:lpwstr>_Toc207185608</vt:lpwstr>
      </vt:variant>
      <vt:variant>
        <vt:i4>1245243</vt:i4>
      </vt:variant>
      <vt:variant>
        <vt:i4>104</vt:i4>
      </vt:variant>
      <vt:variant>
        <vt:i4>0</vt:i4>
      </vt:variant>
      <vt:variant>
        <vt:i4>5</vt:i4>
      </vt:variant>
      <vt:variant>
        <vt:lpwstr/>
      </vt:variant>
      <vt:variant>
        <vt:lpwstr>_Toc207185607</vt:lpwstr>
      </vt:variant>
      <vt:variant>
        <vt:i4>1245243</vt:i4>
      </vt:variant>
      <vt:variant>
        <vt:i4>98</vt:i4>
      </vt:variant>
      <vt:variant>
        <vt:i4>0</vt:i4>
      </vt:variant>
      <vt:variant>
        <vt:i4>5</vt:i4>
      </vt:variant>
      <vt:variant>
        <vt:lpwstr/>
      </vt:variant>
      <vt:variant>
        <vt:lpwstr>_Toc207185606</vt:lpwstr>
      </vt:variant>
      <vt:variant>
        <vt:i4>1245243</vt:i4>
      </vt:variant>
      <vt:variant>
        <vt:i4>92</vt:i4>
      </vt:variant>
      <vt:variant>
        <vt:i4>0</vt:i4>
      </vt:variant>
      <vt:variant>
        <vt:i4>5</vt:i4>
      </vt:variant>
      <vt:variant>
        <vt:lpwstr/>
      </vt:variant>
      <vt:variant>
        <vt:lpwstr>_Toc207185605</vt:lpwstr>
      </vt:variant>
      <vt:variant>
        <vt:i4>1245243</vt:i4>
      </vt:variant>
      <vt:variant>
        <vt:i4>86</vt:i4>
      </vt:variant>
      <vt:variant>
        <vt:i4>0</vt:i4>
      </vt:variant>
      <vt:variant>
        <vt:i4>5</vt:i4>
      </vt:variant>
      <vt:variant>
        <vt:lpwstr/>
      </vt:variant>
      <vt:variant>
        <vt:lpwstr>_Toc207185604</vt:lpwstr>
      </vt:variant>
      <vt:variant>
        <vt:i4>1245243</vt:i4>
      </vt:variant>
      <vt:variant>
        <vt:i4>80</vt:i4>
      </vt:variant>
      <vt:variant>
        <vt:i4>0</vt:i4>
      </vt:variant>
      <vt:variant>
        <vt:i4>5</vt:i4>
      </vt:variant>
      <vt:variant>
        <vt:lpwstr/>
      </vt:variant>
      <vt:variant>
        <vt:lpwstr>_Toc207185603</vt:lpwstr>
      </vt:variant>
      <vt:variant>
        <vt:i4>1245243</vt:i4>
      </vt:variant>
      <vt:variant>
        <vt:i4>74</vt:i4>
      </vt:variant>
      <vt:variant>
        <vt:i4>0</vt:i4>
      </vt:variant>
      <vt:variant>
        <vt:i4>5</vt:i4>
      </vt:variant>
      <vt:variant>
        <vt:lpwstr/>
      </vt:variant>
      <vt:variant>
        <vt:lpwstr>_Toc207185602</vt:lpwstr>
      </vt:variant>
      <vt:variant>
        <vt:i4>1245243</vt:i4>
      </vt:variant>
      <vt:variant>
        <vt:i4>68</vt:i4>
      </vt:variant>
      <vt:variant>
        <vt:i4>0</vt:i4>
      </vt:variant>
      <vt:variant>
        <vt:i4>5</vt:i4>
      </vt:variant>
      <vt:variant>
        <vt:lpwstr/>
      </vt:variant>
      <vt:variant>
        <vt:lpwstr>_Toc207185601</vt:lpwstr>
      </vt:variant>
      <vt:variant>
        <vt:i4>1245243</vt:i4>
      </vt:variant>
      <vt:variant>
        <vt:i4>62</vt:i4>
      </vt:variant>
      <vt:variant>
        <vt:i4>0</vt:i4>
      </vt:variant>
      <vt:variant>
        <vt:i4>5</vt:i4>
      </vt:variant>
      <vt:variant>
        <vt:lpwstr/>
      </vt:variant>
      <vt:variant>
        <vt:lpwstr>_Toc207185600</vt:lpwstr>
      </vt:variant>
      <vt:variant>
        <vt:i4>1703992</vt:i4>
      </vt:variant>
      <vt:variant>
        <vt:i4>56</vt:i4>
      </vt:variant>
      <vt:variant>
        <vt:i4>0</vt:i4>
      </vt:variant>
      <vt:variant>
        <vt:i4>5</vt:i4>
      </vt:variant>
      <vt:variant>
        <vt:lpwstr/>
      </vt:variant>
      <vt:variant>
        <vt:lpwstr>_Toc207185599</vt:lpwstr>
      </vt:variant>
      <vt:variant>
        <vt:i4>1703992</vt:i4>
      </vt:variant>
      <vt:variant>
        <vt:i4>50</vt:i4>
      </vt:variant>
      <vt:variant>
        <vt:i4>0</vt:i4>
      </vt:variant>
      <vt:variant>
        <vt:i4>5</vt:i4>
      </vt:variant>
      <vt:variant>
        <vt:lpwstr/>
      </vt:variant>
      <vt:variant>
        <vt:lpwstr>_Toc207185598</vt:lpwstr>
      </vt:variant>
      <vt:variant>
        <vt:i4>1703992</vt:i4>
      </vt:variant>
      <vt:variant>
        <vt:i4>44</vt:i4>
      </vt:variant>
      <vt:variant>
        <vt:i4>0</vt:i4>
      </vt:variant>
      <vt:variant>
        <vt:i4>5</vt:i4>
      </vt:variant>
      <vt:variant>
        <vt:lpwstr/>
      </vt:variant>
      <vt:variant>
        <vt:lpwstr>_Toc207185597</vt:lpwstr>
      </vt:variant>
      <vt:variant>
        <vt:i4>1703992</vt:i4>
      </vt:variant>
      <vt:variant>
        <vt:i4>38</vt:i4>
      </vt:variant>
      <vt:variant>
        <vt:i4>0</vt:i4>
      </vt:variant>
      <vt:variant>
        <vt:i4>5</vt:i4>
      </vt:variant>
      <vt:variant>
        <vt:lpwstr/>
      </vt:variant>
      <vt:variant>
        <vt:lpwstr>_Toc207185596</vt:lpwstr>
      </vt:variant>
      <vt:variant>
        <vt:i4>1703992</vt:i4>
      </vt:variant>
      <vt:variant>
        <vt:i4>32</vt:i4>
      </vt:variant>
      <vt:variant>
        <vt:i4>0</vt:i4>
      </vt:variant>
      <vt:variant>
        <vt:i4>5</vt:i4>
      </vt:variant>
      <vt:variant>
        <vt:lpwstr/>
      </vt:variant>
      <vt:variant>
        <vt:lpwstr>_Toc207185595</vt:lpwstr>
      </vt:variant>
      <vt:variant>
        <vt:i4>1703992</vt:i4>
      </vt:variant>
      <vt:variant>
        <vt:i4>26</vt:i4>
      </vt:variant>
      <vt:variant>
        <vt:i4>0</vt:i4>
      </vt:variant>
      <vt:variant>
        <vt:i4>5</vt:i4>
      </vt:variant>
      <vt:variant>
        <vt:lpwstr/>
      </vt:variant>
      <vt:variant>
        <vt:lpwstr>_Toc207185594</vt:lpwstr>
      </vt:variant>
      <vt:variant>
        <vt:i4>1703992</vt:i4>
      </vt:variant>
      <vt:variant>
        <vt:i4>20</vt:i4>
      </vt:variant>
      <vt:variant>
        <vt:i4>0</vt:i4>
      </vt:variant>
      <vt:variant>
        <vt:i4>5</vt:i4>
      </vt:variant>
      <vt:variant>
        <vt:lpwstr/>
      </vt:variant>
      <vt:variant>
        <vt:lpwstr>_Toc207185593</vt:lpwstr>
      </vt:variant>
      <vt:variant>
        <vt:i4>1703992</vt:i4>
      </vt:variant>
      <vt:variant>
        <vt:i4>14</vt:i4>
      </vt:variant>
      <vt:variant>
        <vt:i4>0</vt:i4>
      </vt:variant>
      <vt:variant>
        <vt:i4>5</vt:i4>
      </vt:variant>
      <vt:variant>
        <vt:lpwstr/>
      </vt:variant>
      <vt:variant>
        <vt:lpwstr>_Toc207185592</vt:lpwstr>
      </vt:variant>
      <vt:variant>
        <vt:i4>1703992</vt:i4>
      </vt:variant>
      <vt:variant>
        <vt:i4>8</vt:i4>
      </vt:variant>
      <vt:variant>
        <vt:i4>0</vt:i4>
      </vt:variant>
      <vt:variant>
        <vt:i4>5</vt:i4>
      </vt:variant>
      <vt:variant>
        <vt:lpwstr/>
      </vt:variant>
      <vt:variant>
        <vt:lpwstr>_Toc207185591</vt:lpwstr>
      </vt:variant>
      <vt:variant>
        <vt:i4>1703992</vt:i4>
      </vt:variant>
      <vt:variant>
        <vt:i4>2</vt:i4>
      </vt:variant>
      <vt:variant>
        <vt:i4>0</vt:i4>
      </vt:variant>
      <vt:variant>
        <vt:i4>5</vt:i4>
      </vt:variant>
      <vt:variant>
        <vt:lpwstr/>
      </vt:variant>
      <vt:variant>
        <vt:lpwstr>_Toc207185590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Crom</dc:creator>
  <cp:keywords/>
  <dc:description>generated by python-docx</dc:description>
  <cp:lastModifiedBy>Bart Crom</cp:lastModifiedBy>
  <cp:revision>85</cp:revision>
  <dcterms:created xsi:type="dcterms:W3CDTF">2025-06-18T12:28:00Z</dcterms:created>
  <dcterms:modified xsi:type="dcterms:W3CDTF">2025-08-27T10:33:00Z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0x01010056A38F9D58AD6A4BB632AB213B51C0ED</vt:lpwstr>
  </property>
  <property fmtid="{D5CDD505-2E9C-101B-9397-08002B2CF9AE}" pid="3" name="MediaServiceImageTags">
    <vt:lpwstr/>
  </property>
</Properties>
</file>